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AAC7C" w14:textId="0F1AC057" w:rsidR="00B2143D" w:rsidRPr="0063699D" w:rsidRDefault="00B2143D" w:rsidP="00E42468">
      <w:pPr>
        <w:widowControl w:val="0"/>
        <w:spacing w:after="0" w:line="240" w:lineRule="auto"/>
        <w:jc w:val="center"/>
        <w:rPr>
          <w:rFonts w:asciiTheme="majorBidi" w:hAnsiTheme="majorBidi" w:cstheme="majorBidi"/>
          <w:b/>
          <w:bCs/>
          <w:sz w:val="22"/>
          <w:lang w:val="uk-UA" w:eastAsia="uk-UA" w:bidi="uk-UA"/>
        </w:rPr>
      </w:pPr>
      <w:bookmarkStart w:id="0" w:name="bookmark28"/>
      <w:r w:rsidRPr="0063699D">
        <w:rPr>
          <w:rFonts w:asciiTheme="majorBidi" w:hAnsiTheme="majorBidi" w:cstheme="majorBidi"/>
          <w:b/>
          <w:bCs/>
          <w:noProof/>
          <w:sz w:val="22"/>
          <w:lang w:val="uk-UA" w:eastAsia="uk-UA" w:bidi="uk-UA"/>
        </w:rPr>
        <w:drawing>
          <wp:inline distT="0" distB="0" distL="0" distR="0" wp14:anchorId="105188FF" wp14:editId="3F3F9FBA">
            <wp:extent cx="6179820" cy="8579878"/>
            <wp:effectExtent l="0" t="0" r="0" b="0"/>
            <wp:docPr id="2866863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686356" name=""/>
                    <pic:cNvPicPr/>
                  </pic:nvPicPr>
                  <pic:blipFill rotWithShape="1">
                    <a:blip r:embed="rId6"/>
                    <a:srcRect l="7683" t="7417" r="5826" b="5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68" cy="8596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14:paraId="15F61FF0" w14:textId="70B04818" w:rsidR="004B08D8" w:rsidRPr="0063699D" w:rsidRDefault="00B2143D" w:rsidP="00E42468">
      <w:pPr>
        <w:widowControl w:val="0"/>
        <w:spacing w:after="0" w:line="240" w:lineRule="auto"/>
        <w:rPr>
          <w:rFonts w:asciiTheme="majorBidi" w:hAnsiTheme="majorBidi" w:cstheme="majorBidi"/>
          <w:b/>
          <w:sz w:val="22"/>
          <w:lang w:val="ru-RU" w:eastAsia="ru-RU" w:bidi="ru-RU"/>
        </w:rPr>
      </w:pPr>
      <w:r w:rsidRPr="0063699D">
        <w:rPr>
          <w:rFonts w:asciiTheme="majorBidi" w:hAnsiTheme="majorBidi" w:cstheme="majorBidi"/>
          <w:b/>
          <w:noProof/>
          <w:sz w:val="22"/>
          <w:lang w:val="ru-RU" w:eastAsia="ru-RU" w:bidi="ru-RU"/>
        </w:rPr>
        <w:lastRenderedPageBreak/>
        <w:drawing>
          <wp:inline distT="0" distB="0" distL="0" distR="0" wp14:anchorId="35CAB409" wp14:editId="53FBAF13">
            <wp:extent cx="6492240" cy="8773795"/>
            <wp:effectExtent l="0" t="0" r="3810" b="8255"/>
            <wp:docPr id="17757182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718235" name=""/>
                    <pic:cNvPicPr/>
                  </pic:nvPicPr>
                  <pic:blipFill rotWithShape="1">
                    <a:blip r:embed="rId7"/>
                    <a:srcRect l="8267" t="9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902" cy="8781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6D9DB3" w14:textId="4917A900" w:rsidR="00A904C4" w:rsidRPr="0063699D" w:rsidRDefault="00FC2AAC" w:rsidP="00E42468">
      <w:pPr>
        <w:pageBreakBefore/>
        <w:spacing w:after="240" w:line="240" w:lineRule="auto"/>
        <w:jc w:val="center"/>
        <w:rPr>
          <w:rFonts w:asciiTheme="majorBidi" w:hAnsiTheme="majorBidi" w:cstheme="majorBidi"/>
          <w:b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ВСТУП</w:t>
      </w:r>
    </w:p>
    <w:p w14:paraId="14A86C41" w14:textId="77777777" w:rsidR="00B2143D" w:rsidRPr="0063699D" w:rsidRDefault="00B2143D" w:rsidP="00E42468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6647C021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майбутнього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студента.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особливо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постійно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робота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студентів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оволодіння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програмним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аудиторних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занять час.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Обов’язковим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елементом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студентів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навчально-методичних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посібників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направляють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конкретизують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підготовку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A2A59A" w14:textId="5628900A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Даний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посібник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розроблено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програми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плану МОЗ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студентів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курсу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факультету. Теми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включають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мету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самоконтролю. </w:t>
      </w:r>
    </w:p>
    <w:p w14:paraId="1FB7E934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самопідготовці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студенти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засвоїти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теоретичні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3)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параметрів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4)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5)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6)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7)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8)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студентами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факультету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приділяти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професійної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спрямованості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допомоги.Список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літератури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дисципліни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наводиться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наприкінці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посібника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D7A24B6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метою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студента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досконалого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опанування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передбачено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контрольних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вирішення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фармакотерапевтичних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задач. </w:t>
      </w:r>
    </w:p>
    <w:p w14:paraId="01DF5C7F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Підсумки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студента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відображаються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підставі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викладач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координацію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помилкових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0EC29B5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студентами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входить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проміжних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підсукового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дисципліни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0900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7553C2A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BF1C782" w14:textId="62499D1B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3D1D10BE" w14:textId="1F180D23" w:rsidR="00E42468" w:rsidRPr="0063699D" w:rsidRDefault="00E42468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78BCAF75" w14:textId="79A42119" w:rsidR="00E42468" w:rsidRPr="0063699D" w:rsidRDefault="00E42468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2896B731" w14:textId="38FE9710" w:rsidR="00E42468" w:rsidRPr="0063699D" w:rsidRDefault="00E42468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19F60680" w14:textId="0E640D22" w:rsidR="00E42468" w:rsidRPr="0063699D" w:rsidRDefault="00E42468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2F588068" w14:textId="7142F251" w:rsidR="00E42468" w:rsidRPr="0063699D" w:rsidRDefault="00E42468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357FC588" w14:textId="77777777" w:rsidR="00A904C4" w:rsidRPr="0063699D" w:rsidRDefault="00A904C4" w:rsidP="00B2143D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36E786D" w14:textId="20610ADC" w:rsidR="00A904C4" w:rsidRPr="0063699D" w:rsidRDefault="00FC2AAC" w:rsidP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СПИСОК СКОРОЧЕНЬ</w:t>
      </w:r>
    </w:p>
    <w:p w14:paraId="300EB33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EFDDF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АКТ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кров’яний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</w:p>
    <w:p w14:paraId="2C6B9D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>─ ампула (-и)</w:t>
      </w:r>
    </w:p>
    <w:p w14:paraId="378B067A" w14:textId="5AA7C3FB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АПФ 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ангіотензин-перетворювальний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</w:t>
      </w:r>
    </w:p>
    <w:p w14:paraId="6B8439C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БКК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</w:p>
    <w:p w14:paraId="4AA88D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БОР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бойові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</w:p>
    <w:p w14:paraId="3F3F14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в/в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</w:p>
    <w:p w14:paraId="720F07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в/м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внутрішньом’язово</w:t>
      </w:r>
      <w:proofErr w:type="spellEnd"/>
    </w:p>
    <w:p w14:paraId="45A51D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ін’єкцій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7272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інгаляцій</w:t>
      </w:r>
      <w:proofErr w:type="spellEnd"/>
    </w:p>
    <w:p w14:paraId="4394754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інфузій</w:t>
      </w:r>
      <w:proofErr w:type="spellEnd"/>
    </w:p>
    <w:p w14:paraId="31651C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ІАПФ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</w:t>
      </w:r>
    </w:p>
    <w:p w14:paraId="0F0571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ІХС 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</w:p>
    <w:p w14:paraId="5ECD82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>─ капсула (-и)</w:t>
      </w:r>
    </w:p>
    <w:p w14:paraId="0D214A86" w14:textId="4F746B8F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</w:p>
    <w:p w14:paraId="5134B7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ЛЗ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6E5EFBF5" w14:textId="1F315C08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МАО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моноаміно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-оксидаза</w:t>
      </w:r>
    </w:p>
    <w:p w14:paraId="4CF4D379" w14:textId="0F49BEEF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МО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одиниці</w:t>
      </w:r>
      <w:proofErr w:type="spellEnd"/>
    </w:p>
    <w:p w14:paraId="6761B154" w14:textId="73AEADAD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НПЗЗ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</w:p>
    <w:p w14:paraId="29DCE4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п/ш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підшкірно</w:t>
      </w:r>
      <w:proofErr w:type="spellEnd"/>
    </w:p>
    <w:p w14:paraId="1A3E39D6" w14:textId="54AE4E41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порош.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>─ порошок</w:t>
      </w:r>
    </w:p>
    <w:p w14:paraId="603D90EB" w14:textId="668A5A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ПР/ПД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34ED80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РД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разова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 препарату</w:t>
      </w:r>
    </w:p>
    <w:p w14:paraId="16742F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р-н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</w:p>
    <w:p w14:paraId="02574C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ДД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 препарату</w:t>
      </w:r>
    </w:p>
    <w:p w14:paraId="6A10873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синоніми</w:t>
      </w:r>
      <w:proofErr w:type="spellEnd"/>
    </w:p>
    <w:p w14:paraId="17206B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СІЗЗС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зворотнього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захоплення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</w:p>
    <w:p w14:paraId="51C8FD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суп.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супозиторії</w:t>
      </w:r>
      <w:proofErr w:type="spellEnd"/>
    </w:p>
    <w:p w14:paraId="26B2A0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табл.</w:t>
      </w:r>
      <w:r w:rsidRPr="0063699D">
        <w:rPr>
          <w:rFonts w:asciiTheme="majorBidi" w:hAnsiTheme="majorBidi" w:cstheme="majorBidi"/>
          <w:sz w:val="22"/>
          <w:lang w:val="ru-RU"/>
        </w:rPr>
        <w:tab/>
        <w:t>─ таблетка (-и)</w:t>
      </w:r>
    </w:p>
    <w:p w14:paraId="2DB0DA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ТС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</w:p>
    <w:p w14:paraId="74C774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ТТС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трансдермальні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</w:p>
    <w:p w14:paraId="22C632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ТЦА 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трициклічні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</w:p>
    <w:p w14:paraId="289D60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УО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одиниці</w:t>
      </w:r>
      <w:proofErr w:type="spellEnd"/>
    </w:p>
    <w:p w14:paraId="389C5D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  <w:t>─ флакон (-и)</w:t>
      </w:r>
    </w:p>
    <w:p w14:paraId="61B55B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>ФОС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фосфоорганічні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58AAE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ЦНС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─ центральна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система</w:t>
      </w:r>
    </w:p>
    <w:p w14:paraId="3455363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40EEF3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BFD0DFF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060E9568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788658DF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550C55A7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553EBE36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6313EF96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0EDB42C2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0C9CCA39" w14:textId="77777777" w:rsidR="00B64C4A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1039AD1D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5F2D7D0F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42FEE363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3580F7C9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58C7382B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5E36C0D9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5F7FCE0C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24A78022" w14:textId="77777777" w:rsidR="00E42468" w:rsidRPr="0063699D" w:rsidRDefault="00E42468">
      <w:pPr>
        <w:spacing w:after="0" w:line="360" w:lineRule="auto"/>
        <w:jc w:val="both"/>
        <w:rPr>
          <w:rFonts w:asciiTheme="majorBidi" w:hAnsiTheme="majorBidi" w:cstheme="majorBidi"/>
          <w:i/>
          <w:sz w:val="22"/>
          <w:lang w:val="ru-RU"/>
        </w:rPr>
      </w:pPr>
    </w:p>
    <w:p w14:paraId="76069398" w14:textId="48EB562B" w:rsidR="00A904C4" w:rsidRPr="0063699D" w:rsidRDefault="00FC2AAC" w:rsidP="00E42468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РОЗДІЛ І. ЛІКАРСЬКА РЕЦЕПТУРА</w:t>
      </w:r>
    </w:p>
    <w:p w14:paraId="7559127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526874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2213245" w14:textId="77777777" w:rsidR="00A904C4" w:rsidRPr="0063699D" w:rsidRDefault="00FC2AAC" w:rsidP="00B2143D">
      <w:pPr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 xml:space="preserve">Тема 1. НОРМАТИВНО-ПРАВОВА БАЗА ЩОДО ЛІКАРСЬКИХ ЗАСОБІВ </w:t>
      </w:r>
      <w:r w:rsidR="00B64C4A" w:rsidRPr="0063699D">
        <w:rPr>
          <w:rFonts w:asciiTheme="majorBidi" w:hAnsiTheme="majorBidi" w:cstheme="majorBidi"/>
          <w:b/>
          <w:sz w:val="22"/>
          <w:lang w:val="uk-UA"/>
        </w:rPr>
        <w:t>У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КРАЇНИ. Рецепт як один з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видів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документації</w:t>
      </w:r>
      <w:proofErr w:type="spellEnd"/>
    </w:p>
    <w:p w14:paraId="2E925BCE" w14:textId="77777777" w:rsidR="00A904C4" w:rsidRPr="0063699D" w:rsidRDefault="00A904C4" w:rsidP="00B2143D">
      <w:pPr>
        <w:spacing w:after="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</w:p>
    <w:p w14:paraId="3FD8C667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одними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найважливіших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об’єктів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дежавного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сфері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охорони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здоров’я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сфері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державному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регулюванню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адміністративно-правових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державного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виробництва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виготовлення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A402BB7" w14:textId="7F8EDBB0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сьогодні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існує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нормативна-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правова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база,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регламентує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виготовлення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території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системоутворюючим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актом є Закон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квітня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1996 р.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сфері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урядових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наказів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Міністерства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охорони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здоров’я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ADA0491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продаватися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аптеках.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зобов'язаний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знати структуру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аптеки,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законодавство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офіційним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документом,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регламентує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виготовлення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фармакопея.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документом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нашій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8EDF688" w14:textId="77777777" w:rsidR="00A904C4" w:rsidRPr="0063699D" w:rsidRDefault="00FC2AAC" w:rsidP="00B2143D">
      <w:pPr>
        <w:spacing w:before="120" w:after="12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нормативна-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правову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C17A0AB" w14:textId="77777777" w:rsidR="00A904C4" w:rsidRPr="0063699D" w:rsidRDefault="00A904C4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</w:p>
    <w:p w14:paraId="017B6A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>.</w:t>
      </w:r>
    </w:p>
    <w:p w14:paraId="76BB5583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Юридично-нормативні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документи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регламентують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Закон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</w:rPr>
        <w:t>Про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» ( ) . </w:t>
      </w:r>
      <w:proofErr w:type="spellStart"/>
      <w:r w:rsidRPr="0063699D">
        <w:rPr>
          <w:rFonts w:asciiTheme="majorBidi" w:hAnsiTheme="majorBidi" w:cstheme="majorBidi"/>
          <w:sz w:val="22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розділи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0BCC75E9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Фармакопея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DD41947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Рецепт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юридичний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фінансовий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документ.</w:t>
      </w:r>
    </w:p>
    <w:p w14:paraId="0CDA8406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Наказ МОЗ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19.07.05 р № 360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затвердження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вимог-замовлень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Порядку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аптек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підрозділів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Інструкції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бланків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вимог-замовлень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</w:p>
    <w:p w14:paraId="36079BBE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бланків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EE9F63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без рецепта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9659139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предметно-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аптечних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лікувально-профілактичних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установах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списки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А і Б.</w:t>
      </w:r>
    </w:p>
    <w:p w14:paraId="58812600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Структура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аптек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аптек.</w:t>
      </w:r>
    </w:p>
    <w:p w14:paraId="6D9BB639" w14:textId="77777777" w:rsidR="00A904C4" w:rsidRPr="0063699D" w:rsidRDefault="00FC2AAC" w:rsidP="00A30B9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Структура рецепта і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AA9BF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12D7A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8CE6178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Ознайомитися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Закону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04.04.1996 р.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та 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наказами МОЗ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: </w:t>
      </w:r>
    </w:p>
    <w:p w14:paraId="207E3101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19.07.05 р. № 360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затвердження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вимог-замовлень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Порядку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аптек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підрозділів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Інструкції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бланків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вимог-замовлень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</w:rPr>
        <w:t>Накази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доповнюють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від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07.08.2015 р. № 496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>.)</w:t>
      </w:r>
    </w:p>
    <w:p w14:paraId="242AC94F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18.05.2015</w:t>
      </w:r>
      <w:r w:rsidRPr="0063699D">
        <w:rPr>
          <w:rFonts w:asciiTheme="majorBidi" w:hAnsiTheme="majorBidi" w:cstheme="majorBidi"/>
          <w:sz w:val="22"/>
        </w:rPr>
        <w:t> </w:t>
      </w:r>
      <w:r w:rsidRPr="0063699D">
        <w:rPr>
          <w:rFonts w:asciiTheme="majorBidi" w:hAnsiTheme="majorBidi" w:cstheme="majorBidi"/>
          <w:sz w:val="22"/>
          <w:lang w:val="ru-RU"/>
        </w:rPr>
        <w:t xml:space="preserve"> р. № 283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безрецептурних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ЛЗ».</w:t>
      </w:r>
    </w:p>
    <w:p w14:paraId="18799C4A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07.08.2015</w:t>
      </w:r>
      <w:r w:rsidRPr="0063699D">
        <w:rPr>
          <w:rFonts w:asciiTheme="majorBidi" w:hAnsiTheme="majorBidi" w:cstheme="majorBidi"/>
          <w:b/>
          <w:sz w:val="22"/>
        </w:rPr>
        <w:t> </w:t>
      </w:r>
      <w:r w:rsidRPr="0063699D">
        <w:rPr>
          <w:rFonts w:asciiTheme="majorBidi" w:hAnsiTheme="majorBidi" w:cstheme="majorBidi"/>
          <w:sz w:val="22"/>
          <w:lang w:val="ru-RU"/>
        </w:rPr>
        <w:t xml:space="preserve"> р. № 494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затвердження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Порядку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</w:t>
      </w:r>
    </w:p>
    <w:p w14:paraId="0C6D8C64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16.03.93 р. № 44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аптечних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установах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ЛЗ».</w:t>
      </w:r>
    </w:p>
    <w:p w14:paraId="61AF9312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схему рецепта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послідовності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7AA02F7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Провести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бланках.</w:t>
      </w:r>
    </w:p>
    <w:p w14:paraId="40408703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Ознайомитися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структурою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Фармакопеї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884A4C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сигнатурі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написав: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 оформлений рецепт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596EEAC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сильнодіючий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максимально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допустиму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разову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дозу. </w:t>
      </w:r>
      <w:proofErr w:type="spellStart"/>
      <w:r w:rsidRPr="0063699D">
        <w:rPr>
          <w:rFonts w:asciiTheme="majorBidi" w:hAnsiTheme="majorBidi" w:cstheme="majorBidi"/>
          <w:sz w:val="22"/>
        </w:rPr>
        <w:t>Як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повинен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оформлений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7A4F04A3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аптеку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проханням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приготувати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рецепту в першу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повинен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оформлений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4471DE58" w14:textId="77777777" w:rsidR="00A904C4" w:rsidRPr="0063699D" w:rsidRDefault="00FC2AAC" w:rsidP="00A30B9B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чином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оформлений рецепт,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себе?</w:t>
      </w:r>
    </w:p>
    <w:p w14:paraId="5F6BBCF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33E531C" w14:textId="5491B170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4907362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правильну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:</w:t>
      </w:r>
    </w:p>
    <w:p w14:paraId="34B58655" w14:textId="77777777" w:rsidR="00A904C4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1.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Де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зберігаються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А:</w:t>
      </w:r>
    </w:p>
    <w:p w14:paraId="32EF30A3" w14:textId="77777777" w:rsidR="00A904C4" w:rsidRPr="0063699D" w:rsidRDefault="00FC2AAC" w:rsidP="00A30B9B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шухляді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сестри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D29BB2D" w14:textId="77777777" w:rsidR="00A904C4" w:rsidRPr="0063699D" w:rsidRDefault="00FC2AAC" w:rsidP="00A30B9B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кімнаті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замком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сигналізацією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FE7EA5" w14:textId="77777777" w:rsidR="00A904C4" w:rsidRPr="0063699D" w:rsidRDefault="00FC2AAC" w:rsidP="00A30B9B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шафі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ординаторській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124D5CDB" w14:textId="77777777" w:rsidR="00A904C4" w:rsidRPr="0063699D" w:rsidRDefault="00FC2AAC" w:rsidP="00A30B9B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шафі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CEFFA07" w14:textId="77777777" w:rsidR="00A904C4" w:rsidRPr="0063699D" w:rsidRDefault="00FC2AAC" w:rsidP="00A30B9B">
      <w:pPr>
        <w:pStyle w:val="ListParagraph"/>
        <w:numPr>
          <w:ilvl w:val="0"/>
          <w:numId w:val="2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холодильнику</w:t>
      </w:r>
      <w:proofErr w:type="spellEnd"/>
    </w:p>
    <w:p w14:paraId="5D57A86C" w14:textId="77777777" w:rsidR="00A904C4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2.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роздачі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молодшого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6E514D3" w14:textId="77777777" w:rsidR="00A904C4" w:rsidRPr="0063699D" w:rsidRDefault="00FC2AAC" w:rsidP="00A30B9B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Таблетки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подрібненому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D5C911C" w14:textId="77777777" w:rsidR="00A904C4" w:rsidRPr="0063699D" w:rsidRDefault="00FC2AAC" w:rsidP="00A30B9B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присутності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персоналу. </w:t>
      </w:r>
    </w:p>
    <w:p w14:paraId="0337AA54" w14:textId="77777777" w:rsidR="00A904C4" w:rsidRPr="0063699D" w:rsidRDefault="00FC2AAC" w:rsidP="00A30B9B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руки.</w:t>
      </w:r>
    </w:p>
    <w:p w14:paraId="098E131D" w14:textId="77777777" w:rsidR="00A904C4" w:rsidRPr="0063699D" w:rsidRDefault="00FC2AAC" w:rsidP="00A30B9B">
      <w:pPr>
        <w:pStyle w:val="ListParagraph"/>
        <w:numPr>
          <w:ilvl w:val="0"/>
          <w:numId w:val="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один раз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A7FF4AA" w14:textId="77777777" w:rsidR="00A904C4" w:rsidRPr="0063699D" w:rsidRDefault="00FC2AAC" w:rsidP="00A30B9B">
      <w:pPr>
        <w:pStyle w:val="ListParagraph"/>
        <w:numPr>
          <w:ilvl w:val="0"/>
          <w:numId w:val="23"/>
        </w:numPr>
        <w:spacing w:after="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Таблетки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подрібненому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присутності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персоналу </w:t>
      </w:r>
    </w:p>
    <w:p w14:paraId="09D9DFEA" w14:textId="77777777" w:rsidR="00A904C4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3.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Державний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формуляр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включає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66FC726" w14:textId="77777777" w:rsidR="00A904C4" w:rsidRPr="0063699D" w:rsidRDefault="00FC2AAC" w:rsidP="00A30B9B">
      <w:pPr>
        <w:pStyle w:val="ListParagraph"/>
        <w:numPr>
          <w:ilvl w:val="0"/>
          <w:numId w:val="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ЛЗ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доведеною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допустимим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економічно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прийнятним</w:t>
      </w:r>
      <w:proofErr w:type="spellEnd"/>
    </w:p>
    <w:p w14:paraId="0937C24E" w14:textId="77777777" w:rsidR="00A904C4" w:rsidRPr="0063699D" w:rsidRDefault="00FC2AAC" w:rsidP="00A30B9B">
      <w:pPr>
        <w:pStyle w:val="ListParagraph"/>
        <w:numPr>
          <w:ilvl w:val="0"/>
          <w:numId w:val="24"/>
        </w:numPr>
        <w:spacing w:after="0" w:line="360" w:lineRule="auto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ЛЗ, </w:t>
      </w:r>
      <w:proofErr w:type="spellStart"/>
      <w:r w:rsidRPr="0063699D">
        <w:rPr>
          <w:rFonts w:asciiTheme="majorBidi" w:hAnsiTheme="majorBidi" w:cstheme="majorBidi"/>
          <w:sz w:val="22"/>
        </w:rPr>
        <w:t>які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проходять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дослідження</w:t>
      </w:r>
      <w:proofErr w:type="spellEnd"/>
    </w:p>
    <w:p w14:paraId="3B25DCBA" w14:textId="77777777" w:rsidR="00A904C4" w:rsidRPr="0063699D" w:rsidRDefault="00FC2AAC" w:rsidP="00A30B9B">
      <w:pPr>
        <w:pStyle w:val="ListParagraph"/>
        <w:numPr>
          <w:ilvl w:val="0"/>
          <w:numId w:val="24"/>
        </w:numPr>
        <w:spacing w:after="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ЛЗ,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закінчився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реєстрації</w:t>
      </w:r>
      <w:proofErr w:type="spellEnd"/>
    </w:p>
    <w:p w14:paraId="3691981C" w14:textId="77777777" w:rsidR="00A904C4" w:rsidRPr="0063699D" w:rsidRDefault="00FC2AAC" w:rsidP="00A30B9B">
      <w:pPr>
        <w:pStyle w:val="ListParagraph"/>
        <w:numPr>
          <w:ilvl w:val="0"/>
          <w:numId w:val="24"/>
        </w:numPr>
        <w:spacing w:after="0" w:line="360" w:lineRule="auto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ЛЗ,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відпускаються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без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рецепта</w:t>
      </w:r>
      <w:proofErr w:type="spellEnd"/>
    </w:p>
    <w:p w14:paraId="0A8545BD" w14:textId="77777777" w:rsidR="00A904C4" w:rsidRPr="0063699D" w:rsidRDefault="00FC2AAC" w:rsidP="00A30B9B">
      <w:pPr>
        <w:pStyle w:val="ListParagraph"/>
        <w:numPr>
          <w:ilvl w:val="0"/>
          <w:numId w:val="24"/>
        </w:numPr>
        <w:spacing w:after="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зареєстровані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ЛЗ.</w:t>
      </w:r>
    </w:p>
    <w:p w14:paraId="35D115CA" w14:textId="77777777" w:rsidR="00A904C4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4. </w:t>
      </w:r>
      <w:proofErr w:type="spellStart"/>
      <w:r w:rsidR="00FC2AAC" w:rsidRPr="0063699D">
        <w:rPr>
          <w:rFonts w:asciiTheme="majorBidi" w:hAnsiTheme="majorBidi" w:cstheme="majorBidi"/>
          <w:sz w:val="22"/>
        </w:rPr>
        <w:t>Фармакопея</w:t>
      </w:r>
      <w:proofErr w:type="spellEnd"/>
      <w:r w:rsidR="00FC2AAC"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</w:rPr>
        <w:t>це</w:t>
      </w:r>
      <w:proofErr w:type="spellEnd"/>
      <w:r w:rsidR="00FC2AAC" w:rsidRPr="0063699D">
        <w:rPr>
          <w:rFonts w:asciiTheme="majorBidi" w:hAnsiTheme="majorBidi" w:cstheme="majorBidi"/>
          <w:sz w:val="22"/>
        </w:rPr>
        <w:t>:</w:t>
      </w:r>
    </w:p>
    <w:p w14:paraId="313DADB7" w14:textId="77777777" w:rsidR="00A904C4" w:rsidRPr="0063699D" w:rsidRDefault="00FC2AAC" w:rsidP="00A30B9B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Книга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обліку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медикаментів</w:t>
      </w:r>
      <w:proofErr w:type="spellEnd"/>
    </w:p>
    <w:p w14:paraId="263E1C53" w14:textId="77777777" w:rsidR="00A904C4" w:rsidRPr="0063699D" w:rsidRDefault="00FC2AAC" w:rsidP="00A30B9B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Книга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обліку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витрат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медикаментів</w:t>
      </w:r>
      <w:proofErr w:type="spellEnd"/>
    </w:p>
    <w:p w14:paraId="37D163A2" w14:textId="77777777" w:rsidR="00A904C4" w:rsidRPr="0063699D" w:rsidRDefault="00FC2AAC" w:rsidP="00A30B9B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Журнал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Реєстрації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вимог-замовлень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рецептів</w:t>
      </w:r>
      <w:proofErr w:type="spellEnd"/>
    </w:p>
    <w:p w14:paraId="76E822A1" w14:textId="77777777" w:rsidR="00A904C4" w:rsidRPr="0063699D" w:rsidRDefault="00FC2AAC" w:rsidP="00A30B9B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Збірник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стандартів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фармакопейних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статей).</w:t>
      </w:r>
    </w:p>
    <w:p w14:paraId="42856017" w14:textId="77777777" w:rsidR="00A904C4" w:rsidRPr="0063699D" w:rsidRDefault="00FC2AAC" w:rsidP="00A30B9B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Збірник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розпоряджень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виготовленню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</w:t>
      </w:r>
    </w:p>
    <w:p w14:paraId="11C437E3" w14:textId="77777777" w:rsidR="00A904C4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5.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 списку А</w:t>
      </w:r>
    </w:p>
    <w:p w14:paraId="2FA0B7AA" w14:textId="77777777" w:rsidR="00A904C4" w:rsidRPr="0063699D" w:rsidRDefault="00FC2AAC" w:rsidP="00A30B9B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Сильнодіючі</w:t>
      </w:r>
      <w:proofErr w:type="spellEnd"/>
    </w:p>
    <w:p w14:paraId="43B2B113" w14:textId="77777777" w:rsidR="00A904C4" w:rsidRPr="0063699D" w:rsidRDefault="00FC2AAC" w:rsidP="00A30B9B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Отруйні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наркотичні</w:t>
      </w:r>
      <w:proofErr w:type="spellEnd"/>
    </w:p>
    <w:p w14:paraId="39400836" w14:textId="77777777" w:rsidR="00A904C4" w:rsidRPr="0063699D" w:rsidRDefault="00FC2AAC" w:rsidP="00A30B9B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тетрациклінів</w:t>
      </w:r>
      <w:proofErr w:type="spellEnd"/>
    </w:p>
    <w:p w14:paraId="6887BF14" w14:textId="77777777" w:rsidR="00A904C4" w:rsidRPr="0063699D" w:rsidRDefault="00FC2AAC" w:rsidP="00A30B9B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В'язкі</w:t>
      </w:r>
      <w:proofErr w:type="spellEnd"/>
    </w:p>
    <w:p w14:paraId="3ABA5CB3" w14:textId="77777777" w:rsidR="00A904C4" w:rsidRPr="0063699D" w:rsidRDefault="00FC2AAC" w:rsidP="00A30B9B">
      <w:pPr>
        <w:pStyle w:val="ListParagraph"/>
        <w:numPr>
          <w:ilvl w:val="0"/>
          <w:numId w:val="2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Проносні</w:t>
      </w:r>
      <w:proofErr w:type="spellEnd"/>
    </w:p>
    <w:p w14:paraId="1A83113A" w14:textId="77777777" w:rsidR="00A904C4" w:rsidRPr="0063699D" w:rsidRDefault="00B64C4A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6.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 списку Б</w:t>
      </w:r>
    </w:p>
    <w:p w14:paraId="31389B83" w14:textId="77777777" w:rsidR="00A904C4" w:rsidRPr="0063699D" w:rsidRDefault="00FC2AAC" w:rsidP="00A30B9B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Сильнодіючі</w:t>
      </w:r>
      <w:proofErr w:type="spellEnd"/>
    </w:p>
    <w:p w14:paraId="63B2C854" w14:textId="77777777" w:rsidR="00A904C4" w:rsidRPr="0063699D" w:rsidRDefault="00FC2AAC" w:rsidP="00A30B9B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Отруйні</w:t>
      </w:r>
      <w:proofErr w:type="spellEnd"/>
    </w:p>
    <w:p w14:paraId="5CBC3341" w14:textId="77777777" w:rsidR="00A904C4" w:rsidRPr="0063699D" w:rsidRDefault="00FC2AAC" w:rsidP="00A30B9B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Наркотичні</w:t>
      </w:r>
      <w:proofErr w:type="spellEnd"/>
    </w:p>
    <w:p w14:paraId="3B071E4E" w14:textId="77777777" w:rsidR="00A904C4" w:rsidRPr="0063699D" w:rsidRDefault="00FC2AAC" w:rsidP="00A30B9B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Проносні</w:t>
      </w:r>
      <w:proofErr w:type="spellEnd"/>
    </w:p>
    <w:p w14:paraId="1B225A13" w14:textId="77777777" w:rsidR="00A904C4" w:rsidRPr="0063699D" w:rsidRDefault="00FC2AAC" w:rsidP="00A30B9B">
      <w:pPr>
        <w:pStyle w:val="ListParagraph"/>
        <w:numPr>
          <w:ilvl w:val="0"/>
          <w:numId w:val="2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Гормональні</w:t>
      </w:r>
      <w:proofErr w:type="spellEnd"/>
    </w:p>
    <w:p w14:paraId="0FE6462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101ED377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</w:rPr>
      </w:pPr>
    </w:p>
    <w:p w14:paraId="09A328AB" w14:textId="77777777" w:rsidR="00A904C4" w:rsidRPr="0063699D" w:rsidRDefault="00FC2AAC" w:rsidP="004F29C2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2.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Рецептурна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грамота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Відпрацювання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навичок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прописування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рецептів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різні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лікарські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форми</w:t>
      </w:r>
      <w:proofErr w:type="spellEnd"/>
    </w:p>
    <w:p w14:paraId="535BD095" w14:textId="77777777" w:rsidR="00A904C4" w:rsidRPr="0063699D" w:rsidRDefault="00A904C4" w:rsidP="00B2143D">
      <w:pPr>
        <w:spacing w:after="0" w:line="360" w:lineRule="auto"/>
        <w:ind w:firstLine="567"/>
        <w:jc w:val="center"/>
        <w:rPr>
          <w:rFonts w:asciiTheme="majorBidi" w:hAnsiTheme="majorBidi" w:cstheme="majorBidi"/>
          <w:sz w:val="22"/>
          <w:lang w:val="ru-RU"/>
        </w:rPr>
      </w:pPr>
    </w:p>
    <w:p w14:paraId="045DC145" w14:textId="4C82075E" w:rsidR="00A904C4" w:rsidRPr="0063699D" w:rsidRDefault="00FC2AAC" w:rsidP="004F29C2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r w:rsidRPr="0063699D">
        <w:rPr>
          <w:rFonts w:asciiTheme="majorBidi" w:hAnsiTheme="majorBidi" w:cstheme="majorBidi"/>
          <w:sz w:val="22"/>
          <w:lang w:val="ru-RU"/>
        </w:rPr>
        <w:t xml:space="preserve">Рецепт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надзвичайно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документом: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успіх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юридичну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відповідальність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 </w:t>
      </w:r>
    </w:p>
    <w:p w14:paraId="1BCC1F14" w14:textId="0531DFA3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граматику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="00B2143D"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0D0FFC9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6CF17A5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I.Питання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самопідготовки</w:t>
      </w:r>
      <w:proofErr w:type="spellEnd"/>
    </w:p>
    <w:p w14:paraId="06F03268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магістральні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прописи. </w:t>
      </w:r>
    </w:p>
    <w:p w14:paraId="47CA7F18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«доза»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доз.</w:t>
      </w:r>
    </w:p>
    <w:p w14:paraId="3E7AA837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Допустимі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294206C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Тверді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та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твердих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форм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7AC8BEE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Порошки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порошків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Максимальна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мінімальна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порошків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180E1E3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Таблетки і драже,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668351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Капсули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характеристика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C89E69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Гранули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E71F457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склад,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B79169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Нові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тверді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карамелі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глосети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пастилки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плівки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>.).</w:t>
      </w:r>
    </w:p>
    <w:p w14:paraId="315240E3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та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9012D7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відвари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мікстури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2F9BCC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м'яких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форм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A78A4D8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супозиторіїв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магістральних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супозиторіїв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158D41A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ТТС-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пластирі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7CDB6ED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недозованих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магістральних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EF4E87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Тверді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недозовані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присипки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порошки). </w:t>
      </w:r>
      <w:proofErr w:type="spellStart"/>
      <w:r w:rsidRPr="0063699D">
        <w:rPr>
          <w:rFonts w:asciiTheme="majorBidi" w:hAnsiTheme="majorBidi" w:cstheme="majorBidi"/>
          <w:sz w:val="22"/>
        </w:rPr>
        <w:t>Правила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6CA4863A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М'які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недозовані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пасти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лініменти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креми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гелі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пластирі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формотворчих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мазей, паст,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лініментів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паст. </w:t>
      </w:r>
      <w:proofErr w:type="spellStart"/>
      <w:r w:rsidRPr="0063699D">
        <w:rPr>
          <w:rFonts w:asciiTheme="majorBidi" w:hAnsiTheme="majorBidi" w:cstheme="majorBidi"/>
          <w:sz w:val="22"/>
        </w:rPr>
        <w:t>Правила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EBE6291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Рідкі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недозовані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розчини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зовнішнього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</w:rPr>
        <w:t>краплі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очні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вушні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зубні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носові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</w:rPr>
        <w:t>примочки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полоскання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зрошення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Правила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68D84C7C" w14:textId="77777777" w:rsidR="00A904C4" w:rsidRPr="0063699D" w:rsidRDefault="00FC2AAC" w:rsidP="00A30B9B">
      <w:pPr>
        <w:pStyle w:val="ListParagraph"/>
        <w:numPr>
          <w:ilvl w:val="0"/>
          <w:numId w:val="9"/>
        </w:numPr>
        <w:spacing w:after="0" w:line="360" w:lineRule="auto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Суспензії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емульсії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аерозолі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зовнішнього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Правила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CFB1BF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586CDAA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30CFF2C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найважливіших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4A63845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Виконати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роботу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Провести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помилок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допущених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77C95726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порошків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лимоннику (</w:t>
      </w:r>
      <w:proofErr w:type="spellStart"/>
      <w:r w:rsidRPr="0063699D">
        <w:rPr>
          <w:rFonts w:asciiTheme="majorBidi" w:hAnsiTheme="majorBidi" w:cstheme="majorBidi"/>
          <w:sz w:val="22"/>
        </w:rPr>
        <w:t>Schizandra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по 0,02.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порошку 3 рази на день.</w:t>
      </w:r>
    </w:p>
    <w:p w14:paraId="022153D4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30,0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сульфату (</w:t>
      </w:r>
      <w:proofErr w:type="spellStart"/>
      <w:r w:rsidRPr="0063699D">
        <w:rPr>
          <w:rFonts w:asciiTheme="majorBidi" w:hAnsiTheme="majorBidi" w:cstheme="majorBidi"/>
          <w:sz w:val="22"/>
        </w:rPr>
        <w:t>Magnesii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sulfas</w:t>
      </w:r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столовій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ложці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розчинивши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2/3 склянки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води.</w:t>
      </w:r>
    </w:p>
    <w:p w14:paraId="5399ABC7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порошків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Acidum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acetylsalicylicum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0,5 г.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порошку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 рази на день.</w:t>
      </w:r>
    </w:p>
    <w:p w14:paraId="495FE13D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таблеток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таблетці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рази на день.</w:t>
      </w:r>
    </w:p>
    <w:p w14:paraId="7E50B9DF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20 драже,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500 000 ОД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Nystatinum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драже 4 рази на день.</w:t>
      </w:r>
    </w:p>
    <w:p w14:paraId="79F7A29C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20 драже,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0,05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Acidum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ascorbinicum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 і 0,03 рутина (</w:t>
      </w:r>
      <w:proofErr w:type="spellStart"/>
      <w:r w:rsidRPr="0063699D">
        <w:rPr>
          <w:rFonts w:asciiTheme="majorBidi" w:hAnsiTheme="majorBidi" w:cstheme="majorBidi"/>
          <w:sz w:val="22"/>
        </w:rPr>
        <w:t>Rutinum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2 </w:t>
      </w:r>
      <w:proofErr w:type="spellStart"/>
      <w:r w:rsidRPr="0063699D">
        <w:rPr>
          <w:rFonts w:asciiTheme="majorBidi" w:hAnsiTheme="majorBidi" w:cstheme="majorBidi"/>
          <w:sz w:val="22"/>
        </w:rPr>
        <w:t>драже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</w:rPr>
        <w:t>рази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день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C262B97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порошків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пирацетама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Pyracetamum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по 0,4 в капсулах.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капсулі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рази на день.</w:t>
      </w:r>
    </w:p>
    <w:p w14:paraId="4F630F81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20 таблеток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Analginum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по 0,25 г.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таблетці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головному болю.</w:t>
      </w:r>
    </w:p>
    <w:p w14:paraId="2656A4ED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5,0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Дермозолон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 ( «</w:t>
      </w:r>
      <w:proofErr w:type="spellStart"/>
      <w:r w:rsidRPr="0063699D">
        <w:rPr>
          <w:rFonts w:asciiTheme="majorBidi" w:hAnsiTheme="majorBidi" w:cstheme="majorBidi"/>
          <w:sz w:val="22"/>
        </w:rPr>
        <w:t>Dermosolonum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»).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рази на день.</w:t>
      </w:r>
    </w:p>
    <w:p w14:paraId="6501E280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50,0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вазеліні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ланоліні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Taninum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45B3081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150,0 </w:t>
      </w:r>
      <w:proofErr w:type="spellStart"/>
      <w:r w:rsidRPr="0063699D">
        <w:rPr>
          <w:rFonts w:asciiTheme="majorBidi" w:hAnsiTheme="majorBidi" w:cstheme="majorBidi"/>
          <w:sz w:val="22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свинячому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жирі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Adeps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suillus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 з 2% </w:t>
      </w:r>
      <w:proofErr w:type="spellStart"/>
      <w:r w:rsidRPr="0063699D">
        <w:rPr>
          <w:rFonts w:asciiTheme="majorBidi" w:hAnsiTheme="majorBidi" w:cstheme="majorBidi"/>
          <w:sz w:val="22"/>
        </w:rPr>
        <w:t>саліцилової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Acidum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salicylicum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 і 5% </w:t>
      </w:r>
      <w:proofErr w:type="spellStart"/>
      <w:r w:rsidRPr="0063699D">
        <w:rPr>
          <w:rFonts w:asciiTheme="majorBidi" w:hAnsiTheme="majorBidi" w:cstheme="majorBidi"/>
          <w:sz w:val="22"/>
        </w:rPr>
        <w:t>очищеної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сірки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(Sulfur </w:t>
      </w:r>
      <w:proofErr w:type="spellStart"/>
      <w:r w:rsidRPr="0063699D">
        <w:rPr>
          <w:rFonts w:asciiTheme="majorBidi" w:hAnsiTheme="majorBidi" w:cstheme="majorBidi"/>
          <w:sz w:val="22"/>
        </w:rPr>
        <w:t>depuratum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9607CD7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50,0 </w:t>
      </w:r>
      <w:proofErr w:type="spellStart"/>
      <w:r w:rsidRPr="0063699D">
        <w:rPr>
          <w:rFonts w:asciiTheme="majorBidi" w:hAnsiTheme="majorBidi" w:cstheme="majorBidi"/>
          <w:sz w:val="22"/>
        </w:rPr>
        <w:t>офіцинальної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борово-цинко-нафталанної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Boro-Zinci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naphtalanum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</w:rPr>
        <w:t>пасти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55A1EB84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50,0 </w:t>
      </w:r>
      <w:proofErr w:type="spellStart"/>
      <w:r w:rsidRPr="0063699D">
        <w:rPr>
          <w:rFonts w:asciiTheme="majorBidi" w:hAnsiTheme="majorBidi" w:cstheme="majorBidi"/>
          <w:sz w:val="22"/>
        </w:rPr>
        <w:t>пасти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вазеліні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ланоліні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порівну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5% </w:t>
      </w:r>
      <w:proofErr w:type="spellStart"/>
      <w:r w:rsidRPr="0063699D">
        <w:rPr>
          <w:rFonts w:asciiTheme="majorBidi" w:hAnsiTheme="majorBidi" w:cstheme="majorBidi"/>
          <w:sz w:val="22"/>
        </w:rPr>
        <w:t>анестезину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Anaesthesinum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FD5159F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100,0 </w:t>
      </w:r>
      <w:proofErr w:type="spellStart"/>
      <w:r w:rsidRPr="0063699D">
        <w:rPr>
          <w:rFonts w:asciiTheme="majorBidi" w:hAnsiTheme="majorBidi" w:cstheme="majorBidi"/>
          <w:sz w:val="22"/>
        </w:rPr>
        <w:t>пасти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вазеліні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2,0 </w:t>
      </w:r>
      <w:proofErr w:type="spellStart"/>
      <w:r w:rsidRPr="0063699D">
        <w:rPr>
          <w:rFonts w:asciiTheme="majorBidi" w:hAnsiTheme="majorBidi" w:cstheme="majorBidi"/>
          <w:sz w:val="22"/>
        </w:rPr>
        <w:t>саліцилової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(</w:t>
      </w:r>
      <w:proofErr w:type="spellStart"/>
      <w:r w:rsidRPr="0063699D">
        <w:rPr>
          <w:rFonts w:asciiTheme="majorBidi" w:hAnsiTheme="majorBidi" w:cstheme="majorBidi"/>
          <w:sz w:val="22"/>
        </w:rPr>
        <w:t>Acidum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salicilicum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</w:rPr>
        <w:t>крохмалю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оксиду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цинку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порівну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25,0.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6CAB5977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100,0 </w:t>
      </w:r>
      <w:proofErr w:type="spellStart"/>
      <w:r w:rsidRPr="0063699D">
        <w:rPr>
          <w:rFonts w:asciiTheme="majorBidi" w:hAnsiTheme="majorBidi" w:cstheme="majorBidi"/>
          <w:sz w:val="22"/>
        </w:rPr>
        <w:t>пасти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нафталанної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Unguenti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Naphthalani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8%  </w:t>
      </w:r>
      <w:proofErr w:type="spellStart"/>
      <w:r w:rsidRPr="0063699D">
        <w:rPr>
          <w:rFonts w:asciiTheme="majorBidi" w:hAnsiTheme="majorBidi" w:cstheme="majorBidi"/>
          <w:sz w:val="22"/>
        </w:rPr>
        <w:t>іхтіолу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Ichthiolum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уражені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ділянки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49408DE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ректальних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супозиторіїв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500000 ОД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Nystatinum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1 </w:t>
      </w:r>
      <w:proofErr w:type="spellStart"/>
      <w:r w:rsidRPr="0063699D">
        <w:rPr>
          <w:rFonts w:asciiTheme="majorBidi" w:hAnsiTheme="majorBidi" w:cstheme="majorBidi"/>
          <w:sz w:val="22"/>
        </w:rPr>
        <w:t>свічці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пряму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2 </w:t>
      </w:r>
      <w:proofErr w:type="spellStart"/>
      <w:r w:rsidRPr="0063699D">
        <w:rPr>
          <w:rFonts w:asciiTheme="majorBidi" w:hAnsiTheme="majorBidi" w:cstheme="majorBidi"/>
          <w:sz w:val="22"/>
        </w:rPr>
        <w:t>рази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день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E24F002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ректальних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дитячих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супозиторіїв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0,05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Dermatolum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1 </w:t>
      </w:r>
      <w:proofErr w:type="spellStart"/>
      <w:r w:rsidRPr="0063699D">
        <w:rPr>
          <w:rFonts w:asciiTheme="majorBidi" w:hAnsiTheme="majorBidi" w:cstheme="majorBidi"/>
          <w:sz w:val="22"/>
        </w:rPr>
        <w:t>свічці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пряму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ніч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A1861E2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</w:rPr>
        <w:t>вагінальних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супозиторіїв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0,1 </w:t>
      </w:r>
      <w:proofErr w:type="spellStart"/>
      <w:r w:rsidRPr="0063699D">
        <w:rPr>
          <w:rFonts w:asciiTheme="majorBidi" w:hAnsiTheme="majorBidi" w:cstheme="majorBidi"/>
          <w:sz w:val="22"/>
        </w:rPr>
        <w:t>фуразолідона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Furazolidonum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1 </w:t>
      </w:r>
      <w:proofErr w:type="spellStart"/>
      <w:r w:rsidRPr="0063699D">
        <w:rPr>
          <w:rFonts w:asciiTheme="majorBidi" w:hAnsiTheme="majorBidi" w:cstheme="majorBidi"/>
          <w:sz w:val="22"/>
        </w:rPr>
        <w:t>свічці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піхву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ніч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46FD6D3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ректальних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супозиторіїв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Цефекон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 («</w:t>
      </w:r>
      <w:proofErr w:type="spellStart"/>
      <w:r w:rsidRPr="0063699D">
        <w:rPr>
          <w:rFonts w:asciiTheme="majorBidi" w:hAnsiTheme="majorBidi" w:cstheme="majorBidi"/>
          <w:sz w:val="22"/>
        </w:rPr>
        <w:t>Cefeconum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»). </w:t>
      </w:r>
      <w:proofErr w:type="spellStart"/>
      <w:r w:rsidRPr="0063699D">
        <w:rPr>
          <w:rFonts w:asciiTheme="majorBidi" w:hAnsiTheme="majorBidi" w:cstheme="majorBidi"/>
          <w:sz w:val="22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1 </w:t>
      </w:r>
      <w:proofErr w:type="spellStart"/>
      <w:r w:rsidRPr="0063699D">
        <w:rPr>
          <w:rFonts w:asciiTheme="majorBidi" w:hAnsiTheme="majorBidi" w:cstheme="majorBidi"/>
          <w:sz w:val="22"/>
        </w:rPr>
        <w:t>свічці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пряму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ніч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51910736" w14:textId="77777777" w:rsidR="00A904C4" w:rsidRPr="0063699D" w:rsidRDefault="00FC2AAC" w:rsidP="00A30B9B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 xml:space="preserve"> 10,0 </w:t>
      </w:r>
      <w:proofErr w:type="spellStart"/>
      <w:r w:rsidRPr="0063699D">
        <w:rPr>
          <w:rFonts w:asciiTheme="majorBidi" w:hAnsiTheme="majorBidi" w:cstheme="majorBidi"/>
          <w:sz w:val="22"/>
        </w:rPr>
        <w:t>очної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3% </w:t>
      </w:r>
      <w:proofErr w:type="spellStart"/>
      <w:r w:rsidRPr="0063699D">
        <w:rPr>
          <w:rFonts w:asciiTheme="majorBidi" w:hAnsiTheme="majorBidi" w:cstheme="majorBidi"/>
          <w:sz w:val="22"/>
        </w:rPr>
        <w:t>ацеклидина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Aсeclidinum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Закладати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CE830D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4865AC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11560C1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Перевірити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засвоєння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(самоконтролю).</w:t>
      </w:r>
    </w:p>
    <w:p w14:paraId="2D1BA3BB" w14:textId="77777777" w:rsidR="00A904C4" w:rsidRPr="0063699D" w:rsidRDefault="00FC2AAC" w:rsidP="00A30B9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формоутворюючих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тальк,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крохмаль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ланолін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гліцерин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86505B1" w14:textId="77777777" w:rsidR="00A904C4" w:rsidRPr="0063699D" w:rsidRDefault="00FC2AAC" w:rsidP="00A30B9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порошки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недозовані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6981916" w14:textId="77777777" w:rsidR="00A904C4" w:rsidRPr="0063699D" w:rsidRDefault="00FC2AAC" w:rsidP="00A30B9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найчастіше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невідкладних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станів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44074D43" w14:textId="77777777" w:rsidR="00A904C4" w:rsidRPr="0063699D" w:rsidRDefault="00FC2AAC" w:rsidP="00A30B9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виготовлення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паст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звичайних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72BEF4F" w14:textId="77777777" w:rsidR="00A904C4" w:rsidRPr="0063699D" w:rsidRDefault="00FC2AAC" w:rsidP="00A30B9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офіцинальних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магістральних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B88A017" w14:textId="77777777" w:rsidR="00A904C4" w:rsidRPr="0063699D" w:rsidRDefault="00FC2AAC" w:rsidP="00A30B9B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галенові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новогаленові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вводити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парентерально? </w:t>
      </w:r>
      <w:proofErr w:type="spellStart"/>
      <w:r w:rsidRPr="0063699D">
        <w:rPr>
          <w:rFonts w:asciiTheme="majorBidi" w:hAnsiTheme="majorBidi" w:cstheme="majorBidi"/>
          <w:sz w:val="22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6372458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31E24E9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51ECFA8C" w14:textId="655D1A3F" w:rsidR="00A904C4" w:rsidRPr="0063699D" w:rsidRDefault="00FC2AAC" w:rsidP="00B2143D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3.</w:t>
      </w:r>
      <w:r w:rsidR="00B2143D"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лікознавства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Видатні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вітчизняні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іноземні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фармакологи і токсикологи.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етапи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доказової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Номенклатура та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класифікації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Правила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довідників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засобів</w:t>
      </w:r>
      <w:proofErr w:type="spellEnd"/>
    </w:p>
    <w:p w14:paraId="0B54BFF4" w14:textId="77777777" w:rsidR="00A904C4" w:rsidRPr="0063699D" w:rsidRDefault="00A904C4" w:rsidP="00B2143D">
      <w:pPr>
        <w:spacing w:after="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</w:p>
    <w:p w14:paraId="4D54A71E" w14:textId="4168E47C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дослівному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перекладі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грец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="00B2143D" w:rsidRPr="0063699D">
        <w:rPr>
          <w:rFonts w:asciiTheme="majorBidi" w:hAnsiTheme="majorBidi" w:cstheme="majorBidi"/>
          <w:i/>
          <w:sz w:val="22"/>
        </w:rPr>
        <w:t>Pharmakon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r w:rsidRPr="0063699D">
        <w:rPr>
          <w:rFonts w:asciiTheme="majorBidi" w:hAnsiTheme="majorBidi" w:cstheme="majorBidi"/>
          <w:i/>
          <w:sz w:val="22"/>
        </w:rPr>
        <w:t>logos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минулому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охоплювала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9BFB92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теперішній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комплексною наукою,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тварин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наукою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цілеспрямований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пошук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Вона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з'ясовує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молекули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субклітинні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органом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0EE96E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вивчаючи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міцний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теоретичний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фундамент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Вона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межі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багатьох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наук: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біофізики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1DEF30" w14:textId="77777777" w:rsidR="00A904C4" w:rsidRPr="0063699D" w:rsidRDefault="00FC2AAC" w:rsidP="00B2143D">
      <w:pPr>
        <w:spacing w:before="120" w:after="12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лікознавства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розвітку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доказової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користуватися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довідником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46DD031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53D8B3C7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3B75BA2D" w14:textId="77777777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Етапи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E7424DE" w14:textId="77777777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Внесок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засновників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експериментальної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Р.Бухгейм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Е.В.Пелікан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М.П.Кравков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В.І.Дибковський</w:t>
      </w:r>
      <w:proofErr w:type="spellEnd"/>
      <w:r w:rsidRPr="0063699D">
        <w:rPr>
          <w:rFonts w:asciiTheme="majorBidi" w:hAnsiTheme="majorBidi" w:cstheme="majorBidi"/>
          <w:sz w:val="22"/>
        </w:rPr>
        <w:t>).</w:t>
      </w:r>
    </w:p>
    <w:p w14:paraId="38B72E4B" w14:textId="6D271CC2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Внесок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фармакологи і токсикологи (А.І.Ч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еркес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С.В.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Анічков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В.В.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Закусов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А.В.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Вальдман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З.В.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Ермольева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Г.Е.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>Батрак, Я.Б.</w:t>
      </w:r>
      <w:r w:rsidR="00B2143D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Максімовіч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6677BE52" w14:textId="77777777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розділи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тенденції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ACD5025" w14:textId="77777777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наукові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8854B0" w14:textId="77777777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Доказова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медицина: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фундаментальні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доказової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Об'єктивні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причини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формування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принципу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доказовості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галузі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охорони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здоров'я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625B515" w14:textId="10872F79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впровадження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Оригінальні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інноваційні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стандарти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доклінічних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GLP</w:t>
      </w:r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1FA0DBF8" w14:textId="77777777" w:rsidR="00A904C4" w:rsidRPr="0063699D" w:rsidRDefault="00FC2AAC" w:rsidP="00A30B9B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Номенклатура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непатентована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INN</w:t>
      </w:r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торгівельна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класифікаціїлікарських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АТС (</w:t>
      </w:r>
      <w:r w:rsidRPr="0063699D">
        <w:rPr>
          <w:rFonts w:asciiTheme="majorBidi" w:hAnsiTheme="majorBidi" w:cstheme="majorBidi"/>
          <w:sz w:val="22"/>
        </w:rPr>
        <w:t>Anatomical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Therapeutic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Chemical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classification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system</w:t>
      </w:r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61A3D0B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48A8C4A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виконати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234D93C" w14:textId="77777777" w:rsidR="00A904C4" w:rsidRPr="0063699D" w:rsidRDefault="00FC2AAC" w:rsidP="00A30B9B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»,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доклінічного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7EB148" w14:textId="77777777" w:rsidR="00A904C4" w:rsidRPr="0063699D" w:rsidRDefault="00FC2AAC" w:rsidP="00A30B9B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проект протоколу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безпечності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запропонованого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Вами нового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763F2DF" w14:textId="77777777" w:rsidR="00A904C4" w:rsidRPr="0063699D" w:rsidRDefault="00FC2AAC" w:rsidP="00A30B9B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Користуючись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довідником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систему,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0691514" w14:textId="77777777" w:rsidR="00A904C4" w:rsidRPr="0063699D" w:rsidRDefault="00FC2AAC" w:rsidP="00A30B9B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Користуючись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довідником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сферу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латинській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мові:1)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циннарізін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еуфілін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3) но-шпа, 4)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клонідин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5)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нітрогліцерин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6)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7)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8)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9)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кофеїн-бензоат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10)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кордіамін</w:t>
      </w:r>
      <w:proofErr w:type="spellEnd"/>
    </w:p>
    <w:p w14:paraId="7A5A5F5A" w14:textId="77777777" w:rsidR="00A904C4" w:rsidRPr="0063699D" w:rsidRDefault="00FC2AAC" w:rsidP="00A30B9B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”,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непатентована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”,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фірмова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торгова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Приведіть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конкретні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приклади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808FDA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BF7B02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82EBDB0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</w:rPr>
        <w:lastRenderedPageBreak/>
        <w:t>РОЗДІЛ II. ЗАГАЛЬНА  ФАРМАКОЛОГІЯ</w:t>
      </w:r>
    </w:p>
    <w:p w14:paraId="742FCEC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91C407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BE31562" w14:textId="77777777" w:rsidR="00A904C4" w:rsidRPr="0063699D" w:rsidRDefault="00FC2AAC" w:rsidP="00B2143D">
      <w:pPr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 xml:space="preserve">Тема 4.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характеристики 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ліків</w:t>
      </w:r>
      <w:proofErr w:type="spellEnd"/>
    </w:p>
    <w:p w14:paraId="51B85B38" w14:textId="77777777" w:rsidR="00A904C4" w:rsidRPr="0063699D" w:rsidRDefault="00A904C4" w:rsidP="00B2143D">
      <w:pPr>
        <w:spacing w:after="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</w:p>
    <w:p w14:paraId="28904EAF" w14:textId="2D34E523" w:rsidR="00A904C4" w:rsidRPr="0063699D" w:rsidRDefault="00FC2AAC" w:rsidP="004F29C2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закономірностей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правильне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розуміння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розуміння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повинен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будь-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високоефективної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кожного хворого.</w:t>
      </w:r>
    </w:p>
    <w:p w14:paraId="43275329" w14:textId="77777777" w:rsidR="00A904C4" w:rsidRPr="0063699D" w:rsidRDefault="00FC2AAC" w:rsidP="004F29C2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закономірності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AE1F9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0FEB99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77220E72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ентеральный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парентеральний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шляхах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09127B8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їх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активний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транспорт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пасивна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полегшена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дифузія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фільтрація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піноцитоз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біодоступність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біоеквівалентність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0BADA4E0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Зв'язування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плазми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біолігандами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визначають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концентрацію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F9ACF90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гістогематичні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бар'єри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плацентарний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гематоенцефалічний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Депонування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111984E8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Роль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Р-450. </w:t>
      </w:r>
    </w:p>
    <w:p w14:paraId="1B0C7799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елімінацію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екскрецію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854EEB7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параметри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біодоступність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біоеквівалентність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кліренс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константа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елімінації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7D56BCEA" w14:textId="77777777" w:rsidR="00A904C4" w:rsidRPr="0063699D" w:rsidRDefault="00FC2AAC" w:rsidP="00A30B9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у людей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039A666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5584288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5FD3A91" w14:textId="77777777" w:rsidR="00A904C4" w:rsidRPr="0063699D" w:rsidRDefault="00FC2AAC" w:rsidP="00A30B9B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проаналізуйте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EBC9A60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Константа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швидкості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абсорбції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Ка</w:t>
      </w:r>
      <w:proofErr w:type="spellEnd"/>
      <w:r w:rsidRPr="0063699D">
        <w:rPr>
          <w:rFonts w:asciiTheme="majorBidi" w:hAnsiTheme="majorBidi" w:cstheme="majorBidi"/>
          <w:sz w:val="22"/>
        </w:rPr>
        <w:t>)</w:t>
      </w:r>
    </w:p>
    <w:p w14:paraId="347B3C94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Константа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швидкості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елімінації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Кel</w:t>
      </w:r>
      <w:proofErr w:type="spellEnd"/>
      <w:r w:rsidRPr="0063699D">
        <w:rPr>
          <w:rFonts w:asciiTheme="majorBidi" w:hAnsiTheme="majorBidi" w:cstheme="majorBidi"/>
          <w:sz w:val="22"/>
        </w:rPr>
        <w:t>)</w:t>
      </w:r>
    </w:p>
    <w:p w14:paraId="76CFBC39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Константа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швидкості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екскреції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Кex</w:t>
      </w:r>
      <w:proofErr w:type="spellEnd"/>
      <w:r w:rsidRPr="0063699D">
        <w:rPr>
          <w:rFonts w:asciiTheme="majorBidi" w:hAnsiTheme="majorBidi" w:cstheme="majorBidi"/>
          <w:sz w:val="22"/>
        </w:rPr>
        <w:t>)</w:t>
      </w:r>
    </w:p>
    <w:p w14:paraId="1A74DB55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напіввиведення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напівелімінації</w:t>
      </w:r>
      <w:proofErr w:type="spellEnd"/>
      <w:r w:rsidRPr="0063699D">
        <w:rPr>
          <w:rFonts w:asciiTheme="majorBidi" w:hAnsiTheme="majorBidi" w:cstheme="majorBidi"/>
          <w:sz w:val="22"/>
        </w:rPr>
        <w:t>) (Т1/2)</w:t>
      </w:r>
    </w:p>
    <w:p w14:paraId="100F12D7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Удавана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початкова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(С0)</w:t>
      </w:r>
    </w:p>
    <w:p w14:paraId="2D52761B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Рівноважна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Сss</w:t>
      </w:r>
      <w:proofErr w:type="spellEnd"/>
      <w:r w:rsidRPr="0063699D">
        <w:rPr>
          <w:rFonts w:asciiTheme="majorBidi" w:hAnsiTheme="majorBidi" w:cstheme="majorBidi"/>
          <w:sz w:val="22"/>
        </w:rPr>
        <w:t>)</w:t>
      </w:r>
    </w:p>
    <w:p w14:paraId="4F89C5E5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Сp</w:t>
      </w:r>
      <w:proofErr w:type="spellEnd"/>
      <w:r w:rsidRPr="0063699D">
        <w:rPr>
          <w:rFonts w:asciiTheme="majorBidi" w:hAnsiTheme="majorBidi" w:cstheme="majorBidi"/>
          <w:sz w:val="22"/>
        </w:rPr>
        <w:t>),</w:t>
      </w:r>
    </w:p>
    <w:p w14:paraId="7379C518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Загальний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Clt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</w:rPr>
        <w:t>нирковий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Clr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</w:rPr>
        <w:t>позанирковий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Cler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</w:rPr>
        <w:t>кліренси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</w:p>
    <w:p w14:paraId="218B20EF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Площа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кривою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-час» (</w:t>
      </w:r>
      <w:r w:rsidRPr="0063699D">
        <w:rPr>
          <w:rFonts w:asciiTheme="majorBidi" w:hAnsiTheme="majorBidi" w:cstheme="majorBidi"/>
          <w:sz w:val="22"/>
        </w:rPr>
        <w:t>AUC</w:t>
      </w:r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717B23FF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Уявний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об'єм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розподілу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V</w:t>
      </w:r>
      <w:r w:rsidRPr="0063699D">
        <w:rPr>
          <w:rFonts w:asciiTheme="majorBidi" w:hAnsiTheme="majorBidi" w:cstheme="majorBidi"/>
          <w:i/>
          <w:sz w:val="22"/>
        </w:rPr>
        <w:t>d</w:t>
      </w:r>
      <w:proofErr w:type="spellEnd"/>
      <w:r w:rsidRPr="0063699D">
        <w:rPr>
          <w:rFonts w:asciiTheme="majorBidi" w:hAnsiTheme="majorBidi" w:cstheme="majorBidi"/>
          <w:sz w:val="22"/>
        </w:rPr>
        <w:t>),</w:t>
      </w:r>
    </w:p>
    <w:p w14:paraId="1C20F02A" w14:textId="77777777" w:rsidR="00A904C4" w:rsidRPr="0063699D" w:rsidRDefault="00FC2AAC" w:rsidP="00A30B9B">
      <w:pPr>
        <w:pStyle w:val="ListParagraph"/>
        <w:numPr>
          <w:ilvl w:val="0"/>
          <w:numId w:val="2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Абсолютна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біодоступність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(f) </w:t>
      </w:r>
    </w:p>
    <w:p w14:paraId="36AA3EEB" w14:textId="77777777" w:rsidR="00A904C4" w:rsidRPr="0063699D" w:rsidRDefault="00FC2AAC" w:rsidP="00A30B9B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характеризують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нешкідливість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3C3C9809" w14:textId="77777777" w:rsidR="00A904C4" w:rsidRPr="0063699D" w:rsidRDefault="00FC2AAC" w:rsidP="00A30B9B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довідника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полуелімінаціі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парацетамолу,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біциліну-5. </w:t>
      </w:r>
      <w:proofErr w:type="spellStart"/>
      <w:r w:rsidRPr="0063699D">
        <w:rPr>
          <w:rFonts w:asciiTheme="majorBidi" w:hAnsiTheme="majorBidi" w:cstheme="majorBidi"/>
          <w:sz w:val="22"/>
        </w:rPr>
        <w:t>Оцінити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їх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практичної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BA162DD" w14:textId="77777777" w:rsidR="00A904C4" w:rsidRPr="0063699D" w:rsidRDefault="00FC2AAC" w:rsidP="00A30B9B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Приведіть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по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приклади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мікросомальні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95AB111" w14:textId="77777777" w:rsidR="00A904C4" w:rsidRPr="0063699D" w:rsidRDefault="00FC2AAC" w:rsidP="00A30B9B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біодоступність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747D1E3" w14:textId="77777777" w:rsidR="00A904C4" w:rsidRPr="0063699D" w:rsidRDefault="00FC2AAC" w:rsidP="00A30B9B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Подумайте,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94BBCE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99B59D7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правильні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відповіді</w:t>
      </w:r>
      <w:proofErr w:type="spellEnd"/>
    </w:p>
    <w:p w14:paraId="17D2581D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сульфату.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шлях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вибрати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7B8AFD30" w14:textId="77777777" w:rsidR="00A904C4" w:rsidRPr="0063699D" w:rsidRDefault="00FC2AAC" w:rsidP="00A30B9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E202488" w14:textId="77777777" w:rsidR="00A904C4" w:rsidRPr="0063699D" w:rsidRDefault="00FC2AAC" w:rsidP="00A30B9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Перорально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52264641" w14:textId="77777777" w:rsidR="00A904C4" w:rsidRPr="0063699D" w:rsidRDefault="00FC2AAC" w:rsidP="00A30B9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Інгаляційно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1620514" w14:textId="77777777" w:rsidR="00A904C4" w:rsidRPr="0063699D" w:rsidRDefault="00FC2AAC" w:rsidP="00A30B9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пряму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кишку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869A575" w14:textId="77777777" w:rsidR="00A904C4" w:rsidRPr="0063699D" w:rsidRDefault="00FC2AAC" w:rsidP="00A30B9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Дуоденально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7FD6780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надходить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F7865D9" w14:textId="77777777" w:rsidR="00A904C4" w:rsidRPr="0063699D" w:rsidRDefault="00FC2AAC" w:rsidP="00A30B9B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Біодоступність</w:t>
      </w:r>
      <w:proofErr w:type="spellEnd"/>
    </w:p>
    <w:p w14:paraId="78E8398E" w14:textId="77777777" w:rsidR="00A904C4" w:rsidRPr="0063699D" w:rsidRDefault="00FC2AAC" w:rsidP="00A30B9B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Об’єм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розподілу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7FF4E302" w14:textId="77777777" w:rsidR="00A904C4" w:rsidRPr="0063699D" w:rsidRDefault="00FC2AAC" w:rsidP="00A30B9B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Кумуляція</w:t>
      </w:r>
      <w:proofErr w:type="spellEnd"/>
    </w:p>
    <w:p w14:paraId="70B5CF9D" w14:textId="77777777" w:rsidR="00A904C4" w:rsidRPr="0063699D" w:rsidRDefault="00FC2AAC" w:rsidP="00A30B9B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Сенсибілізація</w:t>
      </w:r>
      <w:proofErr w:type="spellEnd"/>
    </w:p>
    <w:p w14:paraId="09EABF09" w14:textId="77777777" w:rsidR="00A904C4" w:rsidRPr="0063699D" w:rsidRDefault="00FC2AAC" w:rsidP="00A30B9B">
      <w:pPr>
        <w:pStyle w:val="ListParagraph"/>
        <w:numPr>
          <w:ilvl w:val="0"/>
          <w:numId w:val="3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Нирковий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кліренс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0DAF7FA2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надходять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0C028A5" w14:textId="77777777" w:rsidR="00A904C4" w:rsidRPr="0063699D" w:rsidRDefault="00FC2AAC" w:rsidP="00A30B9B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етапі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6E3FDAA" w14:textId="77777777" w:rsidR="00A904C4" w:rsidRPr="0063699D" w:rsidRDefault="00FC2AAC" w:rsidP="00A30B9B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етапі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розподілу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3870D50" w14:textId="77777777" w:rsidR="00A904C4" w:rsidRPr="0063699D" w:rsidRDefault="00FC2AAC" w:rsidP="00A30B9B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біотрансформації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F16BCDC" w14:textId="77777777" w:rsidR="00A904C4" w:rsidRPr="0063699D" w:rsidRDefault="00FC2AAC" w:rsidP="00A30B9B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етапі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6581512" w14:textId="77777777" w:rsidR="00A904C4" w:rsidRPr="0063699D" w:rsidRDefault="00FC2AAC" w:rsidP="00A30B9B">
      <w:pPr>
        <w:pStyle w:val="ListParagraph"/>
        <w:numPr>
          <w:ilvl w:val="0"/>
          <w:numId w:val="3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вищеперелічених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C2D2284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залежить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сила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міцності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білком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A91E6AA" w14:textId="77777777" w:rsidR="00A904C4" w:rsidRPr="0063699D" w:rsidRDefault="00FC2AAC" w:rsidP="00A30B9B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міцніше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зв'язок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білком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тим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сильніше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A4AD0E3" w14:textId="77777777" w:rsidR="00A904C4" w:rsidRPr="0063699D" w:rsidRDefault="00FC2AAC" w:rsidP="00A30B9B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міцніше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зв'язок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білком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тим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менша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633C7917" w14:textId="77777777" w:rsidR="00A904C4" w:rsidRPr="0063699D" w:rsidRDefault="00FC2AAC" w:rsidP="00A30B9B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міцніше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FE6563" w14:textId="77777777" w:rsidR="00A904C4" w:rsidRPr="0063699D" w:rsidRDefault="00FC2AAC" w:rsidP="00A30B9B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міцніше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триваліша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844E5F" w14:textId="77777777" w:rsidR="00A904C4" w:rsidRPr="0063699D" w:rsidRDefault="00FC2AAC" w:rsidP="00A30B9B">
      <w:pPr>
        <w:pStyle w:val="ListParagraph"/>
        <w:numPr>
          <w:ilvl w:val="0"/>
          <w:numId w:val="3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залежить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69BF7052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044E383" w14:textId="77777777" w:rsidR="00A904C4" w:rsidRPr="0063699D" w:rsidRDefault="00FC2AAC" w:rsidP="00A30B9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життя</w:t>
      </w:r>
      <w:proofErr w:type="spellEnd"/>
    </w:p>
    <w:p w14:paraId="1DD8FDBF" w14:textId="77777777" w:rsidR="00A904C4" w:rsidRPr="0063699D" w:rsidRDefault="00FC2AAC" w:rsidP="00A30B9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запити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їх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водою</w:t>
      </w:r>
      <w:proofErr w:type="spellEnd"/>
    </w:p>
    <w:p w14:paraId="288B4442" w14:textId="77777777" w:rsidR="00A904C4" w:rsidRPr="0063699D" w:rsidRDefault="00FC2AAC" w:rsidP="00A30B9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регулярному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індукторів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ферментів</w:t>
      </w:r>
      <w:proofErr w:type="spellEnd"/>
    </w:p>
    <w:p w14:paraId="01C6507A" w14:textId="77777777" w:rsidR="00A904C4" w:rsidRPr="0063699D" w:rsidRDefault="00FC2AAC" w:rsidP="00A30B9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чоловіків</w:t>
      </w:r>
      <w:proofErr w:type="spellEnd"/>
    </w:p>
    <w:p w14:paraId="300A0A26" w14:textId="77777777" w:rsidR="00A904C4" w:rsidRPr="0063699D" w:rsidRDefault="00FC2AAC" w:rsidP="00A30B9B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Вранці</w:t>
      </w:r>
      <w:proofErr w:type="spellEnd"/>
    </w:p>
    <w:p w14:paraId="0C3425A2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946974" w14:textId="77777777" w:rsidR="00A904C4" w:rsidRPr="0063699D" w:rsidRDefault="00FC2AAC" w:rsidP="00A30B9B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Пероральний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39E6A6C" w14:textId="77777777" w:rsidR="00A904C4" w:rsidRPr="0063699D" w:rsidRDefault="00FC2AAC" w:rsidP="00A30B9B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Внутрішньом'язовий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F657E90" w14:textId="77777777" w:rsidR="00A904C4" w:rsidRPr="0063699D" w:rsidRDefault="00FC2AAC" w:rsidP="00A30B9B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Підшкірний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3B51F2C" w14:textId="77777777" w:rsidR="00A904C4" w:rsidRPr="0063699D" w:rsidRDefault="00FC2AAC" w:rsidP="00A30B9B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Інгаляційний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679B20E" w14:textId="77777777" w:rsidR="00A904C4" w:rsidRPr="0063699D" w:rsidRDefault="00FC2AAC" w:rsidP="00A30B9B">
      <w:pPr>
        <w:pStyle w:val="ListParagraph"/>
        <w:numPr>
          <w:ilvl w:val="0"/>
          <w:numId w:val="3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Внутрішньовенний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55B0791C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потрапляння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минаючи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E22FF96" w14:textId="77777777" w:rsidR="00A904C4" w:rsidRPr="0063699D" w:rsidRDefault="00FC2AAC" w:rsidP="00A30B9B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Всередину</w:t>
      </w:r>
      <w:proofErr w:type="spellEnd"/>
    </w:p>
    <w:p w14:paraId="4FB40438" w14:textId="77777777" w:rsidR="00A904C4" w:rsidRPr="0063699D" w:rsidRDefault="00FC2AAC" w:rsidP="00A30B9B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Трансбукальний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812B362" w14:textId="77777777" w:rsidR="00A904C4" w:rsidRPr="0063699D" w:rsidRDefault="00FC2AAC" w:rsidP="00A30B9B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Ректальний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07884AE" w14:textId="77777777" w:rsidR="00A904C4" w:rsidRPr="0063699D" w:rsidRDefault="00FC2AAC" w:rsidP="00A30B9B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дванадцятипалу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кишку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A86C506" w14:textId="77777777" w:rsidR="00A904C4" w:rsidRPr="0063699D" w:rsidRDefault="00FC2AAC" w:rsidP="00A30B9B">
      <w:pPr>
        <w:pStyle w:val="ListParagraph"/>
        <w:numPr>
          <w:ilvl w:val="0"/>
          <w:numId w:val="3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Жоден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перерахованих</w:t>
      </w:r>
      <w:proofErr w:type="spellEnd"/>
    </w:p>
    <w:p w14:paraId="1F4171C4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зумовлює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вільної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фракції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новонародженого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CB625F9" w14:textId="77777777" w:rsidR="00A904C4" w:rsidRPr="0063699D" w:rsidRDefault="00FC2AAC" w:rsidP="00A30B9B">
      <w:pPr>
        <w:pStyle w:val="ListParagraph"/>
        <w:numPr>
          <w:ilvl w:val="0"/>
          <w:numId w:val="3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Відносно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невелика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маса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скелетних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м'язів</w:t>
      </w:r>
      <w:proofErr w:type="spellEnd"/>
    </w:p>
    <w:p w14:paraId="62DB9D05" w14:textId="77777777" w:rsidR="00A904C4" w:rsidRPr="0063699D" w:rsidRDefault="00FC2AAC" w:rsidP="00A30B9B">
      <w:pPr>
        <w:pStyle w:val="ListParagraph"/>
        <w:numPr>
          <w:ilvl w:val="0"/>
          <w:numId w:val="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невелика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підшкірного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жиру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відсотком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води</w:t>
      </w:r>
    </w:p>
    <w:p w14:paraId="1E23A14F" w14:textId="77777777" w:rsidR="00A904C4" w:rsidRPr="0063699D" w:rsidRDefault="00FC2AAC" w:rsidP="00A30B9B">
      <w:pPr>
        <w:pStyle w:val="ListParagraph"/>
        <w:numPr>
          <w:ilvl w:val="0"/>
          <w:numId w:val="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фільтраційна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секреторна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</w:p>
    <w:p w14:paraId="57F01B08" w14:textId="77777777" w:rsidR="00A904C4" w:rsidRPr="0063699D" w:rsidRDefault="00FC2AAC" w:rsidP="00A30B9B">
      <w:pPr>
        <w:pStyle w:val="ListParagraph"/>
        <w:numPr>
          <w:ilvl w:val="0"/>
          <w:numId w:val="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</w:p>
    <w:p w14:paraId="3149D8C0" w14:textId="77777777" w:rsidR="00A904C4" w:rsidRPr="0063699D" w:rsidRDefault="00FC2AAC" w:rsidP="00A30B9B">
      <w:pPr>
        <w:pStyle w:val="ListParagraph"/>
        <w:numPr>
          <w:ilvl w:val="0"/>
          <w:numId w:val="3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сурфактанту</w:t>
      </w:r>
      <w:proofErr w:type="spellEnd"/>
    </w:p>
    <w:p w14:paraId="790D053A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вказаних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параметрів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</w:rPr>
        <w:t>обов'язковою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умовою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швидкого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проникнення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через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гематоенцефальний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бар'єр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038E8D37" w14:textId="77777777" w:rsidR="00A904C4" w:rsidRPr="0063699D" w:rsidRDefault="00FC2AAC" w:rsidP="00A30B9B">
      <w:pPr>
        <w:pStyle w:val="ListParagraph"/>
        <w:numPr>
          <w:ilvl w:val="0"/>
          <w:numId w:val="3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Висока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ліпофільність</w:t>
      </w:r>
      <w:proofErr w:type="spellEnd"/>
    </w:p>
    <w:p w14:paraId="0ECC364C" w14:textId="77777777" w:rsidR="00A904C4" w:rsidRPr="0063699D" w:rsidRDefault="00FC2AAC" w:rsidP="00A30B9B">
      <w:pPr>
        <w:pStyle w:val="ListParagraph"/>
        <w:numPr>
          <w:ilvl w:val="0"/>
          <w:numId w:val="3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Висока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гідрофільність</w:t>
      </w:r>
      <w:proofErr w:type="spellEnd"/>
    </w:p>
    <w:p w14:paraId="4B4BC7BE" w14:textId="77777777" w:rsidR="00A904C4" w:rsidRPr="0063699D" w:rsidRDefault="00FC2AAC" w:rsidP="00A30B9B">
      <w:pPr>
        <w:pStyle w:val="ListParagraph"/>
        <w:numPr>
          <w:ilvl w:val="0"/>
          <w:numId w:val="3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Стійкий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зв'язок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білками</w:t>
      </w:r>
      <w:proofErr w:type="spellEnd"/>
    </w:p>
    <w:p w14:paraId="353A9E76" w14:textId="77777777" w:rsidR="00A904C4" w:rsidRPr="0063699D" w:rsidRDefault="00FC2AAC" w:rsidP="00A30B9B">
      <w:pPr>
        <w:pStyle w:val="ListParagraph"/>
        <w:numPr>
          <w:ilvl w:val="0"/>
          <w:numId w:val="3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Іонізований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стан</w:t>
      </w:r>
      <w:proofErr w:type="spellEnd"/>
    </w:p>
    <w:p w14:paraId="24DDF7ED" w14:textId="77777777" w:rsidR="00A904C4" w:rsidRPr="0063699D" w:rsidRDefault="00FC2AAC" w:rsidP="00A30B9B">
      <w:pPr>
        <w:pStyle w:val="ListParagraph"/>
        <w:numPr>
          <w:ilvl w:val="0"/>
          <w:numId w:val="3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напіввиведення</w:t>
      </w:r>
      <w:proofErr w:type="spellEnd"/>
    </w:p>
    <w:p w14:paraId="727CF784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починають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F307A8A" w14:textId="77777777" w:rsidR="00A904C4" w:rsidRPr="0063699D" w:rsidRDefault="00FC2AAC" w:rsidP="00A30B9B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Розподіл</w:t>
      </w:r>
      <w:proofErr w:type="spellEnd"/>
    </w:p>
    <w:p w14:paraId="41D9D613" w14:textId="77777777" w:rsidR="00A904C4" w:rsidRPr="0063699D" w:rsidRDefault="00FC2AAC" w:rsidP="00A30B9B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Біотрансформація</w:t>
      </w:r>
      <w:proofErr w:type="spellEnd"/>
    </w:p>
    <w:p w14:paraId="5CF67DDA" w14:textId="77777777" w:rsidR="00A904C4" w:rsidRPr="0063699D" w:rsidRDefault="00FC2AAC" w:rsidP="00A30B9B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Виведення</w:t>
      </w:r>
      <w:proofErr w:type="spellEnd"/>
    </w:p>
    <w:p w14:paraId="7747040F" w14:textId="77777777" w:rsidR="00A904C4" w:rsidRPr="0063699D" w:rsidRDefault="00FC2AAC" w:rsidP="00A30B9B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Абсорбація</w:t>
      </w:r>
      <w:proofErr w:type="spellEnd"/>
    </w:p>
    <w:p w14:paraId="7A73BAEB" w14:textId="77777777" w:rsidR="00A904C4" w:rsidRPr="0063699D" w:rsidRDefault="00FC2AAC" w:rsidP="00A30B9B">
      <w:pPr>
        <w:pStyle w:val="ListParagraph"/>
        <w:numPr>
          <w:ilvl w:val="0"/>
          <w:numId w:val="3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Взаємодія</w:t>
      </w:r>
      <w:proofErr w:type="spellEnd"/>
    </w:p>
    <w:p w14:paraId="44D6B2CC" w14:textId="77777777" w:rsidR="00A904C4" w:rsidRPr="0063699D" w:rsidRDefault="00FC2AAC" w:rsidP="00A30B9B">
      <w:pPr>
        <w:pStyle w:val="ListParagraph"/>
        <w:numPr>
          <w:ilvl w:val="0"/>
          <w:numId w:val="1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декомпенсованої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0,0001 г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дня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стаціонарі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тиждень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Повільне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настання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пояснив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7B960576" w14:textId="77777777" w:rsidR="00A904C4" w:rsidRPr="0063699D" w:rsidRDefault="00FC2AAC" w:rsidP="00A30B9B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55C7967" w14:textId="77777777" w:rsidR="00A904C4" w:rsidRPr="0063699D" w:rsidRDefault="00FC2AAC" w:rsidP="00A30B9B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Недостатньою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дозою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дигітоксину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</w:t>
      </w:r>
    </w:p>
    <w:p w14:paraId="07AA2FE0" w14:textId="77777777" w:rsidR="00A904C4" w:rsidRPr="0063699D" w:rsidRDefault="00FC2AAC" w:rsidP="00A30B9B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Недостатнім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всмоктуванням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кишечнику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</w:t>
      </w:r>
    </w:p>
    <w:p w14:paraId="26FB547B" w14:textId="77777777" w:rsidR="00A904C4" w:rsidRPr="0063699D" w:rsidRDefault="00FC2AAC" w:rsidP="00A30B9B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Посиленням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діурезу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</w:t>
      </w:r>
    </w:p>
    <w:p w14:paraId="12E4BDB1" w14:textId="77777777" w:rsidR="00A904C4" w:rsidRPr="0063699D" w:rsidRDefault="00FC2AAC" w:rsidP="00A30B9B">
      <w:pPr>
        <w:pStyle w:val="ListParagraph"/>
        <w:numPr>
          <w:ilvl w:val="0"/>
          <w:numId w:val="3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Недостатньою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кількістю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вуглеводів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дієті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</w:t>
      </w:r>
    </w:p>
    <w:p w14:paraId="6C4DDBF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01FC29B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41D9E22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5EC57EE8" w14:textId="77777777" w:rsidR="00A904C4" w:rsidRPr="0063699D" w:rsidRDefault="00FC2AAC" w:rsidP="00B2143D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5.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Фармакодинаміка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Основні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поняття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про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вплив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організм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</w:rPr>
        <w:t>людини</w:t>
      </w:r>
      <w:proofErr w:type="spellEnd"/>
    </w:p>
    <w:p w14:paraId="59A2767A" w14:textId="77777777" w:rsidR="00A904C4" w:rsidRPr="0063699D" w:rsidRDefault="00A904C4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</w:p>
    <w:p w14:paraId="48A80B40" w14:textId="77777777" w:rsidR="00A904C4" w:rsidRPr="0063699D" w:rsidRDefault="00FC2AAC" w:rsidP="004F29C2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закономірності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уявлення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повторному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1C4636C" w14:textId="77777777" w:rsidR="00A904C4" w:rsidRPr="0063699D" w:rsidRDefault="00A904C4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</w:p>
    <w:p w14:paraId="162729E3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777EA27B" w14:textId="39946F5F" w:rsidR="00A904C4" w:rsidRPr="0063699D" w:rsidRDefault="004F29C2" w:rsidP="004F29C2">
      <w:pPr>
        <w:spacing w:after="0" w:line="360" w:lineRule="auto"/>
        <w:ind w:left="36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2C51A7" w14:textId="5F3FC14C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мішені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транспортні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F454F01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Синергізм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0F4C350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(пряма, непряма, рефлекторна;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резорбтивна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зворотня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незворотня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38F5A7C2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Чинники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фізико-хімічні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чинників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об'єктом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генотип, фенотип, стать,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станом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пологи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43319332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повторному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синдром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FE8B735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суммація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Несумісність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DC9687B" w14:textId="3EF9CCF2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безпеку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32BA3D08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Токсичність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гостра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підгостра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хронічна</w:t>
      </w:r>
      <w:proofErr w:type="spellEnd"/>
      <w:r w:rsidRPr="0063699D">
        <w:rPr>
          <w:rFonts w:asciiTheme="majorBidi" w:hAnsiTheme="majorBidi" w:cstheme="majorBidi"/>
          <w:sz w:val="22"/>
        </w:rPr>
        <w:t>);</w:t>
      </w:r>
    </w:p>
    <w:p w14:paraId="2DC4299C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Алергічні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597D0702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Ідіосінкразія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2C82C08E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Мутагенна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2F21BF7C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Бластомогенна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3CBBBEDB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Тератогенна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0995A3FD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Ембріо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-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фетотоксична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CC0DEE0" w14:textId="77777777" w:rsidR="00A904C4" w:rsidRPr="0063699D" w:rsidRDefault="00FC2AAC" w:rsidP="00A565D1">
      <w:pPr>
        <w:pStyle w:val="ListParagraph"/>
        <w:numPr>
          <w:ilvl w:val="0"/>
          <w:numId w:val="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Система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33198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9674E4D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B3395EB" w14:textId="77777777" w:rsidR="00A904C4" w:rsidRPr="0063699D" w:rsidRDefault="00FC2AAC" w:rsidP="00A30B9B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етіотропне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патогенетичне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симптоматичне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проаналізуйте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50B502F" w14:textId="77777777" w:rsidR="00A904C4" w:rsidRPr="0063699D" w:rsidRDefault="00FC2AAC" w:rsidP="00A30B9B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повторному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тахіфілаксия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проаналізуйте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0FDFA3" w14:textId="77777777" w:rsidR="00A904C4" w:rsidRPr="0063699D" w:rsidRDefault="00FC2AAC" w:rsidP="00A30B9B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анотаціях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знайдіть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разову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курсову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ударну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"по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рази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"; "по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 рази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"; "по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"; "По 0,5 4 рази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"; "По 25 кап 3 рази на день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".</w:t>
      </w:r>
    </w:p>
    <w:p w14:paraId="62032B6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EA521A7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правильні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відповіді</w:t>
      </w:r>
      <w:proofErr w:type="spellEnd"/>
    </w:p>
    <w:p w14:paraId="1008DA97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зубного болю хворому рекомендовано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виду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цей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3EB67AF1" w14:textId="77777777" w:rsidR="00A904C4" w:rsidRPr="0063699D" w:rsidRDefault="00FC2AAC" w:rsidP="00A30B9B">
      <w:pPr>
        <w:pStyle w:val="ListParagraph"/>
        <w:numPr>
          <w:ilvl w:val="0"/>
          <w:numId w:val="4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Етіотропна</w:t>
      </w:r>
      <w:proofErr w:type="spellEnd"/>
    </w:p>
    <w:p w14:paraId="79975035" w14:textId="77777777" w:rsidR="00A904C4" w:rsidRPr="0063699D" w:rsidRDefault="00FC2AAC" w:rsidP="00A30B9B">
      <w:pPr>
        <w:pStyle w:val="ListParagraph"/>
        <w:numPr>
          <w:ilvl w:val="0"/>
          <w:numId w:val="4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Патогенетична</w:t>
      </w:r>
      <w:proofErr w:type="spellEnd"/>
    </w:p>
    <w:p w14:paraId="3CECE73B" w14:textId="77777777" w:rsidR="00A904C4" w:rsidRPr="0063699D" w:rsidRDefault="00FC2AAC" w:rsidP="00A30B9B">
      <w:pPr>
        <w:pStyle w:val="ListParagraph"/>
        <w:numPr>
          <w:ilvl w:val="0"/>
          <w:numId w:val="4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Симптоматична</w:t>
      </w:r>
      <w:proofErr w:type="spellEnd"/>
    </w:p>
    <w:p w14:paraId="676FA483" w14:textId="77777777" w:rsidR="00A904C4" w:rsidRPr="0063699D" w:rsidRDefault="00FC2AAC" w:rsidP="00A30B9B">
      <w:pPr>
        <w:pStyle w:val="ListParagraph"/>
        <w:numPr>
          <w:ilvl w:val="0"/>
          <w:numId w:val="4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Замісна</w:t>
      </w:r>
      <w:proofErr w:type="spellEnd"/>
    </w:p>
    <w:p w14:paraId="41072CE0" w14:textId="77777777" w:rsidR="00A904C4" w:rsidRPr="0063699D" w:rsidRDefault="00FC2AAC" w:rsidP="00A30B9B">
      <w:pPr>
        <w:pStyle w:val="ListParagraph"/>
        <w:numPr>
          <w:ilvl w:val="0"/>
          <w:numId w:val="4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Функціональна</w:t>
      </w:r>
      <w:proofErr w:type="spellEnd"/>
    </w:p>
    <w:p w14:paraId="4B516DCF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другій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половині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бензодиазепинів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Пологи наступили в строк,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протікали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нормально, але народилась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численними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аномаліями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заяча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губа,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полідактилія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Як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описана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0DEE6F46" w14:textId="77777777" w:rsidR="00A904C4" w:rsidRPr="0063699D" w:rsidRDefault="00FC2AAC" w:rsidP="00A30B9B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Тератогенна</w:t>
      </w:r>
      <w:proofErr w:type="spellEnd"/>
    </w:p>
    <w:p w14:paraId="0F2F9870" w14:textId="77777777" w:rsidR="00A904C4" w:rsidRPr="0063699D" w:rsidRDefault="00FC2AAC" w:rsidP="00A30B9B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Мутагенна</w:t>
      </w:r>
      <w:proofErr w:type="spellEnd"/>
    </w:p>
    <w:p w14:paraId="2FF7C985" w14:textId="77777777" w:rsidR="00A904C4" w:rsidRPr="0063699D" w:rsidRDefault="00FC2AAC" w:rsidP="00A30B9B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Ємбріотоксична</w:t>
      </w:r>
      <w:proofErr w:type="spellEnd"/>
    </w:p>
    <w:p w14:paraId="4FFABC12" w14:textId="77777777" w:rsidR="00A904C4" w:rsidRPr="0063699D" w:rsidRDefault="00FC2AAC" w:rsidP="00A30B9B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Замісна</w:t>
      </w:r>
      <w:proofErr w:type="spellEnd"/>
    </w:p>
    <w:p w14:paraId="610DE6B0" w14:textId="77777777" w:rsidR="00A904C4" w:rsidRPr="0063699D" w:rsidRDefault="00FC2AAC" w:rsidP="00A30B9B">
      <w:pPr>
        <w:pStyle w:val="ListParagraph"/>
        <w:numPr>
          <w:ilvl w:val="0"/>
          <w:numId w:val="4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Фетотоксична</w:t>
      </w:r>
      <w:proofErr w:type="spellEnd"/>
    </w:p>
    <w:p w14:paraId="6D57DA35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резорбтивна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5E5B0F26" w14:textId="77777777" w:rsidR="00A904C4" w:rsidRPr="0063699D" w:rsidRDefault="00FC2AAC" w:rsidP="00A30B9B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</w:p>
    <w:p w14:paraId="66611439" w14:textId="77777777" w:rsidR="00A904C4" w:rsidRPr="0063699D" w:rsidRDefault="00FC2AAC" w:rsidP="00A30B9B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основним</w:t>
      </w:r>
      <w:proofErr w:type="spellEnd"/>
    </w:p>
    <w:p w14:paraId="3551AC5E" w14:textId="77777777" w:rsidR="00A904C4" w:rsidRPr="0063699D" w:rsidRDefault="00FC2AAC" w:rsidP="00A30B9B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місці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</w:p>
    <w:p w14:paraId="194E6DF0" w14:textId="77777777" w:rsidR="00A904C4" w:rsidRPr="0063699D" w:rsidRDefault="00FC2AAC" w:rsidP="00A30B9B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</w:p>
    <w:p w14:paraId="70DC5738" w14:textId="77777777" w:rsidR="00A904C4" w:rsidRPr="0063699D" w:rsidRDefault="00FC2AAC" w:rsidP="00A30B9B">
      <w:pPr>
        <w:pStyle w:val="ListParagraph"/>
        <w:numPr>
          <w:ilvl w:val="0"/>
          <w:numId w:val="4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Первинна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реакція</w:t>
      </w:r>
      <w:proofErr w:type="spellEnd"/>
    </w:p>
    <w:p w14:paraId="500AE0AD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синергізм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4C5A24E3" w14:textId="77777777" w:rsidR="00A904C4" w:rsidRPr="0063699D" w:rsidRDefault="00FC2AAC" w:rsidP="00A30B9B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Просте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підсумовування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</w:p>
    <w:p w14:paraId="394602B7" w14:textId="77777777" w:rsidR="00A904C4" w:rsidRPr="0063699D" w:rsidRDefault="00FC2AAC" w:rsidP="00A30B9B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Взаємне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</w:p>
    <w:p w14:paraId="4DE2EFAF" w14:textId="77777777" w:rsidR="00A904C4" w:rsidRPr="0063699D" w:rsidRDefault="00FC2AAC" w:rsidP="00A30B9B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Взаємне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ослаблення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</w:p>
    <w:p w14:paraId="1611F82D" w14:textId="77777777" w:rsidR="00A904C4" w:rsidRPr="0063699D" w:rsidRDefault="00FC2AAC" w:rsidP="00A30B9B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одного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іншого</w:t>
      </w:r>
      <w:proofErr w:type="spellEnd"/>
    </w:p>
    <w:p w14:paraId="4A6A8387" w14:textId="77777777" w:rsidR="00A904C4" w:rsidRPr="0063699D" w:rsidRDefault="00FC2AAC" w:rsidP="00A30B9B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"в </w:t>
      </w:r>
      <w:proofErr w:type="spellStart"/>
      <w:r w:rsidRPr="0063699D">
        <w:rPr>
          <w:rFonts w:asciiTheme="majorBidi" w:hAnsiTheme="majorBidi" w:cstheme="majorBidi"/>
          <w:sz w:val="22"/>
        </w:rPr>
        <w:t>одному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шприці</w:t>
      </w:r>
      <w:proofErr w:type="spellEnd"/>
      <w:r w:rsidRPr="0063699D">
        <w:rPr>
          <w:rFonts w:asciiTheme="majorBidi" w:hAnsiTheme="majorBidi" w:cstheme="majorBidi"/>
          <w:sz w:val="22"/>
        </w:rPr>
        <w:t>"</w:t>
      </w:r>
    </w:p>
    <w:p w14:paraId="7344C02F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матеріальна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F8DCBBA" w14:textId="77777777" w:rsidR="00A904C4" w:rsidRPr="0063699D" w:rsidRDefault="00FC2AAC" w:rsidP="00A30B9B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</w:p>
    <w:p w14:paraId="6DCD73C3" w14:textId="77777777" w:rsidR="00A904C4" w:rsidRPr="0063699D" w:rsidRDefault="00FC2AAC" w:rsidP="00A30B9B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терапевтичних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</w:p>
    <w:p w14:paraId="7DDEEDD5" w14:textId="77777777" w:rsidR="00A904C4" w:rsidRPr="0063699D" w:rsidRDefault="00FC2AAC" w:rsidP="00A30B9B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самого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</w:p>
    <w:p w14:paraId="6C56F717" w14:textId="77777777" w:rsidR="00A904C4" w:rsidRPr="0063699D" w:rsidRDefault="00FC2AAC" w:rsidP="00A30B9B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метаболітів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препарату</w:t>
      </w:r>
      <w:proofErr w:type="spellEnd"/>
    </w:p>
    <w:p w14:paraId="5F523127" w14:textId="77777777" w:rsidR="00A904C4" w:rsidRPr="0063699D" w:rsidRDefault="00FC2AAC" w:rsidP="00A30B9B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Первинне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капіталу</w:t>
      </w:r>
      <w:proofErr w:type="spellEnd"/>
    </w:p>
    <w:p w14:paraId="6F34927C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рефлекторна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4EE49FC6" w14:textId="77777777" w:rsidR="00A904C4" w:rsidRPr="0063699D" w:rsidRDefault="00FC2AAC" w:rsidP="00A30B9B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структурами</w:t>
      </w:r>
    </w:p>
    <w:p w14:paraId="33D24B2B" w14:textId="77777777" w:rsidR="00A904C4" w:rsidRPr="0063699D" w:rsidRDefault="00FC2AAC" w:rsidP="00A30B9B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дугам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</w:p>
    <w:p w14:paraId="259A7B1A" w14:textId="77777777" w:rsidR="00A904C4" w:rsidRPr="0063699D" w:rsidRDefault="00FC2AAC" w:rsidP="00A30B9B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основною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</w:p>
    <w:p w14:paraId="32715D0D" w14:textId="77777777" w:rsidR="00A904C4" w:rsidRPr="0063699D" w:rsidRDefault="00FC2AAC" w:rsidP="00A30B9B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Необоротне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молекул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рецепторами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руйнуванням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</w:p>
    <w:p w14:paraId="420B95F0" w14:textId="77777777" w:rsidR="00A904C4" w:rsidRPr="0063699D" w:rsidRDefault="00FC2AAC" w:rsidP="00A30B9B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</w:p>
    <w:p w14:paraId="5183E656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4C285C64" w14:textId="77777777" w:rsidR="00A904C4" w:rsidRPr="0063699D" w:rsidRDefault="00FC2AAC" w:rsidP="00A30B9B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структурами</w:t>
      </w:r>
    </w:p>
    <w:p w14:paraId="436D386D" w14:textId="77777777" w:rsidR="00A904C4" w:rsidRPr="0063699D" w:rsidRDefault="00FC2AAC" w:rsidP="00A30B9B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</w:p>
    <w:p w14:paraId="501A8E1B" w14:textId="77777777" w:rsidR="00A904C4" w:rsidRPr="0063699D" w:rsidRDefault="00FC2AAC" w:rsidP="00A30B9B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шляхам</w:t>
      </w:r>
    </w:p>
    <w:p w14:paraId="25CA79DA" w14:textId="77777777" w:rsidR="00A904C4" w:rsidRPr="0063699D" w:rsidRDefault="00FC2AAC" w:rsidP="00A30B9B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ефектом</w:t>
      </w:r>
      <w:proofErr w:type="spellEnd"/>
    </w:p>
    <w:p w14:paraId="63B16414" w14:textId="77777777" w:rsidR="00A904C4" w:rsidRPr="0063699D" w:rsidRDefault="00FC2AAC" w:rsidP="00A30B9B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</w:p>
    <w:p w14:paraId="275942D6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необоротна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2665D0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структурами</w:t>
      </w:r>
    </w:p>
    <w:p w14:paraId="2B0EDA5E" w14:textId="77777777" w:rsidR="00A904C4" w:rsidRPr="0063699D" w:rsidRDefault="00FC2AAC" w:rsidP="00A30B9B">
      <w:pPr>
        <w:pStyle w:val="ListParagraph"/>
        <w:numPr>
          <w:ilvl w:val="0"/>
          <w:numId w:val="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дугам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</w:p>
    <w:p w14:paraId="73DC0FED" w14:textId="77777777" w:rsidR="00A904C4" w:rsidRPr="0063699D" w:rsidRDefault="00FC2AAC" w:rsidP="00A30B9B">
      <w:pPr>
        <w:pStyle w:val="ListParagraph"/>
        <w:numPr>
          <w:ilvl w:val="0"/>
          <w:numId w:val="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</w:p>
    <w:p w14:paraId="5C5BF7C0" w14:textId="77777777" w:rsidR="00A904C4" w:rsidRPr="0063699D" w:rsidRDefault="00FC2AAC" w:rsidP="00A30B9B">
      <w:pPr>
        <w:pStyle w:val="ListParagraph"/>
        <w:numPr>
          <w:ilvl w:val="0"/>
          <w:numId w:val="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Необоротне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молекул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рецепторами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руйнуванням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</w:p>
    <w:p w14:paraId="4F3C55F1" w14:textId="77777777" w:rsidR="00A904C4" w:rsidRPr="0063699D" w:rsidRDefault="00FC2AAC" w:rsidP="00A30B9B">
      <w:pPr>
        <w:pStyle w:val="ListParagraph"/>
        <w:numPr>
          <w:ilvl w:val="0"/>
          <w:numId w:val="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</w:p>
    <w:p w14:paraId="58B9EC8B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латентний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FB48335" w14:textId="77777777" w:rsidR="00A904C4" w:rsidRPr="0063699D" w:rsidRDefault="00FC2AAC" w:rsidP="00A30B9B">
      <w:pPr>
        <w:pStyle w:val="ListParagraph"/>
        <w:numPr>
          <w:ilvl w:val="0"/>
          <w:numId w:val="4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первинного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ефекту</w:t>
      </w:r>
      <w:proofErr w:type="spellEnd"/>
    </w:p>
    <w:p w14:paraId="7B1A8BF9" w14:textId="77777777" w:rsidR="00A904C4" w:rsidRPr="0063699D" w:rsidRDefault="00FC2AAC" w:rsidP="00A30B9B">
      <w:pPr>
        <w:pStyle w:val="ListParagraph"/>
        <w:numPr>
          <w:ilvl w:val="0"/>
          <w:numId w:val="4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Проміжок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часу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між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введенням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початком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ефекту</w:t>
      </w:r>
      <w:proofErr w:type="spellEnd"/>
    </w:p>
    <w:p w14:paraId="4478DC3F" w14:textId="77777777" w:rsidR="00A904C4" w:rsidRPr="0063699D" w:rsidRDefault="00FC2AAC" w:rsidP="00A30B9B">
      <w:pPr>
        <w:pStyle w:val="ListParagraph"/>
        <w:numPr>
          <w:ilvl w:val="0"/>
          <w:numId w:val="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Час,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перетворень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</w:t>
      </w:r>
    </w:p>
    <w:p w14:paraId="6BA6426A" w14:textId="77777777" w:rsidR="00A904C4" w:rsidRPr="0063699D" w:rsidRDefault="00FC2AAC" w:rsidP="00A30B9B">
      <w:pPr>
        <w:pStyle w:val="ListParagraph"/>
        <w:numPr>
          <w:ilvl w:val="0"/>
          <w:numId w:val="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</w:t>
      </w:r>
    </w:p>
    <w:p w14:paraId="644EBB11" w14:textId="77777777" w:rsidR="00A904C4" w:rsidRPr="0063699D" w:rsidRDefault="00FC2AAC" w:rsidP="00A30B9B">
      <w:pPr>
        <w:pStyle w:val="ListParagraph"/>
        <w:numPr>
          <w:ilvl w:val="0"/>
          <w:numId w:val="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Час,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</w:t>
      </w:r>
    </w:p>
    <w:p w14:paraId="3B6B5E02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агоністи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1023C9C" w14:textId="77777777" w:rsidR="00A904C4" w:rsidRPr="0063699D" w:rsidRDefault="00FC2AAC" w:rsidP="00A30B9B">
      <w:pPr>
        <w:pStyle w:val="ListParagraph"/>
        <w:numPr>
          <w:ilvl w:val="0"/>
          <w:numId w:val="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</w:p>
    <w:p w14:paraId="6DDBE3E4" w14:textId="77777777" w:rsidR="00A904C4" w:rsidRPr="0063699D" w:rsidRDefault="00FC2AAC" w:rsidP="00A30B9B">
      <w:pPr>
        <w:pStyle w:val="ListParagraph"/>
        <w:numPr>
          <w:ilvl w:val="0"/>
          <w:numId w:val="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ним,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</w:p>
    <w:p w14:paraId="27C29D03" w14:textId="77777777" w:rsidR="00A904C4" w:rsidRPr="0063699D" w:rsidRDefault="00FC2AAC" w:rsidP="00A30B9B">
      <w:pPr>
        <w:pStyle w:val="ListParagraph"/>
        <w:numPr>
          <w:ilvl w:val="0"/>
          <w:numId w:val="4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які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перешкоджають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ефекту</w:t>
      </w:r>
      <w:proofErr w:type="spellEnd"/>
    </w:p>
    <w:p w14:paraId="700E473E" w14:textId="77777777" w:rsidR="00A904C4" w:rsidRPr="0063699D" w:rsidRDefault="00FC2AAC" w:rsidP="00A30B9B">
      <w:pPr>
        <w:pStyle w:val="ListParagraph"/>
        <w:numPr>
          <w:ilvl w:val="0"/>
          <w:numId w:val="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</w:p>
    <w:p w14:paraId="6ECFF67A" w14:textId="77777777" w:rsidR="00A904C4" w:rsidRPr="0063699D" w:rsidRDefault="00FC2AAC" w:rsidP="00A30B9B">
      <w:pPr>
        <w:pStyle w:val="ListParagraph"/>
        <w:numPr>
          <w:ilvl w:val="0"/>
          <w:numId w:val="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конформацію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рецептора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величину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препаратами</w:t>
      </w:r>
    </w:p>
    <w:p w14:paraId="3B2FA852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E593153" w14:textId="77777777" w:rsidR="00A904C4" w:rsidRPr="0063699D" w:rsidRDefault="00FC2AAC" w:rsidP="00A30B9B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</w:p>
    <w:p w14:paraId="2EC60755" w14:textId="77777777" w:rsidR="00A904C4" w:rsidRPr="0063699D" w:rsidRDefault="00FC2AAC" w:rsidP="00A30B9B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ними,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</w:p>
    <w:p w14:paraId="7E141AF9" w14:textId="77777777" w:rsidR="00A904C4" w:rsidRPr="0063699D" w:rsidRDefault="00FC2AAC" w:rsidP="00A30B9B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зв'язуючись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рецептором,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перешкоджають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</w:p>
    <w:p w14:paraId="645BAD27" w14:textId="77777777" w:rsidR="00A904C4" w:rsidRPr="0063699D" w:rsidRDefault="00FC2AAC" w:rsidP="00A30B9B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</w:p>
    <w:p w14:paraId="2C0EA42F" w14:textId="77777777" w:rsidR="00A904C4" w:rsidRPr="0063699D" w:rsidRDefault="00FC2AAC" w:rsidP="00A30B9B">
      <w:pPr>
        <w:pStyle w:val="ListParagraph"/>
        <w:numPr>
          <w:ilvl w:val="0"/>
          <w:numId w:val="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конформацію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рецептора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величину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препаратами</w:t>
      </w:r>
    </w:p>
    <w:p w14:paraId="48BD71F2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називають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проліками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6C926B5" w14:textId="77777777" w:rsidR="00A904C4" w:rsidRPr="0063699D" w:rsidRDefault="00FC2AAC" w:rsidP="00A30B9B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служать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сировиною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</w:p>
    <w:p w14:paraId="0DDEC6C6" w14:textId="77777777" w:rsidR="00A904C4" w:rsidRPr="0063699D" w:rsidRDefault="00FC2AAC" w:rsidP="00A30B9B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перетворюються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</w:p>
    <w:p w14:paraId="367C4550" w14:textId="77777777" w:rsidR="00A904C4" w:rsidRPr="0063699D" w:rsidRDefault="00FC2AAC" w:rsidP="00A30B9B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вихідним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виробництві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</w:p>
    <w:p w14:paraId="587BEE6B" w14:textId="77777777" w:rsidR="00A904C4" w:rsidRPr="0063699D" w:rsidRDefault="00FC2AAC" w:rsidP="00A30B9B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тваринного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вихідним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виробництві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</w:p>
    <w:p w14:paraId="25766F57" w14:textId="77777777" w:rsidR="00A904C4" w:rsidRPr="0063699D" w:rsidRDefault="00FC2AAC" w:rsidP="00A30B9B">
      <w:pPr>
        <w:pStyle w:val="ListParagraph"/>
        <w:numPr>
          <w:ilvl w:val="0"/>
          <w:numId w:val="5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високого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ступеня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очищення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4B9A28BB" w14:textId="77777777" w:rsidR="00A904C4" w:rsidRPr="0063699D" w:rsidRDefault="00FC2AAC" w:rsidP="00A30B9B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вивчає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74197CC0" w14:textId="77777777" w:rsidR="00A904C4" w:rsidRPr="0063699D" w:rsidRDefault="00FC2AAC" w:rsidP="00A30B9B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</w:p>
    <w:p w14:paraId="10D3C465" w14:textId="77777777" w:rsidR="00A904C4" w:rsidRPr="0063699D" w:rsidRDefault="00FC2AAC" w:rsidP="00A30B9B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272206DF" w14:textId="77777777" w:rsidR="00A904C4" w:rsidRPr="0063699D" w:rsidRDefault="00FC2AAC" w:rsidP="00A30B9B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</w:p>
    <w:p w14:paraId="5F6E6AFB" w14:textId="77777777" w:rsidR="00A904C4" w:rsidRPr="0063699D" w:rsidRDefault="00FC2AAC" w:rsidP="00A30B9B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"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народній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"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нетрадиційної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</w:p>
    <w:p w14:paraId="2A0B1473" w14:textId="77777777" w:rsidR="00A904C4" w:rsidRPr="0063699D" w:rsidRDefault="00FC2AAC" w:rsidP="00A30B9B">
      <w:pPr>
        <w:pStyle w:val="ListParagraph"/>
        <w:numPr>
          <w:ilvl w:val="0"/>
          <w:numId w:val="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5894B13E" w14:textId="77777777" w:rsidR="00B2143D" w:rsidRPr="0063699D" w:rsidRDefault="00B2143D">
      <w:pPr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sz w:val="22"/>
          <w:lang w:val="uk-UA"/>
        </w:rPr>
        <w:br w:type="page"/>
      </w:r>
    </w:p>
    <w:p w14:paraId="061C3D86" w14:textId="62124828" w:rsidR="00A904C4" w:rsidRPr="0063699D" w:rsidRDefault="00B2143D" w:rsidP="00B2143D">
      <w:pPr>
        <w:pageBreakBefore/>
        <w:spacing w:after="240" w:line="240" w:lineRule="auto"/>
        <w:jc w:val="center"/>
        <w:rPr>
          <w:rFonts w:asciiTheme="majorBidi" w:hAnsiTheme="majorBidi" w:cstheme="majorBidi"/>
          <w:b/>
          <w:bCs/>
          <w:iCs/>
          <w:sz w:val="22"/>
          <w:lang w:val="uk-UA"/>
        </w:rPr>
      </w:pPr>
      <w:r w:rsidRPr="0063699D">
        <w:rPr>
          <w:rFonts w:asciiTheme="majorBidi" w:hAnsiTheme="majorBidi" w:cstheme="majorBidi"/>
          <w:b/>
          <w:bCs/>
          <w:iCs/>
          <w:sz w:val="22"/>
          <w:lang w:val="uk-UA"/>
        </w:rPr>
        <w:lastRenderedPageBreak/>
        <w:t xml:space="preserve">РОЗДІЛ </w:t>
      </w:r>
      <w:r w:rsidRPr="0063699D">
        <w:rPr>
          <w:rFonts w:asciiTheme="majorBidi" w:hAnsiTheme="majorBidi" w:cstheme="majorBidi"/>
          <w:b/>
          <w:bCs/>
          <w:iCs/>
          <w:sz w:val="22"/>
        </w:rPr>
        <w:t>III</w:t>
      </w:r>
      <w:r w:rsidRPr="0063699D">
        <w:rPr>
          <w:rFonts w:asciiTheme="majorBidi" w:hAnsiTheme="majorBidi" w:cstheme="majorBidi"/>
          <w:b/>
          <w:bCs/>
          <w:iCs/>
          <w:sz w:val="22"/>
          <w:lang w:val="uk-UA"/>
        </w:rPr>
        <w:t>. СПЕЦІАЛЬНА ФАРМАКОЛОГІЯ</w:t>
      </w:r>
    </w:p>
    <w:p w14:paraId="0470E492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uk-UA"/>
        </w:rPr>
      </w:pPr>
    </w:p>
    <w:p w14:paraId="79FD72ED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uk-UA"/>
        </w:rPr>
      </w:pPr>
    </w:p>
    <w:p w14:paraId="5105D23C" w14:textId="44B855E3" w:rsidR="00A904C4" w:rsidRPr="0063699D" w:rsidRDefault="00B2143D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b/>
          <w:sz w:val="22"/>
          <w:lang w:val="uk-UA"/>
        </w:rPr>
        <w:t>ЛІКАРСЬКІ ЗАСОБИ, ЩО ВПЛИВАЮТЬ</w:t>
      </w:r>
      <w:r w:rsidRPr="0063699D">
        <w:rPr>
          <w:rFonts w:asciiTheme="majorBidi" w:hAnsiTheme="majorBidi" w:cstheme="majorBidi"/>
          <w:sz w:val="22"/>
          <w:lang w:val="uk-UA"/>
        </w:rPr>
        <w:t xml:space="preserve"> </w:t>
      </w:r>
      <w:r w:rsidRPr="0063699D">
        <w:rPr>
          <w:rFonts w:asciiTheme="majorBidi" w:hAnsiTheme="majorBidi" w:cstheme="majorBidi"/>
          <w:b/>
          <w:sz w:val="22"/>
          <w:lang w:val="uk-UA"/>
        </w:rPr>
        <w:t>НА ПЕРИФЕРИЧНИЙ ВІДДІЛ НЕРВОВОЇ</w:t>
      </w:r>
      <w:r w:rsidRPr="0063699D">
        <w:rPr>
          <w:rFonts w:asciiTheme="majorBidi" w:hAnsiTheme="majorBidi" w:cstheme="majorBidi"/>
          <w:sz w:val="22"/>
          <w:lang w:val="uk-UA"/>
        </w:rPr>
        <w:t xml:space="preserve"> </w:t>
      </w:r>
      <w:r w:rsidRPr="0063699D">
        <w:rPr>
          <w:rFonts w:asciiTheme="majorBidi" w:hAnsiTheme="majorBidi" w:cstheme="majorBidi"/>
          <w:b/>
          <w:sz w:val="22"/>
          <w:lang w:val="uk-UA"/>
        </w:rPr>
        <w:t>СИСТЕМИ</w:t>
      </w:r>
    </w:p>
    <w:p w14:paraId="46414B68" w14:textId="77777777" w:rsidR="00A904C4" w:rsidRPr="0063699D" w:rsidRDefault="00A904C4" w:rsidP="00B2143D">
      <w:pPr>
        <w:spacing w:after="0" w:line="360" w:lineRule="auto"/>
        <w:rPr>
          <w:rFonts w:asciiTheme="majorBidi" w:hAnsiTheme="majorBidi" w:cstheme="majorBidi"/>
          <w:sz w:val="22"/>
          <w:lang w:val="uk-UA"/>
        </w:rPr>
      </w:pPr>
    </w:p>
    <w:p w14:paraId="7EE3A373" w14:textId="1E2F395D" w:rsidR="00A904C4" w:rsidRPr="0063699D" w:rsidRDefault="00B2143D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b/>
          <w:i/>
          <w:sz w:val="22"/>
          <w:lang w:val="uk-UA"/>
        </w:rPr>
        <w:t>ЗАСОБИ, ЩО ВПЛИВАЮТЬ</w:t>
      </w:r>
      <w:r w:rsidRPr="0063699D">
        <w:rPr>
          <w:rFonts w:asciiTheme="majorBidi" w:hAnsiTheme="majorBidi" w:cstheme="majorBidi"/>
          <w:sz w:val="22"/>
          <w:lang w:val="uk-UA"/>
        </w:rPr>
        <w:t xml:space="preserve"> </w:t>
      </w:r>
      <w:r w:rsidRPr="0063699D">
        <w:rPr>
          <w:rFonts w:asciiTheme="majorBidi" w:hAnsiTheme="majorBidi" w:cstheme="majorBidi"/>
          <w:b/>
          <w:i/>
          <w:sz w:val="22"/>
          <w:lang w:val="uk-UA"/>
        </w:rPr>
        <w:t>НА ЕФЕРЕНТНУ ІННЕРВАЦІЮ</w:t>
      </w:r>
    </w:p>
    <w:p w14:paraId="3CFC703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uk-UA"/>
        </w:rPr>
      </w:pPr>
    </w:p>
    <w:p w14:paraId="3B698E93" w14:textId="77777777" w:rsidR="00A904C4" w:rsidRPr="0063699D" w:rsidRDefault="00FC2AAC">
      <w:pPr>
        <w:spacing w:after="240" w:line="240" w:lineRule="auto"/>
        <w:jc w:val="center"/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b/>
          <w:sz w:val="22"/>
          <w:lang w:val="uk-UA"/>
        </w:rPr>
        <w:t>Тема №6. ОСОБЛИВОСТІ ФАРМАКОЛОГІЇ ХОЛІНОТРОПНИХ ЗАСОБІВ.</w:t>
      </w:r>
    </w:p>
    <w:p w14:paraId="5B8F77C4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uk-UA"/>
        </w:rPr>
      </w:pPr>
    </w:p>
    <w:p w14:paraId="29F2764B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b/>
          <w:i/>
          <w:sz w:val="22"/>
          <w:lang w:val="uk-UA"/>
        </w:rPr>
        <w:t xml:space="preserve">Актуальність теми.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Синаптична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передача здійснюється  за допомогою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нейромедіаторів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, що виділяються з нервових закінчень та діють на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постсинаптичні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рецептори, а це, в свою чергу супроводжується фізіологічною відповіддю. Одним з таких універсальних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нейромедіаторів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є ацетилхолін. Разом з тим існують лікарські засоби, дія яких подібна до ендогенних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нейромедіаторів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які викликають фізіологічні відповіді близькі до них, тобто є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агоністами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. Крім того, існують лікарські засоби, які зв’язуються з рецепторами та перешкоджають дії ендогенних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нейромедіаторів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, тобто є їх антагоністами. </w:t>
      </w:r>
    </w:p>
    <w:p w14:paraId="55B0D7CA" w14:textId="6EC3D016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Лікарські засоби, що впливають на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холінергічну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іннервацію, широко застосовуються у  різних  галузях медицини.</w:t>
      </w:r>
    </w:p>
    <w:p w14:paraId="7C53313A" w14:textId="77777777" w:rsidR="00A904C4" w:rsidRPr="0063699D" w:rsidRDefault="00FC2AAC" w:rsidP="00B2143D">
      <w:pPr>
        <w:spacing w:before="120" w:after="120" w:line="360" w:lineRule="auto"/>
        <w:rPr>
          <w:rFonts w:asciiTheme="majorBidi" w:hAnsiTheme="majorBidi" w:cstheme="majorBidi"/>
          <w:sz w:val="22"/>
          <w:lang w:val="uk-UA"/>
        </w:rPr>
      </w:pPr>
      <w:r w:rsidRPr="0063699D">
        <w:rPr>
          <w:rFonts w:asciiTheme="majorBidi" w:hAnsiTheme="majorBidi" w:cstheme="majorBidi"/>
          <w:b/>
          <w:i/>
          <w:sz w:val="22"/>
          <w:lang w:val="uk-UA"/>
        </w:rPr>
        <w:t>Мета заняття.</w:t>
      </w:r>
      <w:r w:rsidRPr="0063699D">
        <w:rPr>
          <w:rFonts w:asciiTheme="majorBidi" w:hAnsiTheme="majorBidi" w:cstheme="majorBidi"/>
          <w:sz w:val="22"/>
          <w:lang w:val="uk-UA"/>
        </w:rPr>
        <w:t xml:space="preserve"> Вивчити механізм дії, фармакокінетику та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різних груп лікарських засобів, що впливають на </w:t>
      </w:r>
      <w:proofErr w:type="spellStart"/>
      <w:r w:rsidRPr="0063699D">
        <w:rPr>
          <w:rFonts w:asciiTheme="majorBidi" w:hAnsiTheme="majorBidi" w:cstheme="majorBidi"/>
          <w:sz w:val="22"/>
          <w:lang w:val="uk-UA"/>
        </w:rPr>
        <w:t>холінергічні</w:t>
      </w:r>
      <w:proofErr w:type="spellEnd"/>
      <w:r w:rsidRPr="0063699D">
        <w:rPr>
          <w:rFonts w:asciiTheme="majorBidi" w:hAnsiTheme="majorBidi" w:cstheme="majorBidi"/>
          <w:sz w:val="22"/>
          <w:lang w:val="uk-UA"/>
        </w:rPr>
        <w:t xml:space="preserve"> рецептори. Знати особливості застосування представників різних груп. Вивчити побічні ефекти та протипоказання.</w:t>
      </w:r>
    </w:p>
    <w:p w14:paraId="1E947DE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uk-UA"/>
        </w:rPr>
      </w:pPr>
    </w:p>
    <w:p w14:paraId="56464738" w14:textId="77777777" w:rsidR="004F29C2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b/>
          <w:i/>
          <w:sz w:val="22"/>
        </w:rPr>
      </w:pPr>
    </w:p>
    <w:p w14:paraId="315EA455" w14:textId="77777777" w:rsidR="004F29C2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b/>
          <w:i/>
          <w:sz w:val="22"/>
        </w:rPr>
      </w:pPr>
    </w:p>
    <w:p w14:paraId="41AEB5E6" w14:textId="16D32FF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b/>
          <w:i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>.</w:t>
      </w:r>
    </w:p>
    <w:p w14:paraId="3EE3DD77" w14:textId="77777777" w:rsidR="004F29C2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</w:p>
    <w:p w14:paraId="718BE641" w14:textId="77777777" w:rsidR="004F29C2" w:rsidRPr="0063699D" w:rsidRDefault="004F29C2" w:rsidP="004F29C2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         1. М- та 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топографія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роль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вегетативної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Будова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холінергічного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синапсу.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Депонування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холінорецепторами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0D405B" w14:textId="77777777" w:rsidR="004F29C2" w:rsidRPr="0063699D" w:rsidRDefault="004F29C2" w:rsidP="004F29C2">
      <w:pPr>
        <w:spacing w:after="0" w:line="360" w:lineRule="auto"/>
        <w:ind w:firstLine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uk-UA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A6A9688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sz w:val="22"/>
          <w:lang w:val="ru-RU"/>
        </w:rPr>
      </w:pPr>
      <w:r w:rsidRPr="0063699D">
        <w:rPr>
          <w:rFonts w:asciiTheme="majorBidi" w:hAnsiTheme="majorBidi" w:cstheme="majorBidi"/>
          <w:b/>
          <w:bCs/>
          <w:i/>
          <w:iCs/>
          <w:sz w:val="22"/>
          <w:lang w:val="ru-RU"/>
        </w:rPr>
        <w:t xml:space="preserve">ХОЛІНОМІМЕТИЧНІ </w:t>
      </w:r>
      <w:proofErr w:type="spellStart"/>
      <w:r w:rsidRPr="0063699D">
        <w:rPr>
          <w:rFonts w:asciiTheme="majorBidi" w:hAnsiTheme="majorBidi" w:cstheme="majorBidi"/>
          <w:b/>
          <w:bCs/>
          <w:i/>
          <w:iCs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b/>
          <w:bCs/>
          <w:i/>
          <w:iCs/>
          <w:sz w:val="22"/>
          <w:lang w:val="ru-RU"/>
        </w:rPr>
        <w:t>:</w:t>
      </w:r>
    </w:p>
    <w:p w14:paraId="461DD771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b/>
          <w:bCs/>
          <w:sz w:val="22"/>
          <w:lang w:val="ru-RU"/>
        </w:rPr>
      </w:pPr>
      <w:r w:rsidRPr="0063699D">
        <w:rPr>
          <w:rFonts w:asciiTheme="majorBidi" w:hAnsiTheme="majorBidi" w:cstheme="majorBidi"/>
          <w:b/>
          <w:bCs/>
          <w:sz w:val="22"/>
          <w:lang w:val="ru-RU"/>
        </w:rPr>
        <w:t>М-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/>
        </w:rPr>
        <w:t>холіноміметики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/>
        </w:rPr>
        <w:t>;</w:t>
      </w:r>
    </w:p>
    <w:p w14:paraId="01DEE372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b/>
          <w:bCs/>
          <w:sz w:val="22"/>
          <w:lang w:val="ru-RU"/>
        </w:rPr>
      </w:pPr>
      <w:r w:rsidRPr="0063699D">
        <w:rPr>
          <w:rFonts w:asciiTheme="majorBidi" w:hAnsiTheme="majorBidi" w:cstheme="majorBidi"/>
          <w:b/>
          <w:bCs/>
          <w:sz w:val="22"/>
          <w:lang w:val="ru-RU"/>
        </w:rPr>
        <w:t>Н-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/>
        </w:rPr>
        <w:t>холіноміметики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/>
        </w:rPr>
        <w:t>;</w:t>
      </w:r>
    </w:p>
    <w:p w14:paraId="5EC83446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b/>
          <w:bCs/>
          <w:sz w:val="22"/>
          <w:lang w:val="ru-RU"/>
        </w:rPr>
      </w:pPr>
      <w:r w:rsidRPr="0063699D">
        <w:rPr>
          <w:rFonts w:asciiTheme="majorBidi" w:hAnsiTheme="majorBidi" w:cstheme="majorBidi"/>
          <w:b/>
          <w:bCs/>
          <w:sz w:val="22"/>
          <w:lang w:val="ru-RU"/>
        </w:rPr>
        <w:lastRenderedPageBreak/>
        <w:t xml:space="preserve">М-, Н- 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/>
        </w:rPr>
        <w:t>холіноміметики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/>
        </w:rPr>
        <w:t>:</w:t>
      </w:r>
    </w:p>
    <w:p w14:paraId="418A538C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;</w:t>
      </w:r>
    </w:p>
    <w:p w14:paraId="72B404D6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антихолінестеразні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):</w:t>
      </w:r>
    </w:p>
    <w:p w14:paraId="7F2A83EB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оборотної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четвертинні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аміни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третинні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аміни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;</w:t>
      </w:r>
    </w:p>
    <w:p w14:paraId="1D13CA15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i/>
          <w:iCs/>
          <w:sz w:val="22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</w:rPr>
        <w:t>незворотної</w:t>
      </w:r>
      <w:proofErr w:type="spellEnd"/>
      <w:r w:rsidRPr="0063699D">
        <w:rPr>
          <w:rFonts w:asciiTheme="majorBidi" w:hAnsiTheme="majorBidi" w:cstheme="majorBidi"/>
          <w:i/>
          <w:iCs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</w:rPr>
        <w:t>.</w:t>
      </w:r>
    </w:p>
    <w:p w14:paraId="1B3C36E9" w14:textId="77777777" w:rsidR="004F29C2" w:rsidRPr="0063699D" w:rsidRDefault="004F29C2" w:rsidP="004F29C2">
      <w:pPr>
        <w:pStyle w:val="ListParagraph"/>
        <w:spacing w:after="0" w:line="360" w:lineRule="auto"/>
        <w:jc w:val="both"/>
        <w:rPr>
          <w:rFonts w:asciiTheme="majorBidi" w:hAnsiTheme="majorBidi" w:cstheme="majorBidi"/>
          <w:b/>
          <w:bCs/>
          <w:i/>
          <w:iCs/>
          <w:sz w:val="22"/>
        </w:rPr>
      </w:pPr>
      <w:r w:rsidRPr="0063699D">
        <w:rPr>
          <w:rFonts w:asciiTheme="majorBidi" w:hAnsiTheme="majorBidi" w:cstheme="majorBidi"/>
          <w:b/>
          <w:bCs/>
          <w:i/>
          <w:iCs/>
          <w:sz w:val="22"/>
        </w:rPr>
        <w:t xml:space="preserve">ХОЛІНОБЛОКУЮЧІ </w:t>
      </w:r>
      <w:proofErr w:type="spellStart"/>
      <w:r w:rsidRPr="0063699D">
        <w:rPr>
          <w:rFonts w:asciiTheme="majorBidi" w:hAnsiTheme="majorBidi" w:cstheme="majorBidi"/>
          <w:b/>
          <w:bCs/>
          <w:i/>
          <w:iCs/>
          <w:sz w:val="22"/>
        </w:rPr>
        <w:t>засоби</w:t>
      </w:r>
      <w:proofErr w:type="spellEnd"/>
      <w:r w:rsidRPr="0063699D">
        <w:rPr>
          <w:rFonts w:asciiTheme="majorBidi" w:hAnsiTheme="majorBidi" w:cstheme="majorBidi"/>
          <w:b/>
          <w:bCs/>
          <w:i/>
          <w:iCs/>
          <w:sz w:val="22"/>
        </w:rPr>
        <w:t>:</w:t>
      </w:r>
    </w:p>
    <w:p w14:paraId="701353B8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r w:rsidRPr="0063699D">
        <w:rPr>
          <w:rFonts w:asciiTheme="majorBidi" w:hAnsiTheme="majorBidi" w:cstheme="majorBidi"/>
          <w:i/>
          <w:iCs/>
          <w:sz w:val="22"/>
          <w:lang w:val="ru-RU"/>
        </w:rPr>
        <w:t>М-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третинні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аміни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); </w:t>
      </w:r>
    </w:p>
    <w:p w14:paraId="307FBA32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Н-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:</w:t>
      </w:r>
    </w:p>
    <w:p w14:paraId="2F16EFD9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гангліоблокатори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;</w:t>
      </w:r>
    </w:p>
    <w:p w14:paraId="1DFC2FF3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міорелаксанти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:</w:t>
      </w:r>
    </w:p>
    <w:p w14:paraId="6EC84821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недеполяризуючої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;</w:t>
      </w:r>
    </w:p>
    <w:p w14:paraId="14840570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деполяризуючої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;</w:t>
      </w:r>
    </w:p>
    <w:p w14:paraId="27D15F73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змішаної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>;</w:t>
      </w:r>
    </w:p>
    <w:p w14:paraId="26477660" w14:textId="77777777" w:rsidR="004F29C2" w:rsidRPr="0063699D" w:rsidRDefault="004F29C2" w:rsidP="004F29C2">
      <w:pPr>
        <w:pStyle w:val="ListParagraph"/>
        <w:spacing w:after="0" w:line="360" w:lineRule="auto"/>
        <w:ind w:left="360" w:firstLine="360"/>
        <w:jc w:val="both"/>
        <w:rPr>
          <w:rFonts w:asciiTheme="majorBidi" w:hAnsiTheme="majorBidi" w:cstheme="majorBidi"/>
          <w:b/>
          <w:bCs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b/>
          <w:bCs/>
          <w:sz w:val="22"/>
          <w:lang w:val="ru-RU"/>
        </w:rPr>
        <w:t>М-, Н-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/>
        </w:rPr>
        <w:t>центральної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/>
        </w:rPr>
        <w:t>.</w:t>
      </w:r>
    </w:p>
    <w:p w14:paraId="1E95122D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ацеклідін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галузях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гастроентерології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57E6FEE5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Цитітон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лобелін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Характеристика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екстремальних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станах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53CD7A05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галантамін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карбохолін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галузях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гастроентерології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CCF0210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скополамін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платифілін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галузях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вестибулярного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апарату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7C8ED708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іпратропіум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пірензепін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галузях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EDC4917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</w:rPr>
        <w:t>Гігроній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пентимін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бензогексоній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пахікарпін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екстремальних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акушерстві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3ECC282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Тубокурарин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піпекуронію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диоксоній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Характеристика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хірургії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травматології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1CEED630" w14:textId="77777777" w:rsidR="004F29C2" w:rsidRPr="0063699D" w:rsidRDefault="004F29C2" w:rsidP="00A565D1">
      <w:pPr>
        <w:pStyle w:val="ListParagraph"/>
        <w:numPr>
          <w:ilvl w:val="0"/>
          <w:numId w:val="9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Циклодол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амізил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тропацин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хірургії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психіатрії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E5A0970" w14:textId="119BA491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1B04F9D6" w14:textId="77777777" w:rsidR="004F29C2" w:rsidRPr="0063699D" w:rsidRDefault="004F29C2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4F28C9D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AD4AAED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AE342A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вегетативні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5142904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ока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післяопераційному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1765EBC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органах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черевної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тяжкість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розпирання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газоутворення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закріп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післяопераційний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кишківника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51D3BCC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перенесеного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поліомієліту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млявість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посмикування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атрофія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гіпорефлексія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нервово-м'язову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передачу?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належать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8BD15C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парезу центрального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ґенезу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третинний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підсніжника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Воронова.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обраний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EB7E81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краплях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60EAAA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кишечника. </w:t>
      </w:r>
      <w:proofErr w:type="spellStart"/>
      <w:r w:rsidRPr="0063699D">
        <w:rPr>
          <w:rFonts w:asciiTheme="majorBidi" w:hAnsiTheme="majorBidi" w:cstheme="majorBidi"/>
          <w:sz w:val="22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11174065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Оберіть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синтетичний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премедикації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хірургічному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втручанні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рефлекторної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брадикардії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надлишкової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слинних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бронхіальних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показники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40E24DA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вестибулярних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діючих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</w:p>
    <w:p w14:paraId="6DA8A7F1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Селективний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зменшує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секрецію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шлункових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A3FC634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BA3AA41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очного дна.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око.</w:t>
      </w:r>
    </w:p>
    <w:p w14:paraId="50C77912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зупинці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рефлекторного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електрошок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F7C9251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протипоказаний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аденомі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передміхурової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глаукомі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тахікардії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паралітичній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непрохідності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кишечника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905DAAF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гіперсалівація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бронхоспазм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шлункових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брадикардія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0A33A53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астми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аерозольному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балоні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1015853" w14:textId="77777777" w:rsidR="00A904C4" w:rsidRPr="0063699D" w:rsidRDefault="00FC2AAC" w:rsidP="00A30B9B">
      <w:pPr>
        <w:pStyle w:val="ListParagraph"/>
        <w:numPr>
          <w:ilvl w:val="0"/>
          <w:numId w:val="1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r w:rsidRPr="0063699D">
        <w:rPr>
          <w:rFonts w:asciiTheme="majorBidi" w:hAnsiTheme="majorBidi" w:cstheme="majorBidi"/>
          <w:sz w:val="22"/>
        </w:rPr>
        <w:t> 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репозиції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відламків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BA6174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1DD808A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самоконтролю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>:</w:t>
      </w:r>
    </w:p>
    <w:p w14:paraId="03D12922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відновлення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чадним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газом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аналептик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рефлекторної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</w:rPr>
        <w:t>холіноміметикив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хворому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0A239E23" w14:textId="77777777" w:rsidR="00A904C4" w:rsidRPr="0063699D" w:rsidRDefault="00FC2AAC" w:rsidP="00A30B9B">
      <w:pPr>
        <w:pStyle w:val="ListParagraph"/>
        <w:numPr>
          <w:ilvl w:val="0"/>
          <w:numId w:val="5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сульфат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   </w:t>
      </w:r>
    </w:p>
    <w:p w14:paraId="137656F5" w14:textId="77777777" w:rsidR="00A904C4" w:rsidRPr="0063699D" w:rsidRDefault="00FC2AAC" w:rsidP="00A30B9B">
      <w:pPr>
        <w:pStyle w:val="ListParagraph"/>
        <w:numPr>
          <w:ilvl w:val="0"/>
          <w:numId w:val="5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Лобеліну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3DF2B39B" w14:textId="77777777" w:rsidR="00A904C4" w:rsidRPr="0063699D" w:rsidRDefault="00FC2AAC" w:rsidP="00A30B9B">
      <w:pPr>
        <w:pStyle w:val="ListParagraph"/>
        <w:numPr>
          <w:ilvl w:val="0"/>
          <w:numId w:val="5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</w:p>
    <w:p w14:paraId="22E12527" w14:textId="77777777" w:rsidR="00A904C4" w:rsidRPr="0063699D" w:rsidRDefault="00FC2AAC" w:rsidP="00A30B9B">
      <w:pPr>
        <w:pStyle w:val="ListParagraph"/>
        <w:numPr>
          <w:ilvl w:val="0"/>
          <w:numId w:val="5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325B1140" w14:textId="77777777" w:rsidR="00A904C4" w:rsidRPr="0063699D" w:rsidRDefault="00FC2AAC" w:rsidP="00A30B9B">
      <w:pPr>
        <w:pStyle w:val="ListParagraph"/>
        <w:numPr>
          <w:ilvl w:val="0"/>
          <w:numId w:val="5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Пентамін</w:t>
      </w:r>
      <w:proofErr w:type="spellEnd"/>
    </w:p>
    <w:p w14:paraId="6AB1940C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післяопераційному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перистальтики кишечника і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міхура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цей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39897B5C" w14:textId="77777777" w:rsidR="00A904C4" w:rsidRPr="0063699D" w:rsidRDefault="00FC2AAC" w:rsidP="00A30B9B">
      <w:pPr>
        <w:pStyle w:val="ListParagraph"/>
        <w:numPr>
          <w:ilvl w:val="0"/>
          <w:numId w:val="5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Маннітол</w:t>
      </w:r>
      <w:proofErr w:type="spellEnd"/>
    </w:p>
    <w:p w14:paraId="6A4E3A95" w14:textId="77777777" w:rsidR="00A904C4" w:rsidRPr="0063699D" w:rsidRDefault="00FC2AAC" w:rsidP="00A30B9B">
      <w:pPr>
        <w:pStyle w:val="ListParagraph"/>
        <w:numPr>
          <w:ilvl w:val="0"/>
          <w:numId w:val="5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Діхлотіазид</w:t>
      </w:r>
      <w:proofErr w:type="spellEnd"/>
    </w:p>
    <w:p w14:paraId="562A4EE1" w14:textId="77777777" w:rsidR="00A904C4" w:rsidRPr="0063699D" w:rsidRDefault="00FC2AAC" w:rsidP="00A30B9B">
      <w:pPr>
        <w:pStyle w:val="ListParagraph"/>
        <w:numPr>
          <w:ilvl w:val="0"/>
          <w:numId w:val="5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Резерпін</w:t>
      </w:r>
      <w:proofErr w:type="spellEnd"/>
    </w:p>
    <w:p w14:paraId="3020E508" w14:textId="77777777" w:rsidR="00A904C4" w:rsidRPr="0063699D" w:rsidRDefault="00FC2AAC" w:rsidP="00A30B9B">
      <w:pPr>
        <w:pStyle w:val="ListParagraph"/>
        <w:numPr>
          <w:ilvl w:val="0"/>
          <w:numId w:val="5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Прозерін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78FF2ED5" w14:textId="77777777" w:rsidR="00A904C4" w:rsidRPr="0063699D" w:rsidRDefault="00FC2AAC" w:rsidP="00A30B9B">
      <w:pPr>
        <w:pStyle w:val="ListParagraph"/>
        <w:numPr>
          <w:ilvl w:val="0"/>
          <w:numId w:val="5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Пропранолол</w:t>
      </w:r>
      <w:proofErr w:type="spellEnd"/>
    </w:p>
    <w:p w14:paraId="70B493CB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У хворого на 2-3-й день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перистальтика кишечнику.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тракту?</w:t>
      </w:r>
    </w:p>
    <w:p w14:paraId="5A96BAAC" w14:textId="77777777" w:rsidR="00A904C4" w:rsidRPr="0063699D" w:rsidRDefault="00FC2AAC" w:rsidP="00A30B9B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Циклодол</w:t>
      </w:r>
      <w:proofErr w:type="spellEnd"/>
    </w:p>
    <w:p w14:paraId="63842FED" w14:textId="77777777" w:rsidR="00A904C4" w:rsidRPr="0063699D" w:rsidRDefault="00FC2AAC" w:rsidP="00A30B9B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Празозин</w:t>
      </w:r>
      <w:proofErr w:type="spellEnd"/>
    </w:p>
    <w:p w14:paraId="612F6FF6" w14:textId="77777777" w:rsidR="00A904C4" w:rsidRPr="0063699D" w:rsidRDefault="00FC2AAC" w:rsidP="00A30B9B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Прозерін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73E71A8A" w14:textId="77777777" w:rsidR="00A904C4" w:rsidRPr="0063699D" w:rsidRDefault="00FC2AAC" w:rsidP="00A30B9B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сульфат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03F208BD" w14:textId="77777777" w:rsidR="00A904C4" w:rsidRPr="0063699D" w:rsidRDefault="00FC2AAC" w:rsidP="00A30B9B">
      <w:pPr>
        <w:pStyle w:val="ListParagraph"/>
        <w:numPr>
          <w:ilvl w:val="0"/>
          <w:numId w:val="5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Ацетилхолін</w:t>
      </w:r>
      <w:proofErr w:type="spellEnd"/>
    </w:p>
    <w:p w14:paraId="7745DDA6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4E5522D6" w14:textId="77777777" w:rsidR="00A904C4" w:rsidRPr="0063699D" w:rsidRDefault="00FC2AAC" w:rsidP="00A30B9B">
      <w:pPr>
        <w:pStyle w:val="ListParagraph"/>
        <w:numPr>
          <w:ilvl w:val="0"/>
          <w:numId w:val="5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Нейрони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вегетативних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гангліїв</w:t>
      </w:r>
      <w:proofErr w:type="spellEnd"/>
    </w:p>
    <w:p w14:paraId="33265D8F" w14:textId="77777777" w:rsidR="00A904C4" w:rsidRPr="0063699D" w:rsidRDefault="00FC2AAC" w:rsidP="00A30B9B">
      <w:pPr>
        <w:pStyle w:val="ListParagraph"/>
        <w:numPr>
          <w:ilvl w:val="0"/>
          <w:numId w:val="5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Каротидні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клубочки</w:t>
      </w:r>
      <w:proofErr w:type="spellEnd"/>
    </w:p>
    <w:p w14:paraId="61E00D6A" w14:textId="77777777" w:rsidR="00A904C4" w:rsidRPr="0063699D" w:rsidRDefault="00FC2AAC" w:rsidP="00A30B9B">
      <w:pPr>
        <w:pStyle w:val="ListParagraph"/>
        <w:numPr>
          <w:ilvl w:val="0"/>
          <w:numId w:val="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закінчень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волокон</w:t>
      </w:r>
    </w:p>
    <w:p w14:paraId="6B6F8CDF" w14:textId="77777777" w:rsidR="00A904C4" w:rsidRPr="0063699D" w:rsidRDefault="00FC2AAC" w:rsidP="00A30B9B">
      <w:pPr>
        <w:pStyle w:val="ListParagraph"/>
        <w:numPr>
          <w:ilvl w:val="0"/>
          <w:numId w:val="5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Мозковий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шар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наднірників</w:t>
      </w:r>
      <w:proofErr w:type="spellEnd"/>
    </w:p>
    <w:p w14:paraId="317C4066" w14:textId="77777777" w:rsidR="00A904C4" w:rsidRPr="0063699D" w:rsidRDefault="00FC2AAC" w:rsidP="00A30B9B">
      <w:pPr>
        <w:pStyle w:val="ListParagraph"/>
        <w:numPr>
          <w:ilvl w:val="0"/>
          <w:numId w:val="5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Гіпофіз</w:t>
      </w:r>
      <w:proofErr w:type="spellEnd"/>
    </w:p>
    <w:p w14:paraId="06BF466D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72FD6E01" w14:textId="77777777" w:rsidR="00A904C4" w:rsidRPr="0063699D" w:rsidRDefault="00FC2AAC" w:rsidP="00A30B9B">
      <w:pPr>
        <w:pStyle w:val="ListParagraph"/>
        <w:numPr>
          <w:ilvl w:val="0"/>
          <w:numId w:val="5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шлунка</w:t>
      </w:r>
      <w:proofErr w:type="spellEnd"/>
    </w:p>
    <w:p w14:paraId="7F721538" w14:textId="77777777" w:rsidR="00A904C4" w:rsidRPr="0063699D" w:rsidRDefault="00FC2AAC" w:rsidP="00A30B9B">
      <w:pPr>
        <w:pStyle w:val="ListParagraph"/>
        <w:numPr>
          <w:ilvl w:val="0"/>
          <w:numId w:val="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закінчень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волокон</w:t>
      </w:r>
    </w:p>
    <w:p w14:paraId="56A50518" w14:textId="77777777" w:rsidR="00A904C4" w:rsidRPr="0063699D" w:rsidRDefault="00FC2AAC" w:rsidP="00A30B9B">
      <w:pPr>
        <w:pStyle w:val="ListParagraph"/>
        <w:numPr>
          <w:ilvl w:val="0"/>
          <w:numId w:val="5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Нейрони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вегетативних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гангліїв</w:t>
      </w:r>
      <w:proofErr w:type="spellEnd"/>
    </w:p>
    <w:p w14:paraId="13C15E63" w14:textId="77777777" w:rsidR="00A904C4" w:rsidRPr="0063699D" w:rsidRDefault="00FC2AAC" w:rsidP="00A30B9B">
      <w:pPr>
        <w:pStyle w:val="ListParagraph"/>
        <w:numPr>
          <w:ilvl w:val="0"/>
          <w:numId w:val="5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Гладенькі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м’язи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сечового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міхура</w:t>
      </w:r>
      <w:proofErr w:type="spellEnd"/>
    </w:p>
    <w:p w14:paraId="7C4EA852" w14:textId="77777777" w:rsidR="00A904C4" w:rsidRPr="0063699D" w:rsidRDefault="00FC2AAC" w:rsidP="00A30B9B">
      <w:pPr>
        <w:pStyle w:val="ListParagraph"/>
        <w:numPr>
          <w:ilvl w:val="0"/>
          <w:numId w:val="5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Слинні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залози</w:t>
      </w:r>
      <w:proofErr w:type="spellEnd"/>
    </w:p>
    <w:p w14:paraId="709C4002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5506E0F" w14:textId="77777777" w:rsidR="00A904C4" w:rsidRPr="0063699D" w:rsidRDefault="00FC2AAC" w:rsidP="00A30B9B">
      <w:pPr>
        <w:pStyle w:val="ListParagraph"/>
        <w:numPr>
          <w:ilvl w:val="0"/>
          <w:numId w:val="5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Звуження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зіниці</w:t>
      </w:r>
      <w:proofErr w:type="spellEnd"/>
    </w:p>
    <w:p w14:paraId="699B0D7D" w14:textId="77777777" w:rsidR="00A904C4" w:rsidRPr="0063699D" w:rsidRDefault="00FC2AAC" w:rsidP="00A30B9B">
      <w:pPr>
        <w:pStyle w:val="ListParagraph"/>
        <w:numPr>
          <w:ilvl w:val="0"/>
          <w:numId w:val="5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Брадикардія</w:t>
      </w:r>
      <w:proofErr w:type="spellEnd"/>
    </w:p>
    <w:p w14:paraId="7C615EA8" w14:textId="77777777" w:rsidR="00A904C4" w:rsidRPr="0063699D" w:rsidRDefault="00FC2AAC" w:rsidP="00A30B9B">
      <w:pPr>
        <w:pStyle w:val="ListParagraph"/>
        <w:numPr>
          <w:ilvl w:val="0"/>
          <w:numId w:val="5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внутрішньоочного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тиску</w:t>
      </w:r>
      <w:proofErr w:type="spellEnd"/>
    </w:p>
    <w:p w14:paraId="3E79429A" w14:textId="77777777" w:rsidR="00A904C4" w:rsidRPr="0063699D" w:rsidRDefault="00FC2AAC" w:rsidP="00A30B9B">
      <w:pPr>
        <w:pStyle w:val="ListParagraph"/>
        <w:numPr>
          <w:ilvl w:val="0"/>
          <w:numId w:val="5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тонусу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гладкої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мускулатури</w:t>
      </w:r>
      <w:proofErr w:type="spellEnd"/>
    </w:p>
    <w:p w14:paraId="4CFCD341" w14:textId="77777777" w:rsidR="00A904C4" w:rsidRPr="0063699D" w:rsidRDefault="00FC2AAC" w:rsidP="00A30B9B">
      <w:pPr>
        <w:pStyle w:val="ListParagraph"/>
        <w:numPr>
          <w:ilvl w:val="0"/>
          <w:numId w:val="5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зовнішньої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секреції</w:t>
      </w:r>
      <w:proofErr w:type="spellEnd"/>
    </w:p>
    <w:p w14:paraId="0810508F" w14:textId="169C3539" w:rsidR="00A904C4" w:rsidRPr="0063699D" w:rsidRDefault="00FC2AAC" w:rsidP="004F29C2">
      <w:pPr>
        <w:pStyle w:val="ListParagraph"/>
        <w:numPr>
          <w:ilvl w:val="0"/>
          <w:numId w:val="5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пілокарпіну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74EF2309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5200D1A" w14:textId="77777777" w:rsidR="00A904C4" w:rsidRPr="0063699D" w:rsidRDefault="00FC2AAC" w:rsidP="00A565D1">
      <w:pPr>
        <w:pStyle w:val="ListParagraph"/>
        <w:numPr>
          <w:ilvl w:val="0"/>
          <w:numId w:val="6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постсинаптичних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</w:p>
    <w:p w14:paraId="09A3699A" w14:textId="77777777" w:rsidR="00A904C4" w:rsidRPr="0063699D" w:rsidRDefault="00FC2AAC" w:rsidP="00A565D1">
      <w:pPr>
        <w:pStyle w:val="ListParagraph"/>
        <w:numPr>
          <w:ilvl w:val="0"/>
          <w:numId w:val="6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постсинаптичних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</w:p>
    <w:p w14:paraId="5D16F38A" w14:textId="77777777" w:rsidR="00A904C4" w:rsidRPr="0063699D" w:rsidRDefault="00FC2AAC" w:rsidP="00A565D1">
      <w:pPr>
        <w:pStyle w:val="ListParagraph"/>
        <w:numPr>
          <w:ilvl w:val="0"/>
          <w:numId w:val="6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гангліїв</w:t>
      </w:r>
      <w:proofErr w:type="spellEnd"/>
    </w:p>
    <w:p w14:paraId="5489D09F" w14:textId="77777777" w:rsidR="00A904C4" w:rsidRPr="0063699D" w:rsidRDefault="00FC2AAC" w:rsidP="00A565D1">
      <w:pPr>
        <w:pStyle w:val="ListParagraph"/>
        <w:numPr>
          <w:ilvl w:val="0"/>
          <w:numId w:val="6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ацетилхолінестерази</w:t>
      </w:r>
      <w:proofErr w:type="spellEnd"/>
    </w:p>
    <w:p w14:paraId="46153549" w14:textId="77777777" w:rsidR="00A904C4" w:rsidRPr="0063699D" w:rsidRDefault="00FC2AAC" w:rsidP="00A565D1">
      <w:pPr>
        <w:pStyle w:val="ListParagraph"/>
        <w:numPr>
          <w:ilvl w:val="0"/>
          <w:numId w:val="6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</w:p>
    <w:p w14:paraId="36A9FCF9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характерні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як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ортостатичний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колапс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обстіпація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атонія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сечового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міхура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325AB2ED" w14:textId="77777777" w:rsidR="00A904C4" w:rsidRPr="0063699D" w:rsidRDefault="00FC2AAC" w:rsidP="00A565D1">
      <w:pPr>
        <w:pStyle w:val="ListParagraph"/>
        <w:numPr>
          <w:ilvl w:val="0"/>
          <w:numId w:val="6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холіноблокатори</w:t>
      </w:r>
      <w:proofErr w:type="spellEnd"/>
    </w:p>
    <w:p w14:paraId="5C8EF919" w14:textId="77777777" w:rsidR="00A904C4" w:rsidRPr="0063699D" w:rsidRDefault="00FC2AAC" w:rsidP="00A565D1">
      <w:pPr>
        <w:pStyle w:val="ListParagraph"/>
        <w:numPr>
          <w:ilvl w:val="0"/>
          <w:numId w:val="6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Міорелаксанти</w:t>
      </w:r>
      <w:proofErr w:type="spellEnd"/>
    </w:p>
    <w:p w14:paraId="73F72D77" w14:textId="77777777" w:rsidR="00A904C4" w:rsidRPr="0063699D" w:rsidRDefault="00FC2AAC" w:rsidP="00A565D1">
      <w:pPr>
        <w:pStyle w:val="ListParagraph"/>
        <w:numPr>
          <w:ilvl w:val="0"/>
          <w:numId w:val="6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Антихолінестеразні</w:t>
      </w:r>
      <w:proofErr w:type="spellEnd"/>
    </w:p>
    <w:p w14:paraId="6C9811F5" w14:textId="77777777" w:rsidR="00A904C4" w:rsidRPr="0063699D" w:rsidRDefault="00FC2AAC" w:rsidP="00A565D1">
      <w:pPr>
        <w:pStyle w:val="ListParagraph"/>
        <w:numPr>
          <w:ilvl w:val="0"/>
          <w:numId w:val="6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</w:rPr>
        <w:t>холиноміметики</w:t>
      </w:r>
      <w:proofErr w:type="spellEnd"/>
    </w:p>
    <w:p w14:paraId="20F5DB38" w14:textId="77777777" w:rsidR="00A904C4" w:rsidRPr="0063699D" w:rsidRDefault="00FC2AAC" w:rsidP="00A565D1">
      <w:pPr>
        <w:pStyle w:val="ListParagraph"/>
        <w:numPr>
          <w:ilvl w:val="0"/>
          <w:numId w:val="6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Гангліоблокатори</w:t>
      </w:r>
      <w:proofErr w:type="spellEnd"/>
    </w:p>
    <w:p w14:paraId="12E7A686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недеполярізуючих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міорелаксантів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відносять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5BEC187A" w14:textId="77777777" w:rsidR="00A904C4" w:rsidRPr="0063699D" w:rsidRDefault="00FC2AAC" w:rsidP="00A565D1">
      <w:pPr>
        <w:pStyle w:val="ListParagraph"/>
        <w:numPr>
          <w:ilvl w:val="0"/>
          <w:numId w:val="6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Тубокурарин</w:t>
      </w:r>
      <w:proofErr w:type="spellEnd"/>
    </w:p>
    <w:p w14:paraId="0B73EA33" w14:textId="77777777" w:rsidR="00A904C4" w:rsidRPr="0063699D" w:rsidRDefault="00FC2AAC" w:rsidP="00A565D1">
      <w:pPr>
        <w:pStyle w:val="ListParagraph"/>
        <w:numPr>
          <w:ilvl w:val="0"/>
          <w:numId w:val="6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Дитилін</w:t>
      </w:r>
      <w:proofErr w:type="spellEnd"/>
    </w:p>
    <w:p w14:paraId="78EC4CE3" w14:textId="77777777" w:rsidR="00A904C4" w:rsidRPr="0063699D" w:rsidRDefault="00FC2AAC" w:rsidP="00A565D1">
      <w:pPr>
        <w:pStyle w:val="ListParagraph"/>
        <w:numPr>
          <w:ilvl w:val="0"/>
          <w:numId w:val="6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Пирензипин</w:t>
      </w:r>
      <w:proofErr w:type="spellEnd"/>
    </w:p>
    <w:p w14:paraId="1C4EA0AB" w14:textId="77777777" w:rsidR="00A904C4" w:rsidRPr="0063699D" w:rsidRDefault="00FC2AAC" w:rsidP="00A565D1">
      <w:pPr>
        <w:pStyle w:val="ListParagraph"/>
        <w:numPr>
          <w:ilvl w:val="0"/>
          <w:numId w:val="6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Пахикарпин</w:t>
      </w:r>
      <w:proofErr w:type="spellEnd"/>
    </w:p>
    <w:p w14:paraId="0F7691DF" w14:textId="77777777" w:rsidR="00A904C4" w:rsidRPr="0063699D" w:rsidRDefault="00FC2AAC" w:rsidP="00A565D1">
      <w:pPr>
        <w:pStyle w:val="ListParagraph"/>
        <w:numPr>
          <w:ilvl w:val="0"/>
          <w:numId w:val="6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Платифілін</w:t>
      </w:r>
      <w:proofErr w:type="spellEnd"/>
    </w:p>
    <w:p w14:paraId="52C6D201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07360D5" w14:textId="77777777" w:rsidR="00A904C4" w:rsidRPr="0063699D" w:rsidRDefault="00FC2AAC" w:rsidP="00A565D1">
      <w:pPr>
        <w:pStyle w:val="ListParagraph"/>
        <w:numPr>
          <w:ilvl w:val="0"/>
          <w:numId w:val="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хлору</w:t>
      </w:r>
    </w:p>
    <w:p w14:paraId="55569781" w14:textId="77777777" w:rsidR="00A904C4" w:rsidRPr="0063699D" w:rsidRDefault="00FC2AAC" w:rsidP="00A565D1">
      <w:pPr>
        <w:pStyle w:val="ListParagraph"/>
        <w:numPr>
          <w:ilvl w:val="0"/>
          <w:numId w:val="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</w:p>
    <w:p w14:paraId="75FF1EAE" w14:textId="77777777" w:rsidR="00A904C4" w:rsidRPr="0063699D" w:rsidRDefault="00FC2AAC" w:rsidP="00A565D1">
      <w:pPr>
        <w:pStyle w:val="ListParagraph"/>
        <w:numPr>
          <w:ilvl w:val="0"/>
          <w:numId w:val="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медіатора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пресинаптичних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везикул</w:t>
      </w:r>
    </w:p>
    <w:p w14:paraId="5748EBDA" w14:textId="77777777" w:rsidR="00A904C4" w:rsidRPr="0063699D" w:rsidRDefault="00FC2AAC" w:rsidP="00A565D1">
      <w:pPr>
        <w:pStyle w:val="ListParagraph"/>
        <w:numPr>
          <w:ilvl w:val="0"/>
          <w:numId w:val="6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ферменту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ацетилхолінестерази</w:t>
      </w:r>
      <w:proofErr w:type="spellEnd"/>
    </w:p>
    <w:p w14:paraId="238CE0BD" w14:textId="77777777" w:rsidR="00A904C4" w:rsidRPr="0063699D" w:rsidRDefault="00FC2AAC" w:rsidP="00A565D1">
      <w:pPr>
        <w:pStyle w:val="ListParagraph"/>
        <w:numPr>
          <w:ilvl w:val="0"/>
          <w:numId w:val="6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синтезу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ацетилхолінестерази</w:t>
      </w:r>
      <w:proofErr w:type="spellEnd"/>
    </w:p>
    <w:p w14:paraId="6E9684A1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холіноміметикив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F6B09C1" w14:textId="77777777" w:rsidR="00A904C4" w:rsidRPr="0063699D" w:rsidRDefault="00FC2AAC" w:rsidP="00A565D1">
      <w:pPr>
        <w:pStyle w:val="ListParagraph"/>
        <w:numPr>
          <w:ilvl w:val="0"/>
          <w:numId w:val="6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Збудженням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серця</w:t>
      </w:r>
      <w:proofErr w:type="spellEnd"/>
    </w:p>
    <w:p w14:paraId="6861EEED" w14:textId="77777777" w:rsidR="00A904C4" w:rsidRPr="0063699D" w:rsidRDefault="00FC2AAC" w:rsidP="00A565D1">
      <w:pPr>
        <w:pStyle w:val="ListParagraph"/>
        <w:numPr>
          <w:ilvl w:val="0"/>
          <w:numId w:val="6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Збудженням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бронхів</w:t>
      </w:r>
      <w:proofErr w:type="spellEnd"/>
    </w:p>
    <w:p w14:paraId="1017F4AF" w14:textId="77777777" w:rsidR="00A904C4" w:rsidRPr="0063699D" w:rsidRDefault="00FC2AAC" w:rsidP="00A565D1">
      <w:pPr>
        <w:pStyle w:val="ListParagraph"/>
        <w:numPr>
          <w:ilvl w:val="0"/>
          <w:numId w:val="6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Збудженням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шлунку</w:t>
      </w:r>
      <w:proofErr w:type="spellEnd"/>
    </w:p>
    <w:p w14:paraId="02129759" w14:textId="77777777" w:rsidR="00A904C4" w:rsidRPr="0063699D" w:rsidRDefault="00FC2AAC" w:rsidP="00A565D1">
      <w:pPr>
        <w:pStyle w:val="ListParagraph"/>
        <w:numPr>
          <w:ilvl w:val="0"/>
          <w:numId w:val="6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Зниженням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внутрішньо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очного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тиску</w:t>
      </w:r>
      <w:proofErr w:type="spellEnd"/>
    </w:p>
    <w:p w14:paraId="1E44E689" w14:textId="77777777" w:rsidR="00A904C4" w:rsidRPr="0063699D" w:rsidRDefault="00FC2AAC" w:rsidP="00A565D1">
      <w:pPr>
        <w:pStyle w:val="ListParagraph"/>
        <w:numPr>
          <w:ilvl w:val="0"/>
          <w:numId w:val="6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Збудженням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скелетних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м’язів</w:t>
      </w:r>
      <w:proofErr w:type="spellEnd"/>
    </w:p>
    <w:p w14:paraId="544CC7E6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холіноміметики</w:t>
      </w:r>
      <w:proofErr w:type="spellEnd"/>
    </w:p>
    <w:p w14:paraId="209DA0E4" w14:textId="77777777" w:rsidR="00A904C4" w:rsidRPr="0063699D" w:rsidRDefault="00FC2AAC" w:rsidP="00A565D1">
      <w:pPr>
        <w:pStyle w:val="ListParagraph"/>
        <w:numPr>
          <w:ilvl w:val="0"/>
          <w:numId w:val="6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тонусу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сечового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міхура</w:t>
      </w:r>
      <w:proofErr w:type="spellEnd"/>
    </w:p>
    <w:p w14:paraId="5A32189A" w14:textId="77777777" w:rsidR="00A904C4" w:rsidRPr="0063699D" w:rsidRDefault="00FC2AAC" w:rsidP="00A565D1">
      <w:pPr>
        <w:pStyle w:val="ListParagraph"/>
        <w:numPr>
          <w:ilvl w:val="0"/>
          <w:numId w:val="6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ниркової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коліки</w:t>
      </w:r>
      <w:proofErr w:type="spellEnd"/>
    </w:p>
    <w:p w14:paraId="4EE6BA9D" w14:textId="77777777" w:rsidR="00A904C4" w:rsidRPr="0063699D" w:rsidRDefault="00FC2AAC" w:rsidP="00A565D1">
      <w:pPr>
        <w:pStyle w:val="ListParagraph"/>
        <w:numPr>
          <w:ilvl w:val="0"/>
          <w:numId w:val="6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рефлекторної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дихання</w:t>
      </w:r>
      <w:proofErr w:type="spellEnd"/>
    </w:p>
    <w:p w14:paraId="0491FDBE" w14:textId="77777777" w:rsidR="00A904C4" w:rsidRPr="0063699D" w:rsidRDefault="00FC2AAC" w:rsidP="00A565D1">
      <w:pPr>
        <w:pStyle w:val="ListParagraph"/>
        <w:numPr>
          <w:ilvl w:val="0"/>
          <w:numId w:val="6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тиску</w:t>
      </w:r>
      <w:proofErr w:type="spellEnd"/>
    </w:p>
    <w:p w14:paraId="6FC01A4B" w14:textId="77777777" w:rsidR="00A904C4" w:rsidRPr="0063699D" w:rsidRDefault="00FC2AAC" w:rsidP="00A565D1">
      <w:pPr>
        <w:pStyle w:val="ListParagraph"/>
        <w:numPr>
          <w:ilvl w:val="0"/>
          <w:numId w:val="6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глаукоми</w:t>
      </w:r>
      <w:proofErr w:type="spellEnd"/>
    </w:p>
    <w:p w14:paraId="37BD98E5" w14:textId="77777777" w:rsidR="00A904C4" w:rsidRPr="0063699D" w:rsidRDefault="00FC2AAC" w:rsidP="00A30B9B">
      <w:pPr>
        <w:pStyle w:val="ListParagraph"/>
        <w:numPr>
          <w:ilvl w:val="0"/>
          <w:numId w:val="5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соку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анамнезі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глаукома)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наведених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надати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перевагу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враховуючисупутні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? </w:t>
      </w:r>
    </w:p>
    <w:p w14:paraId="7F9F6786" w14:textId="77777777" w:rsidR="00A904C4" w:rsidRPr="0063699D" w:rsidRDefault="00FC2AAC" w:rsidP="00A565D1">
      <w:pPr>
        <w:pStyle w:val="ListParagraph"/>
        <w:numPr>
          <w:ilvl w:val="0"/>
          <w:numId w:val="6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Метацин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215373D2" w14:textId="77777777" w:rsidR="00A904C4" w:rsidRPr="0063699D" w:rsidRDefault="00FC2AAC" w:rsidP="00A565D1">
      <w:pPr>
        <w:pStyle w:val="ListParagraph"/>
        <w:numPr>
          <w:ilvl w:val="0"/>
          <w:numId w:val="6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Спазмолітин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198F07BF" w14:textId="77777777" w:rsidR="00A904C4" w:rsidRPr="0063699D" w:rsidRDefault="00FC2AAC" w:rsidP="00A565D1">
      <w:pPr>
        <w:pStyle w:val="ListParagraph"/>
        <w:numPr>
          <w:ilvl w:val="0"/>
          <w:numId w:val="6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1F28F6AB" w14:textId="77777777" w:rsidR="00A904C4" w:rsidRPr="0063699D" w:rsidRDefault="00FC2AAC" w:rsidP="00A565D1">
      <w:pPr>
        <w:pStyle w:val="ListParagraph"/>
        <w:numPr>
          <w:ilvl w:val="0"/>
          <w:numId w:val="6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Скополамін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018BAE27" w14:textId="77777777" w:rsidR="00A904C4" w:rsidRPr="0063699D" w:rsidRDefault="00FC2AAC" w:rsidP="00A565D1">
      <w:pPr>
        <w:pStyle w:val="ListParagraph"/>
        <w:numPr>
          <w:ilvl w:val="0"/>
          <w:numId w:val="6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Гоматропін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66A4D23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5C20EC0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760BDDB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4045F4D9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</w:rPr>
      </w:pPr>
    </w:p>
    <w:p w14:paraId="5E27D7D8" w14:textId="4F920A49" w:rsidR="00A904C4" w:rsidRPr="0063699D" w:rsidRDefault="00FC2AAC" w:rsidP="00B2143D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 xml:space="preserve">Тема № 7. ТОКСИЧНА ДІЯ ХОЛІНОТРОПНИХ РЕЧОВИН. КЛІНІЧНІ ПРОЯВИ, ПРИНЦИПИ ЛІКУВАННЯ. </w:t>
      </w:r>
    </w:p>
    <w:p w14:paraId="39906EBB" w14:textId="77777777" w:rsidR="00A904C4" w:rsidRPr="0063699D" w:rsidRDefault="00FC2AAC" w:rsidP="00B2143D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галузях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часто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зустрічаються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буденному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мускаріно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атропіноподібні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являють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небезпеку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особливо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побуті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інсектициди-похідні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«ФОС»,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своїм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незворотної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куріння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тютюну,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небезпечним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здоров’я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загрозливі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4F4E009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продуктами,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Відпрацювати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навички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медикаментозної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143ACE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ab/>
      </w:r>
    </w:p>
    <w:p w14:paraId="4C4C3E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>.</w:t>
      </w:r>
    </w:p>
    <w:p w14:paraId="2403E432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М-ХОЛІНОМІМЕТИКИ.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мускарин.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мускарином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мускариноподібними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Антидотна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дезінтоксикаційні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заходи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4560AA9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АНТИХОЛІНЕСТЕРАЗНІ ЗАСОБИ.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зворотної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незворотної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реактиватори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Антидотна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дезінтоксикаційні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заходи.</w:t>
      </w:r>
    </w:p>
    <w:p w14:paraId="33E3CD96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Н-ХОЛІНОМІМЕТИКИ.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Токсична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нікотинової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4552C550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нікотинозамісна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</w:rPr>
        <w:t>никоретте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никодерм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13687564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»);</w:t>
      </w:r>
    </w:p>
    <w:p w14:paraId="296C4350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атипічні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бупропіон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Велбутрин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»,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Зибан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»);</w:t>
      </w:r>
    </w:p>
    <w:p w14:paraId="395F2091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трициклічні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</w:rPr>
        <w:t>нортриптілін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11711F9D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антигіпертензивні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</w:rPr>
        <w:t>клонідин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3BD681B5" w14:textId="77777777" w:rsidR="00A904C4" w:rsidRPr="0063699D" w:rsidRDefault="00FC2AAC" w:rsidP="00A30B9B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М-ХОЛІНОБЛОКАТОРИ. </w:t>
      </w:r>
      <w:proofErr w:type="spellStart"/>
      <w:r w:rsidRPr="0063699D">
        <w:rPr>
          <w:rFonts w:asciiTheme="majorBidi" w:hAnsiTheme="majorBidi" w:cstheme="majorBidi"/>
          <w:sz w:val="22"/>
        </w:rPr>
        <w:t>Рослини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атропіноподібні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антидотна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дезінтоксикаційні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заходи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2F3AD505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ГАНГЛІОБЛОКАТОРИ.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0AF99A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МІОРЕЛАКСАНТИ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недеполярізуючої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3169283" w14:textId="77777777" w:rsidR="00A904C4" w:rsidRPr="0063699D" w:rsidRDefault="00FC2AAC" w:rsidP="00A30B9B">
      <w:pPr>
        <w:pStyle w:val="ListParagraph"/>
        <w:numPr>
          <w:ilvl w:val="0"/>
          <w:numId w:val="2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МІОРЕЛАКСАНТИ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деполярізуючої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Причини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Посилююча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антихолінестеразних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73FF984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2F82FE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lastRenderedPageBreak/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F58C2D6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377997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метою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вправлення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вивиху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плечового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суглобу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введений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короткочасне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послаблення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r w:rsidRPr="0063699D">
        <w:rPr>
          <w:rFonts w:asciiTheme="majorBidi" w:hAnsiTheme="majorBidi" w:cstheme="majorBidi"/>
          <w:sz w:val="22"/>
          <w:lang w:val="ru-RU"/>
        </w:rPr>
        <w:t xml:space="preserve">Але через 10-15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ін’єкції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наступило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A405445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отруївся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дезінсекції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EDC0AB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колапс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негайної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4C0545A6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рецепта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передозуванні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міорелаксантів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недеполярізуючої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міорелаксанти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недеполярізуючої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їх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14DCFDE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відпочинку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отруїлась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красавкою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2C33F8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дезінтоксикаційної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D26D0A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вони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належать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1EADE39A" w14:textId="77777777" w:rsidR="00A904C4" w:rsidRPr="0063699D" w:rsidRDefault="00FC2AAC" w:rsidP="00A30B9B">
      <w:pPr>
        <w:pStyle w:val="ListParagraph"/>
        <w:numPr>
          <w:ilvl w:val="0"/>
          <w:numId w:val="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антихолінестеразні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підсилюють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дитиліну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? </w:t>
      </w:r>
      <w:r w:rsidRPr="0063699D">
        <w:rPr>
          <w:rFonts w:asciiTheme="majorBidi" w:hAnsiTheme="majorBidi" w:cstheme="majorBidi"/>
          <w:sz w:val="22"/>
          <w:lang w:val="ru-RU"/>
        </w:rPr>
        <w:t xml:space="preserve">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01475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C1A978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правильні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33384A9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міастенію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посмикування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язика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скелетних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допоможе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усунути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інтоксикацію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A751BD7" w14:textId="77777777" w:rsidR="00A904C4" w:rsidRPr="0063699D" w:rsidRDefault="00FC2AAC" w:rsidP="00A565D1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сульфат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    </w:t>
      </w:r>
    </w:p>
    <w:p w14:paraId="69B9D5C7" w14:textId="77777777" w:rsidR="00A904C4" w:rsidRPr="0063699D" w:rsidRDefault="00FC2AAC" w:rsidP="00A565D1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Фізостигмін</w:t>
      </w:r>
      <w:proofErr w:type="spellEnd"/>
    </w:p>
    <w:p w14:paraId="194B28DC" w14:textId="77777777" w:rsidR="00A904C4" w:rsidRPr="0063699D" w:rsidRDefault="00FC2AAC" w:rsidP="00A565D1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Піридостигміну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бромід</w:t>
      </w:r>
      <w:proofErr w:type="spellEnd"/>
    </w:p>
    <w:p w14:paraId="736B332C" w14:textId="77777777" w:rsidR="00A904C4" w:rsidRPr="0063699D" w:rsidRDefault="00FC2AAC" w:rsidP="00A565D1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Ізадрін</w:t>
      </w:r>
      <w:proofErr w:type="spellEnd"/>
    </w:p>
    <w:p w14:paraId="7297021D" w14:textId="77777777" w:rsidR="00A904C4" w:rsidRPr="0063699D" w:rsidRDefault="00FC2AAC" w:rsidP="00A565D1">
      <w:pPr>
        <w:pStyle w:val="ListParagraph"/>
        <w:numPr>
          <w:ilvl w:val="0"/>
          <w:numId w:val="6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2638F85D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міорелаксант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скелетних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Відсутністю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ферменту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викликаний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цей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стан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729CDBED" w14:textId="77777777" w:rsidR="00A904C4" w:rsidRPr="0063699D" w:rsidRDefault="00FC2AAC" w:rsidP="00A565D1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Каталаза</w:t>
      </w:r>
      <w:proofErr w:type="spellEnd"/>
    </w:p>
    <w:p w14:paraId="06AE12A1" w14:textId="77777777" w:rsidR="00A904C4" w:rsidRPr="0063699D" w:rsidRDefault="00FC2AAC" w:rsidP="00A565D1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Бутирилхолінестераза</w:t>
      </w:r>
      <w:proofErr w:type="spellEnd"/>
    </w:p>
    <w:p w14:paraId="5F0D63F5" w14:textId="77777777" w:rsidR="00A904C4" w:rsidRPr="0063699D" w:rsidRDefault="00FC2AAC" w:rsidP="00A565D1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Ацетилхолінестераза</w:t>
      </w:r>
      <w:proofErr w:type="spellEnd"/>
    </w:p>
    <w:p w14:paraId="1FC0940F" w14:textId="77777777" w:rsidR="00A904C4" w:rsidRPr="0063699D" w:rsidRDefault="00FC2AAC" w:rsidP="00A565D1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Глюкозо-6-фосфатаза</w:t>
      </w:r>
    </w:p>
    <w:p w14:paraId="39FCC610" w14:textId="77777777" w:rsidR="00A904C4" w:rsidRPr="0063699D" w:rsidRDefault="00FC2AAC" w:rsidP="00A565D1">
      <w:pPr>
        <w:pStyle w:val="ListParagraph"/>
        <w:numPr>
          <w:ilvl w:val="0"/>
          <w:numId w:val="6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Глутатіон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пероксидаза</w:t>
      </w:r>
      <w:proofErr w:type="spellEnd"/>
    </w:p>
    <w:p w14:paraId="314719A6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світлобоязнь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доставлений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гіперемована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суха,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подальшому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беладони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0FAFB3E0" w14:textId="77777777" w:rsidR="00A904C4" w:rsidRPr="0063699D" w:rsidRDefault="00FC2AAC" w:rsidP="00A565D1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Пілокарпін</w:t>
      </w:r>
      <w:proofErr w:type="spellEnd"/>
    </w:p>
    <w:p w14:paraId="62943F30" w14:textId="77777777" w:rsidR="00A904C4" w:rsidRPr="0063699D" w:rsidRDefault="00FC2AAC" w:rsidP="00A565D1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Діазепам</w:t>
      </w:r>
      <w:proofErr w:type="spellEnd"/>
    </w:p>
    <w:p w14:paraId="6C48F1B9" w14:textId="77777777" w:rsidR="00A904C4" w:rsidRPr="0063699D" w:rsidRDefault="00FC2AAC" w:rsidP="00A565D1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Прозерин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456E2584" w14:textId="77777777" w:rsidR="00A904C4" w:rsidRPr="0063699D" w:rsidRDefault="00FC2AAC" w:rsidP="00A565D1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Армін</w:t>
      </w:r>
      <w:proofErr w:type="spellEnd"/>
    </w:p>
    <w:p w14:paraId="2DA21498" w14:textId="77777777" w:rsidR="00A904C4" w:rsidRPr="0063699D" w:rsidRDefault="00FC2AAC" w:rsidP="00A565D1">
      <w:pPr>
        <w:pStyle w:val="ListParagraph"/>
        <w:numPr>
          <w:ilvl w:val="0"/>
          <w:numId w:val="7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Діпіроксим</w:t>
      </w:r>
      <w:proofErr w:type="spellEnd"/>
    </w:p>
    <w:p w14:paraId="3DFCC451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інтоксикацією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сухість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ротової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розширені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пов'язана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25041AA3" w14:textId="77777777" w:rsidR="00A904C4" w:rsidRPr="0063699D" w:rsidRDefault="00FC2AAC" w:rsidP="00A565D1">
      <w:pPr>
        <w:pStyle w:val="ListParagraph"/>
        <w:numPr>
          <w:ilvl w:val="0"/>
          <w:numId w:val="7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адренорецепторів</w:t>
      </w:r>
      <w:proofErr w:type="spellEnd"/>
    </w:p>
    <w:p w14:paraId="297EB66F" w14:textId="77777777" w:rsidR="00A904C4" w:rsidRPr="0063699D" w:rsidRDefault="00FC2AAC" w:rsidP="00A565D1">
      <w:pPr>
        <w:pStyle w:val="ListParagraph"/>
        <w:numPr>
          <w:ilvl w:val="0"/>
          <w:numId w:val="7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мускарінових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</w:p>
    <w:p w14:paraId="7D298448" w14:textId="77777777" w:rsidR="00A904C4" w:rsidRPr="0063699D" w:rsidRDefault="00FC2AAC" w:rsidP="00A565D1">
      <w:pPr>
        <w:pStyle w:val="ListParagraph"/>
        <w:numPr>
          <w:ilvl w:val="0"/>
          <w:numId w:val="7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нікотинових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</w:p>
    <w:p w14:paraId="3CC4B4B1" w14:textId="77777777" w:rsidR="00A904C4" w:rsidRPr="0063699D" w:rsidRDefault="00FC2AAC" w:rsidP="00A565D1">
      <w:pPr>
        <w:pStyle w:val="ListParagraph"/>
        <w:numPr>
          <w:ilvl w:val="0"/>
          <w:numId w:val="7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мускарінових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6154D1ED" w14:textId="77777777" w:rsidR="00A904C4" w:rsidRPr="0063699D" w:rsidRDefault="00FC2AAC" w:rsidP="00A565D1">
      <w:pPr>
        <w:pStyle w:val="ListParagraph"/>
        <w:numPr>
          <w:ilvl w:val="0"/>
          <w:numId w:val="7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адренорецепторів</w:t>
      </w:r>
      <w:proofErr w:type="spellEnd"/>
    </w:p>
    <w:p w14:paraId="0E0652F5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Яку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3A93D06" w14:textId="77777777" w:rsidR="00A904C4" w:rsidRPr="0063699D" w:rsidRDefault="00FC2AAC" w:rsidP="00A565D1">
      <w:pPr>
        <w:pStyle w:val="ListParagraph"/>
        <w:numPr>
          <w:ilvl w:val="0"/>
          <w:numId w:val="7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α-</w:t>
      </w:r>
      <w:proofErr w:type="spellStart"/>
      <w:r w:rsidRPr="0063699D">
        <w:rPr>
          <w:rFonts w:asciiTheme="majorBidi" w:hAnsiTheme="majorBidi" w:cstheme="majorBidi"/>
          <w:sz w:val="22"/>
        </w:rPr>
        <w:t>адреноміметики</w:t>
      </w:r>
      <w:proofErr w:type="spellEnd"/>
    </w:p>
    <w:p w14:paraId="2E96D59D" w14:textId="77777777" w:rsidR="00A904C4" w:rsidRPr="0063699D" w:rsidRDefault="00FC2AAC" w:rsidP="00A565D1">
      <w:pPr>
        <w:pStyle w:val="ListParagraph"/>
        <w:numPr>
          <w:ilvl w:val="0"/>
          <w:numId w:val="7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холіноблокатори</w:t>
      </w:r>
      <w:proofErr w:type="spellEnd"/>
    </w:p>
    <w:p w14:paraId="6B8DB7FB" w14:textId="77777777" w:rsidR="00A904C4" w:rsidRPr="0063699D" w:rsidRDefault="00FC2AAC" w:rsidP="00A565D1">
      <w:pPr>
        <w:pStyle w:val="ListParagraph"/>
        <w:numPr>
          <w:ilvl w:val="0"/>
          <w:numId w:val="7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</w:rPr>
        <w:t>холіноміметики</w:t>
      </w:r>
      <w:proofErr w:type="spellEnd"/>
    </w:p>
    <w:p w14:paraId="36D8111E" w14:textId="77777777" w:rsidR="00A904C4" w:rsidRPr="0063699D" w:rsidRDefault="00FC2AAC" w:rsidP="00A565D1">
      <w:pPr>
        <w:pStyle w:val="ListParagraph"/>
        <w:numPr>
          <w:ilvl w:val="0"/>
          <w:numId w:val="7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β-</w:t>
      </w:r>
      <w:proofErr w:type="spellStart"/>
      <w:r w:rsidRPr="0063699D">
        <w:rPr>
          <w:rFonts w:asciiTheme="majorBidi" w:hAnsiTheme="majorBidi" w:cstheme="majorBidi"/>
          <w:sz w:val="22"/>
        </w:rPr>
        <w:t>адреноблокатори</w:t>
      </w:r>
      <w:proofErr w:type="spellEnd"/>
    </w:p>
    <w:p w14:paraId="1A158C55" w14:textId="77777777" w:rsidR="00A904C4" w:rsidRPr="0063699D" w:rsidRDefault="00FC2AAC" w:rsidP="00A565D1">
      <w:pPr>
        <w:pStyle w:val="ListParagraph"/>
        <w:numPr>
          <w:ilvl w:val="0"/>
          <w:numId w:val="7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β-</w:t>
      </w:r>
      <w:proofErr w:type="spellStart"/>
      <w:r w:rsidRPr="0063699D">
        <w:rPr>
          <w:rFonts w:asciiTheme="majorBidi" w:hAnsiTheme="majorBidi" w:cstheme="majorBidi"/>
          <w:sz w:val="22"/>
        </w:rPr>
        <w:t>адреноміметики</w:t>
      </w:r>
      <w:proofErr w:type="spellEnd"/>
    </w:p>
    <w:p w14:paraId="47B569F4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слинотечу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спастичні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фосфорорганічними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внести до складу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5AE7DA6" w14:textId="77777777" w:rsidR="00A904C4" w:rsidRPr="0063699D" w:rsidRDefault="00FC2AAC" w:rsidP="00A565D1">
      <w:pPr>
        <w:pStyle w:val="ListParagraph"/>
        <w:numPr>
          <w:ilvl w:val="0"/>
          <w:numId w:val="7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сульфат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дипіроксим</w:t>
      </w:r>
      <w:proofErr w:type="spellEnd"/>
    </w:p>
    <w:p w14:paraId="62171222" w14:textId="77777777" w:rsidR="00A904C4" w:rsidRPr="0063699D" w:rsidRDefault="00FC2AAC" w:rsidP="00A565D1">
      <w:pPr>
        <w:pStyle w:val="ListParagraph"/>
        <w:numPr>
          <w:ilvl w:val="0"/>
          <w:numId w:val="7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Цитрат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унітіол</w:t>
      </w:r>
      <w:proofErr w:type="spellEnd"/>
    </w:p>
    <w:p w14:paraId="2A1F9179" w14:textId="77777777" w:rsidR="00A904C4" w:rsidRPr="0063699D" w:rsidRDefault="00FC2AAC" w:rsidP="00A565D1">
      <w:pPr>
        <w:pStyle w:val="ListParagraph"/>
        <w:numPr>
          <w:ilvl w:val="0"/>
          <w:numId w:val="7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Налорфіну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бемегрід</w:t>
      </w:r>
      <w:proofErr w:type="spellEnd"/>
    </w:p>
    <w:p w14:paraId="181C90BF" w14:textId="77777777" w:rsidR="00A904C4" w:rsidRPr="0063699D" w:rsidRDefault="00FC2AAC" w:rsidP="00A565D1">
      <w:pPr>
        <w:pStyle w:val="ListParagraph"/>
        <w:numPr>
          <w:ilvl w:val="0"/>
          <w:numId w:val="7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Глюкоза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дефероксамин</w:t>
      </w:r>
      <w:proofErr w:type="spellEnd"/>
    </w:p>
    <w:p w14:paraId="1AE9B54C" w14:textId="77777777" w:rsidR="00A904C4" w:rsidRPr="0063699D" w:rsidRDefault="00FC2AAC" w:rsidP="00A565D1">
      <w:pPr>
        <w:pStyle w:val="ListParagraph"/>
        <w:numPr>
          <w:ilvl w:val="0"/>
          <w:numId w:val="7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Карбохолін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галантамін</w:t>
      </w:r>
      <w:proofErr w:type="spellEnd"/>
    </w:p>
    <w:p w14:paraId="12DCEA25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оперативного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тубокурарина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00F567F" w14:textId="77777777" w:rsidR="00A904C4" w:rsidRPr="0063699D" w:rsidRDefault="00FC2AAC" w:rsidP="00A565D1">
      <w:pPr>
        <w:pStyle w:val="ListParagraph"/>
        <w:numPr>
          <w:ilvl w:val="0"/>
          <w:numId w:val="7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Кумуляція</w:t>
      </w:r>
      <w:proofErr w:type="spellEnd"/>
    </w:p>
    <w:p w14:paraId="277623CD" w14:textId="77777777" w:rsidR="00A904C4" w:rsidRPr="0063699D" w:rsidRDefault="00FC2AAC" w:rsidP="00A565D1">
      <w:pPr>
        <w:pStyle w:val="ListParagraph"/>
        <w:numPr>
          <w:ilvl w:val="0"/>
          <w:numId w:val="7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Антагонізм</w:t>
      </w:r>
      <w:proofErr w:type="spellEnd"/>
    </w:p>
    <w:p w14:paraId="7A4824E5" w14:textId="77777777" w:rsidR="00A904C4" w:rsidRPr="0063699D" w:rsidRDefault="00FC2AAC" w:rsidP="00A565D1">
      <w:pPr>
        <w:pStyle w:val="ListParagraph"/>
        <w:numPr>
          <w:ilvl w:val="0"/>
          <w:numId w:val="7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Синергізм</w:t>
      </w:r>
      <w:proofErr w:type="spellEnd"/>
    </w:p>
    <w:p w14:paraId="3CBC5296" w14:textId="77777777" w:rsidR="00A904C4" w:rsidRPr="0063699D" w:rsidRDefault="00FC2AAC" w:rsidP="00A565D1">
      <w:pPr>
        <w:pStyle w:val="ListParagraph"/>
        <w:numPr>
          <w:ilvl w:val="0"/>
          <w:numId w:val="7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Тахіфілаксія</w:t>
      </w:r>
      <w:proofErr w:type="spellEnd"/>
    </w:p>
    <w:p w14:paraId="1FB925D4" w14:textId="77777777" w:rsidR="00A904C4" w:rsidRPr="0063699D" w:rsidRDefault="00FC2AAC" w:rsidP="00A565D1">
      <w:pPr>
        <w:pStyle w:val="ListParagraph"/>
        <w:numPr>
          <w:ilvl w:val="0"/>
          <w:numId w:val="7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Агонізм</w:t>
      </w:r>
      <w:proofErr w:type="spellEnd"/>
    </w:p>
    <w:p w14:paraId="1CECE79F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реактиваторів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ацетилхолінестерази</w:t>
      </w:r>
      <w:proofErr w:type="spellEnd"/>
    </w:p>
    <w:p w14:paraId="477E7BAE" w14:textId="77777777" w:rsidR="00A904C4" w:rsidRPr="0063699D" w:rsidRDefault="00FC2AAC" w:rsidP="00A565D1">
      <w:pPr>
        <w:pStyle w:val="ListParagraph"/>
        <w:numPr>
          <w:ilvl w:val="0"/>
          <w:numId w:val="7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Прозерин</w:t>
      </w:r>
      <w:proofErr w:type="spellEnd"/>
    </w:p>
    <w:p w14:paraId="5A5B8F89" w14:textId="77777777" w:rsidR="00A904C4" w:rsidRPr="0063699D" w:rsidRDefault="00FC2AAC" w:rsidP="00A565D1">
      <w:pPr>
        <w:pStyle w:val="ListParagraph"/>
        <w:numPr>
          <w:ilvl w:val="0"/>
          <w:numId w:val="7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</w:t>
      </w:r>
      <w:proofErr w:type="spellEnd"/>
    </w:p>
    <w:p w14:paraId="059E65FF" w14:textId="77777777" w:rsidR="00A904C4" w:rsidRPr="0063699D" w:rsidRDefault="00FC2AAC" w:rsidP="00A565D1">
      <w:pPr>
        <w:pStyle w:val="ListParagraph"/>
        <w:numPr>
          <w:ilvl w:val="0"/>
          <w:numId w:val="7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Дитилін</w:t>
      </w:r>
      <w:proofErr w:type="spellEnd"/>
    </w:p>
    <w:p w14:paraId="28BB9858" w14:textId="77777777" w:rsidR="00A904C4" w:rsidRPr="0063699D" w:rsidRDefault="00FC2AAC" w:rsidP="00A565D1">
      <w:pPr>
        <w:pStyle w:val="ListParagraph"/>
        <w:numPr>
          <w:ilvl w:val="0"/>
          <w:numId w:val="7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Ацеклідин</w:t>
      </w:r>
      <w:proofErr w:type="spellEnd"/>
    </w:p>
    <w:p w14:paraId="3FD01DFE" w14:textId="77777777" w:rsidR="00A904C4" w:rsidRPr="0063699D" w:rsidRDefault="00FC2AAC" w:rsidP="00A565D1">
      <w:pPr>
        <w:pStyle w:val="ListParagraph"/>
        <w:numPr>
          <w:ilvl w:val="0"/>
          <w:numId w:val="7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Діпіроксим</w:t>
      </w:r>
      <w:proofErr w:type="spellEnd"/>
    </w:p>
    <w:p w14:paraId="2E1B71B1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DE553A9" w14:textId="77777777" w:rsidR="00A904C4" w:rsidRPr="0063699D" w:rsidRDefault="00FC2AAC" w:rsidP="00A565D1">
      <w:pPr>
        <w:pStyle w:val="ListParagraph"/>
        <w:numPr>
          <w:ilvl w:val="0"/>
          <w:numId w:val="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адсорбуючих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11C77BB9" w14:textId="77777777" w:rsidR="00A904C4" w:rsidRPr="0063699D" w:rsidRDefault="00FC2AAC" w:rsidP="00A565D1">
      <w:pPr>
        <w:pStyle w:val="ListParagraph"/>
        <w:numPr>
          <w:ilvl w:val="0"/>
          <w:numId w:val="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3-5%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бікарбонату</w:t>
      </w:r>
      <w:proofErr w:type="spellEnd"/>
    </w:p>
    <w:p w14:paraId="2CE22F77" w14:textId="77777777" w:rsidR="00A904C4" w:rsidRPr="0063699D" w:rsidRDefault="00FC2AAC" w:rsidP="00A565D1">
      <w:pPr>
        <w:pStyle w:val="ListParagraph"/>
        <w:numPr>
          <w:ilvl w:val="0"/>
          <w:numId w:val="7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холіноміметиків</w:t>
      </w:r>
      <w:proofErr w:type="spellEnd"/>
    </w:p>
    <w:p w14:paraId="7C43B81A" w14:textId="77777777" w:rsidR="00A904C4" w:rsidRPr="0063699D" w:rsidRDefault="00FC2AAC" w:rsidP="00A565D1">
      <w:pPr>
        <w:pStyle w:val="ListParagraph"/>
        <w:numPr>
          <w:ilvl w:val="0"/>
          <w:numId w:val="7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холіноблокаторів</w:t>
      </w:r>
      <w:proofErr w:type="spellEnd"/>
    </w:p>
    <w:p w14:paraId="4CFAAF69" w14:textId="77777777" w:rsidR="00A904C4" w:rsidRPr="0063699D" w:rsidRDefault="00FC2AAC" w:rsidP="00A565D1">
      <w:pPr>
        <w:pStyle w:val="ListParagraph"/>
        <w:numPr>
          <w:ilvl w:val="0"/>
          <w:numId w:val="7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реактиваторів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холінестерази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482833A0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9514ADB" w14:textId="77777777" w:rsidR="00A904C4" w:rsidRPr="0063699D" w:rsidRDefault="00FC2AAC" w:rsidP="00A565D1">
      <w:pPr>
        <w:pStyle w:val="ListParagraph"/>
        <w:numPr>
          <w:ilvl w:val="0"/>
          <w:numId w:val="7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Цитітон</w:t>
      </w:r>
      <w:proofErr w:type="spellEnd"/>
    </w:p>
    <w:p w14:paraId="4EB18335" w14:textId="77777777" w:rsidR="00A904C4" w:rsidRPr="0063699D" w:rsidRDefault="00FC2AAC" w:rsidP="00A565D1">
      <w:pPr>
        <w:pStyle w:val="ListParagraph"/>
        <w:numPr>
          <w:ilvl w:val="0"/>
          <w:numId w:val="7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Пілокарпін</w:t>
      </w:r>
      <w:proofErr w:type="spellEnd"/>
    </w:p>
    <w:p w14:paraId="0B036552" w14:textId="77777777" w:rsidR="00A904C4" w:rsidRPr="0063699D" w:rsidRDefault="00FC2AAC" w:rsidP="00A565D1">
      <w:pPr>
        <w:pStyle w:val="ListParagraph"/>
        <w:numPr>
          <w:ilvl w:val="0"/>
          <w:numId w:val="7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Фізостигмін</w:t>
      </w:r>
      <w:proofErr w:type="spellEnd"/>
    </w:p>
    <w:p w14:paraId="1C529ED5" w14:textId="77777777" w:rsidR="00A904C4" w:rsidRPr="0063699D" w:rsidRDefault="00FC2AAC" w:rsidP="00A565D1">
      <w:pPr>
        <w:pStyle w:val="ListParagraph"/>
        <w:numPr>
          <w:ilvl w:val="0"/>
          <w:numId w:val="7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Табекс</w:t>
      </w:r>
      <w:proofErr w:type="spellEnd"/>
    </w:p>
    <w:p w14:paraId="28A41305" w14:textId="77777777" w:rsidR="00A904C4" w:rsidRPr="0063699D" w:rsidRDefault="00FC2AAC" w:rsidP="00A565D1">
      <w:pPr>
        <w:pStyle w:val="ListParagraph"/>
        <w:numPr>
          <w:ilvl w:val="0"/>
          <w:numId w:val="7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Фізостигмін</w:t>
      </w:r>
      <w:proofErr w:type="spellEnd"/>
    </w:p>
    <w:p w14:paraId="397A5ECA" w14:textId="77777777" w:rsidR="00A904C4" w:rsidRPr="0063699D" w:rsidRDefault="00FC2AAC" w:rsidP="00A565D1">
      <w:pPr>
        <w:pStyle w:val="ListParagraph"/>
        <w:numPr>
          <w:ilvl w:val="0"/>
          <w:numId w:val="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мускарином?</w:t>
      </w:r>
    </w:p>
    <w:p w14:paraId="26933929" w14:textId="77777777" w:rsidR="00A904C4" w:rsidRPr="0063699D" w:rsidRDefault="00FC2AAC" w:rsidP="00A565D1">
      <w:pPr>
        <w:pStyle w:val="ListParagraph"/>
        <w:numPr>
          <w:ilvl w:val="0"/>
          <w:numId w:val="7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Пілокарпін</w:t>
      </w:r>
      <w:proofErr w:type="spellEnd"/>
    </w:p>
    <w:p w14:paraId="7904A232" w14:textId="77777777" w:rsidR="00A904C4" w:rsidRPr="0063699D" w:rsidRDefault="00FC2AAC" w:rsidP="00A565D1">
      <w:pPr>
        <w:pStyle w:val="ListParagraph"/>
        <w:numPr>
          <w:ilvl w:val="0"/>
          <w:numId w:val="7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Прозерин</w:t>
      </w:r>
      <w:proofErr w:type="spellEnd"/>
    </w:p>
    <w:p w14:paraId="41CF633B" w14:textId="77777777" w:rsidR="00A904C4" w:rsidRPr="0063699D" w:rsidRDefault="00FC2AAC" w:rsidP="00A565D1">
      <w:pPr>
        <w:pStyle w:val="ListParagraph"/>
        <w:numPr>
          <w:ilvl w:val="0"/>
          <w:numId w:val="7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Тубокурарин</w:t>
      </w:r>
      <w:proofErr w:type="spellEnd"/>
    </w:p>
    <w:p w14:paraId="4C1EAD11" w14:textId="77777777" w:rsidR="00A904C4" w:rsidRPr="0063699D" w:rsidRDefault="00FC2AAC" w:rsidP="00A565D1">
      <w:pPr>
        <w:pStyle w:val="ListParagraph"/>
        <w:numPr>
          <w:ilvl w:val="0"/>
          <w:numId w:val="7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Пентамін</w:t>
      </w:r>
      <w:proofErr w:type="spellEnd"/>
    </w:p>
    <w:p w14:paraId="4FE24ED3" w14:textId="77777777" w:rsidR="00A904C4" w:rsidRPr="0063699D" w:rsidRDefault="00FC2AAC" w:rsidP="00A565D1">
      <w:pPr>
        <w:pStyle w:val="ListParagraph"/>
        <w:numPr>
          <w:ilvl w:val="0"/>
          <w:numId w:val="7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</w:t>
      </w:r>
      <w:proofErr w:type="spellEnd"/>
    </w:p>
    <w:p w14:paraId="7F05B17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uk-UA"/>
        </w:rPr>
      </w:pPr>
    </w:p>
    <w:p w14:paraId="7D18611D" w14:textId="14801C8D" w:rsidR="00A904C4" w:rsidRPr="0063699D" w:rsidRDefault="00FC2AAC" w:rsidP="00B2143D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№8. ОСОБЛИВОСТІ ФАРМАКОЛОГІЇ АДРЕНЕРГІЧНИХ ЗАСОБІВ</w:t>
      </w:r>
    </w:p>
    <w:p w14:paraId="2B528FF8" w14:textId="77777777" w:rsidR="00A904C4" w:rsidRPr="0063699D" w:rsidRDefault="00A904C4" w:rsidP="00B2143D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</w:p>
    <w:p w14:paraId="1969EF71" w14:textId="77777777" w:rsidR="00A904C4" w:rsidRPr="0063699D" w:rsidRDefault="00FC2AAC" w:rsidP="004F29C2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синапси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суттєво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спорідненістю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Спорідненість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1,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 xml:space="preserve">2,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1,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антиадренергических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практичного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широке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138D6F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25847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F5771F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28BCEFEC" w14:textId="6440ACC5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Будова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синапсу.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4CF19F" w14:textId="7AC36EAB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9DE46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АДРЕНОМІМЕТИЧНІ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F35A3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 xml:space="preserve">-,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7D8D4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(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 xml:space="preserve">1) 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2);</w:t>
      </w:r>
    </w:p>
    <w:p w14:paraId="746959B9" w14:textId="77777777" w:rsidR="00A904C4" w:rsidRPr="0063699D" w:rsidRDefault="00FC2AAC" w:rsidP="004F29C2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1+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2),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2),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1);</w:t>
      </w:r>
    </w:p>
    <w:p w14:paraId="08A3FB7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АДРЕНОБЛОКУЮЧІ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5F264B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 xml:space="preserve">-,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F0D7B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1+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 xml:space="preserve">2),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1);</w:t>
      </w:r>
    </w:p>
    <w:p w14:paraId="13501C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в)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1+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2),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1);</w:t>
      </w:r>
    </w:p>
    <w:p w14:paraId="035419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симпатолітики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C61F79F" w14:textId="0FC12900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эпінефрину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гідротартрат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екстремальних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655F3C" w14:textId="77777777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Ефедрин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екстремальних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0374C8" w14:textId="77777777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гідротартрат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8A423C1" w14:textId="77777777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Галазолін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нафтизин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деконгестантів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FC69C6" w14:textId="77777777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митилдофа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гуанфацін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D728F6C" w14:textId="77777777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орципреналін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пульмонології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EF4E871" w14:textId="77777777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Салбутамол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фенотерол,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формотерол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галузях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пульмонологія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акушерство).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861875" w14:textId="65080882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651F70" w14:textId="2539A0D3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Дигідроерготамін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фентоламін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піроксан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D73EAD9" w14:textId="480E1338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Празозин,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доксазозин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3055488" w14:textId="721DF74D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Лабеталол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карведілол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E88CD1C" w14:textId="6C360DF8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окспренолол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1316DA2" w14:textId="7D1EED54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ацебутолол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симпатоміметичною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47BE1C" w14:textId="31606814" w:rsidR="00A904C4" w:rsidRPr="0063699D" w:rsidRDefault="00FC2AAC" w:rsidP="00A565D1">
      <w:pPr>
        <w:pStyle w:val="ListParagraph"/>
        <w:numPr>
          <w:ilvl w:val="0"/>
          <w:numId w:val="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октадін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55255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C866D6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0C1FA006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44AC1F9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медіаторного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вазоконстриктор,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кардіостимулюючою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гладеньких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внутрішньоочний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мідріаз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судиннозвужуючу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3004559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медіаторного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вазоконстриктор,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на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практично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C7143A5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тахиаритмію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тиждень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приступів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болю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навантажень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задишка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почастішали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бронхоспазму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3CE264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 почало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відмічатися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Водночас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апатія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настрою,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носового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C5DAD1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внутрішньоочний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спазм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психостимулюючою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повторному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3683826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адреноблокуючого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медіаторів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пресинаптичних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закінченнях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3EFACC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силу і частоту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потребу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юкстагломерулярним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апаратом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7B283AA6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фторотановим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ізофлурановим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наркозом.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5EEAA4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астми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15C64A1" w14:textId="2688472C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катехоламіном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бронхолітичну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атріовентрикулярних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блокад.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8D402B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E376A2" w14:textId="77777777" w:rsidR="00A904C4" w:rsidRPr="0063699D" w:rsidRDefault="00FC2AAC" w:rsidP="00A565D1">
      <w:pPr>
        <w:pStyle w:val="ListParagraph"/>
        <w:numPr>
          <w:ilvl w:val="0"/>
          <w:numId w:val="9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показаний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аденомою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передміхурової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524AE37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1E062C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самоконтролю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>:</w:t>
      </w:r>
    </w:p>
    <w:p w14:paraId="6DF60C89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Офтальмолог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очного дна).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стало причиною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мідріазу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індукованого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препаратом?</w:t>
      </w:r>
    </w:p>
    <w:p w14:paraId="134BC375" w14:textId="77777777" w:rsidR="00A904C4" w:rsidRPr="0063699D" w:rsidRDefault="00FC2AAC" w:rsidP="00A565D1">
      <w:pPr>
        <w:pStyle w:val="ListParagraph"/>
        <w:numPr>
          <w:ilvl w:val="0"/>
          <w:numId w:val="8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α1-адренорецепторів</w:t>
      </w:r>
    </w:p>
    <w:p w14:paraId="5C961154" w14:textId="77777777" w:rsidR="00A904C4" w:rsidRPr="0063699D" w:rsidRDefault="00FC2AAC" w:rsidP="00A565D1">
      <w:pPr>
        <w:pStyle w:val="ListParagraph"/>
        <w:numPr>
          <w:ilvl w:val="0"/>
          <w:numId w:val="8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α2-адренорецепторів</w:t>
      </w:r>
    </w:p>
    <w:p w14:paraId="0423BBB4" w14:textId="77777777" w:rsidR="00A904C4" w:rsidRPr="0063699D" w:rsidRDefault="00FC2AAC" w:rsidP="00A565D1">
      <w:pPr>
        <w:pStyle w:val="ListParagraph"/>
        <w:numPr>
          <w:ilvl w:val="0"/>
          <w:numId w:val="8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α1-адренорецепторів</w:t>
      </w:r>
    </w:p>
    <w:p w14:paraId="69E4A95A" w14:textId="77777777" w:rsidR="00A904C4" w:rsidRPr="0063699D" w:rsidRDefault="00FC2AAC" w:rsidP="00A565D1">
      <w:pPr>
        <w:pStyle w:val="ListParagraph"/>
        <w:numPr>
          <w:ilvl w:val="0"/>
          <w:numId w:val="8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β1-адренорецепторів</w:t>
      </w:r>
    </w:p>
    <w:p w14:paraId="0441CE0C" w14:textId="77777777" w:rsidR="00A904C4" w:rsidRPr="0063699D" w:rsidRDefault="00FC2AAC" w:rsidP="00A565D1">
      <w:pPr>
        <w:pStyle w:val="ListParagraph"/>
        <w:numPr>
          <w:ilvl w:val="0"/>
          <w:numId w:val="8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</w:rPr>
        <w:t>холінорецепторів</w:t>
      </w:r>
      <w:proofErr w:type="spellEnd"/>
    </w:p>
    <w:p w14:paraId="6B8A487F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регулярного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тривога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тремор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усунути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330C1B6F" w14:textId="77777777" w:rsidR="00A904C4" w:rsidRPr="0063699D" w:rsidRDefault="00FC2AAC" w:rsidP="00A565D1">
      <w:pPr>
        <w:pStyle w:val="ListParagraph"/>
        <w:numPr>
          <w:ilvl w:val="0"/>
          <w:numId w:val="8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Бутамід</w:t>
      </w:r>
      <w:proofErr w:type="spellEnd"/>
    </w:p>
    <w:p w14:paraId="72854F5B" w14:textId="77777777" w:rsidR="00A904C4" w:rsidRPr="0063699D" w:rsidRDefault="00FC2AAC" w:rsidP="00A565D1">
      <w:pPr>
        <w:pStyle w:val="ListParagraph"/>
        <w:numPr>
          <w:ilvl w:val="0"/>
          <w:numId w:val="8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</w:p>
    <w:p w14:paraId="7F4254AF" w14:textId="77777777" w:rsidR="00A904C4" w:rsidRPr="0063699D" w:rsidRDefault="00FC2AAC" w:rsidP="00A565D1">
      <w:pPr>
        <w:pStyle w:val="ListParagraph"/>
        <w:numPr>
          <w:ilvl w:val="0"/>
          <w:numId w:val="8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Кофеїн</w:t>
      </w:r>
      <w:proofErr w:type="spellEnd"/>
    </w:p>
    <w:p w14:paraId="2EB7BCE1" w14:textId="77777777" w:rsidR="00A904C4" w:rsidRPr="0063699D" w:rsidRDefault="00FC2AAC" w:rsidP="00A565D1">
      <w:pPr>
        <w:pStyle w:val="ListParagraph"/>
        <w:numPr>
          <w:ilvl w:val="0"/>
          <w:numId w:val="8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гідротартрат</w:t>
      </w:r>
      <w:proofErr w:type="spellEnd"/>
    </w:p>
    <w:p w14:paraId="59D5CE97" w14:textId="77777777" w:rsidR="00A904C4" w:rsidRPr="0063699D" w:rsidRDefault="00FC2AAC" w:rsidP="00A565D1">
      <w:pPr>
        <w:pStyle w:val="ListParagraph"/>
        <w:numPr>
          <w:ilvl w:val="0"/>
          <w:numId w:val="8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Глибутід</w:t>
      </w:r>
      <w:proofErr w:type="spellEnd"/>
    </w:p>
    <w:p w14:paraId="7A63624D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астму,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згодом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астми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почастішали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був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51BF0FF2" w14:textId="77777777" w:rsidR="00A904C4" w:rsidRPr="0063699D" w:rsidRDefault="00FC2AAC" w:rsidP="00A565D1">
      <w:pPr>
        <w:pStyle w:val="ListParagraph"/>
        <w:numPr>
          <w:ilvl w:val="0"/>
          <w:numId w:val="8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Салбутамол</w:t>
      </w:r>
      <w:proofErr w:type="spellEnd"/>
    </w:p>
    <w:p w14:paraId="29D38704" w14:textId="77777777" w:rsidR="00A904C4" w:rsidRPr="0063699D" w:rsidRDefault="00FC2AAC" w:rsidP="00A565D1">
      <w:pPr>
        <w:pStyle w:val="ListParagraph"/>
        <w:numPr>
          <w:ilvl w:val="0"/>
          <w:numId w:val="8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Пропранолол</w:t>
      </w:r>
      <w:proofErr w:type="spellEnd"/>
    </w:p>
    <w:p w14:paraId="32EF5E99" w14:textId="77777777" w:rsidR="00A904C4" w:rsidRPr="0063699D" w:rsidRDefault="00FC2AAC" w:rsidP="00A565D1">
      <w:pPr>
        <w:pStyle w:val="ListParagraph"/>
        <w:numPr>
          <w:ilvl w:val="0"/>
          <w:numId w:val="8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Ізадрін</w:t>
      </w:r>
      <w:proofErr w:type="spellEnd"/>
    </w:p>
    <w:p w14:paraId="240CEBA0" w14:textId="77777777" w:rsidR="00A904C4" w:rsidRPr="0063699D" w:rsidRDefault="00FC2AAC" w:rsidP="00A565D1">
      <w:pPr>
        <w:pStyle w:val="ListParagraph"/>
        <w:numPr>
          <w:ilvl w:val="0"/>
          <w:numId w:val="8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Піроксан</w:t>
      </w:r>
      <w:proofErr w:type="spellEnd"/>
    </w:p>
    <w:p w14:paraId="1EB81D03" w14:textId="77777777" w:rsidR="00A904C4" w:rsidRPr="0063699D" w:rsidRDefault="00FC2AAC" w:rsidP="00A565D1">
      <w:pPr>
        <w:pStyle w:val="ListParagraph"/>
        <w:numPr>
          <w:ilvl w:val="0"/>
          <w:numId w:val="8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Фенотерол</w:t>
      </w:r>
      <w:proofErr w:type="spellEnd"/>
    </w:p>
    <w:p w14:paraId="183DC54C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направлений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14C6B9D9" w14:textId="77777777" w:rsidR="00A904C4" w:rsidRPr="0063699D" w:rsidRDefault="00FC2AAC" w:rsidP="00A565D1">
      <w:pPr>
        <w:pStyle w:val="ListParagraph"/>
        <w:numPr>
          <w:ilvl w:val="0"/>
          <w:numId w:val="8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Метопролол</w:t>
      </w:r>
      <w:proofErr w:type="spellEnd"/>
    </w:p>
    <w:p w14:paraId="26D46704" w14:textId="77777777" w:rsidR="00A904C4" w:rsidRPr="0063699D" w:rsidRDefault="00FC2AAC" w:rsidP="00A565D1">
      <w:pPr>
        <w:pStyle w:val="ListParagraph"/>
        <w:numPr>
          <w:ilvl w:val="0"/>
          <w:numId w:val="8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сульфат</w:t>
      </w:r>
      <w:proofErr w:type="spellEnd"/>
    </w:p>
    <w:p w14:paraId="3D80CC3C" w14:textId="77777777" w:rsidR="00A904C4" w:rsidRPr="0063699D" w:rsidRDefault="00FC2AAC" w:rsidP="00A565D1">
      <w:pPr>
        <w:pStyle w:val="ListParagraph"/>
        <w:numPr>
          <w:ilvl w:val="0"/>
          <w:numId w:val="8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Празозин</w:t>
      </w:r>
      <w:proofErr w:type="spellEnd"/>
    </w:p>
    <w:p w14:paraId="1127F417" w14:textId="77777777" w:rsidR="00A904C4" w:rsidRPr="0063699D" w:rsidRDefault="00FC2AAC" w:rsidP="00A565D1">
      <w:pPr>
        <w:pStyle w:val="ListParagraph"/>
        <w:numPr>
          <w:ilvl w:val="0"/>
          <w:numId w:val="8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Ефедрин</w:t>
      </w:r>
      <w:proofErr w:type="spellEnd"/>
    </w:p>
    <w:p w14:paraId="44CBC51C" w14:textId="77777777" w:rsidR="00A904C4" w:rsidRPr="0063699D" w:rsidRDefault="00FC2AAC" w:rsidP="00A565D1">
      <w:pPr>
        <w:pStyle w:val="ListParagraph"/>
        <w:numPr>
          <w:ilvl w:val="0"/>
          <w:numId w:val="8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Салбутамол</w:t>
      </w:r>
      <w:proofErr w:type="spellEnd"/>
    </w:p>
    <w:p w14:paraId="5855AA32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феохромоцитому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>?</w:t>
      </w:r>
    </w:p>
    <w:p w14:paraId="696F3700" w14:textId="77777777" w:rsidR="00A904C4" w:rsidRPr="0063699D" w:rsidRDefault="00FC2AAC" w:rsidP="00A565D1">
      <w:pPr>
        <w:pStyle w:val="ListParagraph"/>
        <w:numPr>
          <w:ilvl w:val="0"/>
          <w:numId w:val="8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6A9DD7FC" w14:textId="77777777" w:rsidR="00A904C4" w:rsidRPr="0063699D" w:rsidRDefault="00FC2AAC" w:rsidP="00A565D1">
      <w:pPr>
        <w:pStyle w:val="ListParagraph"/>
        <w:numPr>
          <w:ilvl w:val="0"/>
          <w:numId w:val="8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Ізадрін</w:t>
      </w:r>
      <w:proofErr w:type="spellEnd"/>
    </w:p>
    <w:p w14:paraId="4473C858" w14:textId="77777777" w:rsidR="00A904C4" w:rsidRPr="0063699D" w:rsidRDefault="00FC2AAC" w:rsidP="00A565D1">
      <w:pPr>
        <w:pStyle w:val="ListParagraph"/>
        <w:numPr>
          <w:ilvl w:val="0"/>
          <w:numId w:val="8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Фентоламін</w:t>
      </w:r>
      <w:proofErr w:type="spellEnd"/>
    </w:p>
    <w:p w14:paraId="28D9C418" w14:textId="77777777" w:rsidR="00A904C4" w:rsidRPr="0063699D" w:rsidRDefault="00FC2AAC" w:rsidP="00A565D1">
      <w:pPr>
        <w:pStyle w:val="ListParagraph"/>
        <w:numPr>
          <w:ilvl w:val="0"/>
          <w:numId w:val="8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Празозин</w:t>
      </w:r>
      <w:proofErr w:type="spellEnd"/>
    </w:p>
    <w:p w14:paraId="45448451" w14:textId="77777777" w:rsidR="00A904C4" w:rsidRPr="0063699D" w:rsidRDefault="00FC2AAC" w:rsidP="00A565D1">
      <w:pPr>
        <w:pStyle w:val="ListParagraph"/>
        <w:numPr>
          <w:ilvl w:val="0"/>
          <w:numId w:val="8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Резерпін</w:t>
      </w:r>
      <w:proofErr w:type="spellEnd"/>
    </w:p>
    <w:p w14:paraId="7094E8B8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локалізацію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α1-адренорецепторів:</w:t>
      </w:r>
    </w:p>
    <w:p w14:paraId="1BB0DE1F" w14:textId="77777777" w:rsidR="00A904C4" w:rsidRPr="0063699D" w:rsidRDefault="00FC2AAC" w:rsidP="00A565D1">
      <w:pPr>
        <w:pStyle w:val="ListParagraph"/>
        <w:numPr>
          <w:ilvl w:val="0"/>
          <w:numId w:val="8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Вегетативні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ганглії</w:t>
      </w:r>
      <w:proofErr w:type="spellEnd"/>
    </w:p>
    <w:p w14:paraId="6B4607BA" w14:textId="77777777" w:rsidR="00A904C4" w:rsidRPr="0063699D" w:rsidRDefault="00FC2AAC" w:rsidP="00A565D1">
      <w:pPr>
        <w:pStyle w:val="ListParagraph"/>
        <w:numPr>
          <w:ilvl w:val="0"/>
          <w:numId w:val="8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кишечнику</w:t>
      </w:r>
      <w:proofErr w:type="spellEnd"/>
    </w:p>
    <w:p w14:paraId="78A35ACF" w14:textId="77777777" w:rsidR="00A904C4" w:rsidRPr="0063699D" w:rsidRDefault="00FC2AAC" w:rsidP="00A565D1">
      <w:pPr>
        <w:pStyle w:val="ListParagraph"/>
        <w:numPr>
          <w:ilvl w:val="0"/>
          <w:numId w:val="8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Печінка</w:t>
      </w:r>
      <w:proofErr w:type="spellEnd"/>
    </w:p>
    <w:p w14:paraId="2DDFBB4D" w14:textId="77777777" w:rsidR="00A904C4" w:rsidRPr="0063699D" w:rsidRDefault="00FC2AAC" w:rsidP="00A565D1">
      <w:pPr>
        <w:pStyle w:val="ListParagraph"/>
        <w:numPr>
          <w:ilvl w:val="0"/>
          <w:numId w:val="8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Каротидні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клубочки</w:t>
      </w:r>
      <w:proofErr w:type="spellEnd"/>
    </w:p>
    <w:p w14:paraId="7B213570" w14:textId="77777777" w:rsidR="00A904C4" w:rsidRPr="0063699D" w:rsidRDefault="00FC2AAC" w:rsidP="00A565D1">
      <w:pPr>
        <w:pStyle w:val="ListParagraph"/>
        <w:numPr>
          <w:ilvl w:val="0"/>
          <w:numId w:val="85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Мозковий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шар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наднирників</w:t>
      </w:r>
      <w:proofErr w:type="spellEnd"/>
    </w:p>
    <w:p w14:paraId="440BF9EE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локалізацію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β1-адренорецепторів:</w:t>
      </w:r>
    </w:p>
    <w:p w14:paraId="1A7FFD33" w14:textId="77777777" w:rsidR="00A904C4" w:rsidRPr="0063699D" w:rsidRDefault="00FC2AAC" w:rsidP="00A565D1">
      <w:pPr>
        <w:pStyle w:val="ListParagraph"/>
        <w:numPr>
          <w:ilvl w:val="0"/>
          <w:numId w:val="8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Серце</w:t>
      </w:r>
      <w:proofErr w:type="spellEnd"/>
    </w:p>
    <w:p w14:paraId="3B2149EC" w14:textId="77777777" w:rsidR="00A904C4" w:rsidRPr="0063699D" w:rsidRDefault="00FC2AAC" w:rsidP="00A565D1">
      <w:pPr>
        <w:pStyle w:val="ListParagraph"/>
        <w:numPr>
          <w:ilvl w:val="0"/>
          <w:numId w:val="8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Радіальний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м’яз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райдужки</w:t>
      </w:r>
      <w:proofErr w:type="spellEnd"/>
    </w:p>
    <w:p w14:paraId="071DA5A6" w14:textId="77777777" w:rsidR="00A904C4" w:rsidRPr="0063699D" w:rsidRDefault="00FC2AAC" w:rsidP="00A565D1">
      <w:pPr>
        <w:pStyle w:val="ListParagraph"/>
        <w:numPr>
          <w:ilvl w:val="0"/>
          <w:numId w:val="8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Вегетативні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ганглії</w:t>
      </w:r>
      <w:proofErr w:type="spellEnd"/>
    </w:p>
    <w:p w14:paraId="17688CA7" w14:textId="77777777" w:rsidR="00A904C4" w:rsidRPr="0063699D" w:rsidRDefault="00FC2AAC" w:rsidP="00A565D1">
      <w:pPr>
        <w:pStyle w:val="ListParagraph"/>
        <w:numPr>
          <w:ilvl w:val="0"/>
          <w:numId w:val="8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Гладенькі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м’язи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внутрішній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20E890C0" w14:textId="77777777" w:rsidR="00A904C4" w:rsidRPr="0063699D" w:rsidRDefault="00FC2AAC" w:rsidP="00A565D1">
      <w:pPr>
        <w:pStyle w:val="ListParagraph"/>
        <w:numPr>
          <w:ilvl w:val="0"/>
          <w:numId w:val="86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Матка</w:t>
      </w:r>
      <w:proofErr w:type="spellEnd"/>
    </w:p>
    <w:p w14:paraId="1505E46D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Оберіть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бронхолітичний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1E18F8CD" w14:textId="77777777" w:rsidR="00A904C4" w:rsidRPr="0063699D" w:rsidRDefault="00FC2AAC" w:rsidP="00A565D1">
      <w:pPr>
        <w:pStyle w:val="ListParagraph"/>
        <w:numPr>
          <w:ilvl w:val="0"/>
          <w:numId w:val="8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Ізадрін</w:t>
      </w:r>
      <w:proofErr w:type="spellEnd"/>
    </w:p>
    <w:p w14:paraId="3F0D83B9" w14:textId="77777777" w:rsidR="00A904C4" w:rsidRPr="0063699D" w:rsidRDefault="00FC2AAC" w:rsidP="00A565D1">
      <w:pPr>
        <w:pStyle w:val="ListParagraph"/>
        <w:numPr>
          <w:ilvl w:val="0"/>
          <w:numId w:val="8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</w:p>
    <w:p w14:paraId="04833357" w14:textId="77777777" w:rsidR="00A904C4" w:rsidRPr="0063699D" w:rsidRDefault="00FC2AAC" w:rsidP="00A565D1">
      <w:pPr>
        <w:pStyle w:val="ListParagraph"/>
        <w:numPr>
          <w:ilvl w:val="0"/>
          <w:numId w:val="8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Салбутамол</w:t>
      </w:r>
      <w:proofErr w:type="spellEnd"/>
    </w:p>
    <w:p w14:paraId="38554FFF" w14:textId="77777777" w:rsidR="00A904C4" w:rsidRPr="0063699D" w:rsidRDefault="00FC2AAC" w:rsidP="00A565D1">
      <w:pPr>
        <w:pStyle w:val="ListParagraph"/>
        <w:numPr>
          <w:ilvl w:val="0"/>
          <w:numId w:val="8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Анаприлін</w:t>
      </w:r>
      <w:proofErr w:type="spellEnd"/>
    </w:p>
    <w:p w14:paraId="3BEAB6BD" w14:textId="77777777" w:rsidR="00A904C4" w:rsidRPr="0063699D" w:rsidRDefault="00FC2AAC" w:rsidP="00A565D1">
      <w:pPr>
        <w:pStyle w:val="ListParagraph"/>
        <w:numPr>
          <w:ilvl w:val="0"/>
          <w:numId w:val="87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Еуфілін</w:t>
      </w:r>
      <w:proofErr w:type="spellEnd"/>
    </w:p>
    <w:p w14:paraId="367146FA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боротьби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ізофлуранового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наркозу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знижуватись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2BCC840" w14:textId="77777777" w:rsidR="00A904C4" w:rsidRPr="0063699D" w:rsidRDefault="00FC2AAC" w:rsidP="00A565D1">
      <w:pPr>
        <w:pStyle w:val="ListParagraph"/>
        <w:numPr>
          <w:ilvl w:val="0"/>
          <w:numId w:val="8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гідротартрат</w:t>
      </w:r>
      <w:proofErr w:type="spellEnd"/>
    </w:p>
    <w:p w14:paraId="0F5B1A84" w14:textId="77777777" w:rsidR="00A904C4" w:rsidRPr="0063699D" w:rsidRDefault="00FC2AAC" w:rsidP="00A565D1">
      <w:pPr>
        <w:pStyle w:val="ListParagraph"/>
        <w:numPr>
          <w:ilvl w:val="0"/>
          <w:numId w:val="8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3514F692" w14:textId="77777777" w:rsidR="00A904C4" w:rsidRPr="0063699D" w:rsidRDefault="00FC2AAC" w:rsidP="00A565D1">
      <w:pPr>
        <w:pStyle w:val="ListParagraph"/>
        <w:numPr>
          <w:ilvl w:val="0"/>
          <w:numId w:val="8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</w:p>
    <w:p w14:paraId="004416DC" w14:textId="77777777" w:rsidR="00A904C4" w:rsidRPr="0063699D" w:rsidRDefault="00FC2AAC" w:rsidP="00A565D1">
      <w:pPr>
        <w:pStyle w:val="ListParagraph"/>
        <w:numPr>
          <w:ilvl w:val="0"/>
          <w:numId w:val="8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Пентамін</w:t>
      </w:r>
      <w:proofErr w:type="spellEnd"/>
    </w:p>
    <w:p w14:paraId="4F2DA4E7" w14:textId="77777777" w:rsidR="00A904C4" w:rsidRPr="0063699D" w:rsidRDefault="00FC2AAC" w:rsidP="00A565D1">
      <w:pPr>
        <w:pStyle w:val="ListParagraph"/>
        <w:numPr>
          <w:ilvl w:val="0"/>
          <w:numId w:val="88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</w:p>
    <w:p w14:paraId="251C077D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закапування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Оберіть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цей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3F5818E8" w14:textId="77777777" w:rsidR="00A904C4" w:rsidRPr="0063699D" w:rsidRDefault="00FC2AAC" w:rsidP="00A565D1">
      <w:pPr>
        <w:pStyle w:val="ListParagraph"/>
        <w:numPr>
          <w:ilvl w:val="0"/>
          <w:numId w:val="8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Пропанолол</w:t>
      </w:r>
      <w:proofErr w:type="spellEnd"/>
    </w:p>
    <w:p w14:paraId="31C05599" w14:textId="77777777" w:rsidR="00A904C4" w:rsidRPr="0063699D" w:rsidRDefault="00FC2AAC" w:rsidP="00A565D1">
      <w:pPr>
        <w:pStyle w:val="ListParagraph"/>
        <w:numPr>
          <w:ilvl w:val="0"/>
          <w:numId w:val="8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Ізадрін</w:t>
      </w:r>
      <w:proofErr w:type="spellEnd"/>
    </w:p>
    <w:p w14:paraId="3AA095D7" w14:textId="77777777" w:rsidR="00A904C4" w:rsidRPr="0063699D" w:rsidRDefault="00FC2AAC" w:rsidP="00A565D1">
      <w:pPr>
        <w:pStyle w:val="ListParagraph"/>
        <w:numPr>
          <w:ilvl w:val="0"/>
          <w:numId w:val="8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3DA128FB" w14:textId="77777777" w:rsidR="00A904C4" w:rsidRPr="0063699D" w:rsidRDefault="00FC2AAC" w:rsidP="00A565D1">
      <w:pPr>
        <w:pStyle w:val="ListParagraph"/>
        <w:numPr>
          <w:ilvl w:val="0"/>
          <w:numId w:val="8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Ефедрин</w:t>
      </w:r>
      <w:proofErr w:type="spellEnd"/>
    </w:p>
    <w:p w14:paraId="6AADF0C9" w14:textId="77777777" w:rsidR="00A904C4" w:rsidRPr="0063699D" w:rsidRDefault="00FC2AAC" w:rsidP="00A565D1">
      <w:pPr>
        <w:pStyle w:val="ListParagraph"/>
        <w:numPr>
          <w:ilvl w:val="0"/>
          <w:numId w:val="8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Піроксан</w:t>
      </w:r>
      <w:proofErr w:type="spellEnd"/>
    </w:p>
    <w:p w14:paraId="2DFB336D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ринітом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нафтизин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дотримувався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інструкції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почав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закапувати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дуже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часто,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звужуючий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18F09F5D" w14:textId="77777777" w:rsidR="00A904C4" w:rsidRPr="0063699D" w:rsidRDefault="00FC2AAC" w:rsidP="00A565D1">
      <w:pPr>
        <w:pStyle w:val="ListParagraph"/>
        <w:numPr>
          <w:ilvl w:val="0"/>
          <w:numId w:val="9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Тахіфілаксія</w:t>
      </w:r>
      <w:proofErr w:type="spellEnd"/>
    </w:p>
    <w:p w14:paraId="621E6031" w14:textId="77777777" w:rsidR="00A904C4" w:rsidRPr="0063699D" w:rsidRDefault="00FC2AAC" w:rsidP="00A565D1">
      <w:pPr>
        <w:pStyle w:val="ListParagraph"/>
        <w:numPr>
          <w:ilvl w:val="0"/>
          <w:numId w:val="9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Кумуляція</w:t>
      </w:r>
      <w:proofErr w:type="spellEnd"/>
    </w:p>
    <w:p w14:paraId="425D147D" w14:textId="77777777" w:rsidR="00A904C4" w:rsidRPr="0063699D" w:rsidRDefault="00FC2AAC" w:rsidP="00A565D1">
      <w:pPr>
        <w:pStyle w:val="ListParagraph"/>
        <w:numPr>
          <w:ilvl w:val="0"/>
          <w:numId w:val="9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Сенсебілізація</w:t>
      </w:r>
      <w:proofErr w:type="spellEnd"/>
    </w:p>
    <w:p w14:paraId="07E7CD57" w14:textId="77777777" w:rsidR="00A904C4" w:rsidRPr="0063699D" w:rsidRDefault="00FC2AAC" w:rsidP="00A565D1">
      <w:pPr>
        <w:pStyle w:val="ListParagraph"/>
        <w:numPr>
          <w:ilvl w:val="0"/>
          <w:numId w:val="9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Фізична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залежність</w:t>
      </w:r>
      <w:proofErr w:type="spellEnd"/>
    </w:p>
    <w:p w14:paraId="62BD327C" w14:textId="77777777" w:rsidR="00A904C4" w:rsidRPr="0063699D" w:rsidRDefault="00FC2AAC" w:rsidP="00A565D1">
      <w:pPr>
        <w:pStyle w:val="ListParagraph"/>
        <w:numPr>
          <w:ilvl w:val="0"/>
          <w:numId w:val="90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Ідіосинкразія</w:t>
      </w:r>
      <w:proofErr w:type="spellEnd"/>
    </w:p>
    <w:p w14:paraId="0F469B83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інгаляцій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бронхіальної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астми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а в </w:t>
      </w:r>
      <w:proofErr w:type="spellStart"/>
      <w:r w:rsidRPr="0063699D">
        <w:rPr>
          <w:rFonts w:asciiTheme="majorBidi" w:hAnsiTheme="majorBidi" w:cstheme="majorBidi"/>
          <w:sz w:val="22"/>
        </w:rPr>
        <w:t>ін’єкціях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викиднів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22C8A99D" w14:textId="77777777" w:rsidR="00A904C4" w:rsidRPr="0063699D" w:rsidRDefault="00FC2AAC" w:rsidP="00A565D1">
      <w:pPr>
        <w:pStyle w:val="ListParagraph"/>
        <w:numPr>
          <w:ilvl w:val="0"/>
          <w:numId w:val="9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Ізадрін</w:t>
      </w:r>
      <w:proofErr w:type="spellEnd"/>
    </w:p>
    <w:p w14:paraId="071FA848" w14:textId="77777777" w:rsidR="00A904C4" w:rsidRPr="0063699D" w:rsidRDefault="00FC2AAC" w:rsidP="00A565D1">
      <w:pPr>
        <w:pStyle w:val="ListParagraph"/>
        <w:numPr>
          <w:ilvl w:val="0"/>
          <w:numId w:val="9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гідрохлорид</w:t>
      </w:r>
      <w:proofErr w:type="spellEnd"/>
    </w:p>
    <w:p w14:paraId="64878721" w14:textId="77777777" w:rsidR="00A904C4" w:rsidRPr="0063699D" w:rsidRDefault="00FC2AAC" w:rsidP="00A565D1">
      <w:pPr>
        <w:pStyle w:val="ListParagraph"/>
        <w:numPr>
          <w:ilvl w:val="0"/>
          <w:numId w:val="9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3E57E6F0" w14:textId="77777777" w:rsidR="00A904C4" w:rsidRPr="0063699D" w:rsidRDefault="00FC2AAC" w:rsidP="00A565D1">
      <w:pPr>
        <w:pStyle w:val="ListParagraph"/>
        <w:numPr>
          <w:ilvl w:val="0"/>
          <w:numId w:val="9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Феноторол</w:t>
      </w:r>
      <w:proofErr w:type="spellEnd"/>
    </w:p>
    <w:p w14:paraId="4D4358E2" w14:textId="77777777" w:rsidR="00A904C4" w:rsidRPr="0063699D" w:rsidRDefault="00FC2AAC" w:rsidP="00A565D1">
      <w:pPr>
        <w:pStyle w:val="ListParagraph"/>
        <w:numPr>
          <w:ilvl w:val="0"/>
          <w:numId w:val="91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Празозин</w:t>
      </w:r>
      <w:proofErr w:type="spellEnd"/>
    </w:p>
    <w:p w14:paraId="2BB5ABD2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Кардіоселективний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короткочасного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38D6955" w14:textId="77777777" w:rsidR="00A904C4" w:rsidRPr="0063699D" w:rsidRDefault="00FC2AAC" w:rsidP="00A565D1">
      <w:pPr>
        <w:pStyle w:val="ListParagraph"/>
        <w:numPr>
          <w:ilvl w:val="0"/>
          <w:numId w:val="9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Атенолол</w:t>
      </w:r>
      <w:proofErr w:type="spellEnd"/>
    </w:p>
    <w:p w14:paraId="130EDE1D" w14:textId="77777777" w:rsidR="00A904C4" w:rsidRPr="0063699D" w:rsidRDefault="00FC2AAC" w:rsidP="00A565D1">
      <w:pPr>
        <w:pStyle w:val="ListParagraph"/>
        <w:numPr>
          <w:ilvl w:val="0"/>
          <w:numId w:val="9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Добутамін</w:t>
      </w:r>
      <w:proofErr w:type="spellEnd"/>
    </w:p>
    <w:p w14:paraId="3C6BB84E" w14:textId="77777777" w:rsidR="00A904C4" w:rsidRPr="0063699D" w:rsidRDefault="00FC2AAC" w:rsidP="00A565D1">
      <w:pPr>
        <w:pStyle w:val="ListParagraph"/>
        <w:numPr>
          <w:ilvl w:val="0"/>
          <w:numId w:val="9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Дофамін</w:t>
      </w:r>
      <w:proofErr w:type="spellEnd"/>
    </w:p>
    <w:p w14:paraId="0B8A63E7" w14:textId="77777777" w:rsidR="00A904C4" w:rsidRPr="0063699D" w:rsidRDefault="00FC2AAC" w:rsidP="00A565D1">
      <w:pPr>
        <w:pStyle w:val="ListParagraph"/>
        <w:numPr>
          <w:ilvl w:val="0"/>
          <w:numId w:val="9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гідротартрат</w:t>
      </w:r>
      <w:proofErr w:type="spellEnd"/>
    </w:p>
    <w:p w14:paraId="5727470B" w14:textId="77777777" w:rsidR="00A904C4" w:rsidRPr="0063699D" w:rsidRDefault="00FC2AAC" w:rsidP="00A565D1">
      <w:pPr>
        <w:pStyle w:val="ListParagraph"/>
        <w:numPr>
          <w:ilvl w:val="0"/>
          <w:numId w:val="9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Мезатон</w:t>
      </w:r>
      <w:proofErr w:type="spellEnd"/>
    </w:p>
    <w:p w14:paraId="18DD5EB2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фентоламін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Але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F868324" w14:textId="77777777" w:rsidR="00A904C4" w:rsidRPr="0063699D" w:rsidRDefault="00FC2AAC" w:rsidP="00A565D1">
      <w:pPr>
        <w:pStyle w:val="ListParagraph"/>
        <w:numPr>
          <w:ilvl w:val="0"/>
          <w:numId w:val="9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α2-адренорецепторів</w:t>
      </w:r>
    </w:p>
    <w:p w14:paraId="6661E9EC" w14:textId="77777777" w:rsidR="00A904C4" w:rsidRPr="0063699D" w:rsidRDefault="00FC2AAC" w:rsidP="00A565D1">
      <w:pPr>
        <w:pStyle w:val="ListParagraph"/>
        <w:numPr>
          <w:ilvl w:val="0"/>
          <w:numId w:val="9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α2-адренорецепторів</w:t>
      </w:r>
    </w:p>
    <w:p w14:paraId="5557E7A9" w14:textId="77777777" w:rsidR="00A904C4" w:rsidRPr="0063699D" w:rsidRDefault="00FC2AAC" w:rsidP="00A565D1">
      <w:pPr>
        <w:pStyle w:val="ListParagraph"/>
        <w:numPr>
          <w:ilvl w:val="0"/>
          <w:numId w:val="9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постсинаптичних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α2-адренорецепторів</w:t>
      </w:r>
    </w:p>
    <w:p w14:paraId="285F31F0" w14:textId="77777777" w:rsidR="00A904C4" w:rsidRPr="0063699D" w:rsidRDefault="00FC2AAC" w:rsidP="00A565D1">
      <w:pPr>
        <w:pStyle w:val="ListParagraph"/>
        <w:numPr>
          <w:ilvl w:val="0"/>
          <w:numId w:val="9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Блокада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β2-адренорецепторів</w:t>
      </w:r>
    </w:p>
    <w:p w14:paraId="670B7B1C" w14:textId="77777777" w:rsidR="00A904C4" w:rsidRPr="0063699D" w:rsidRDefault="00FC2AAC" w:rsidP="00A565D1">
      <w:pPr>
        <w:pStyle w:val="ListParagraph"/>
        <w:numPr>
          <w:ilvl w:val="0"/>
          <w:numId w:val="93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постсинаптичних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β2-адренорецепторів</w:t>
      </w:r>
    </w:p>
    <w:p w14:paraId="3E7EC07B" w14:textId="77777777" w:rsidR="00A904C4" w:rsidRPr="0063699D" w:rsidRDefault="00FC2AAC" w:rsidP="00A565D1">
      <w:pPr>
        <w:pStyle w:val="ListParagraph"/>
        <w:numPr>
          <w:ilvl w:val="0"/>
          <w:numId w:val="79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набряк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цей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</w:rPr>
        <w:t>:</w:t>
      </w:r>
    </w:p>
    <w:p w14:paraId="1FAB0A53" w14:textId="77777777" w:rsidR="00A904C4" w:rsidRPr="0063699D" w:rsidRDefault="00FC2AAC" w:rsidP="00A565D1">
      <w:pPr>
        <w:pStyle w:val="ListParagraph"/>
        <w:numPr>
          <w:ilvl w:val="0"/>
          <w:numId w:val="9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Атенолол</w:t>
      </w:r>
      <w:proofErr w:type="spellEnd"/>
    </w:p>
    <w:p w14:paraId="7FB7CB3F" w14:textId="77777777" w:rsidR="00A904C4" w:rsidRPr="0063699D" w:rsidRDefault="00FC2AAC" w:rsidP="00A565D1">
      <w:pPr>
        <w:pStyle w:val="ListParagraph"/>
        <w:numPr>
          <w:ilvl w:val="0"/>
          <w:numId w:val="9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Фентоламін</w:t>
      </w:r>
      <w:proofErr w:type="spellEnd"/>
    </w:p>
    <w:p w14:paraId="48FD1976" w14:textId="77777777" w:rsidR="00A904C4" w:rsidRPr="0063699D" w:rsidRDefault="00FC2AAC" w:rsidP="00A565D1">
      <w:pPr>
        <w:pStyle w:val="ListParagraph"/>
        <w:numPr>
          <w:ilvl w:val="0"/>
          <w:numId w:val="9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Празозин</w:t>
      </w:r>
      <w:proofErr w:type="spellEnd"/>
    </w:p>
    <w:p w14:paraId="30C69B29" w14:textId="77777777" w:rsidR="00A904C4" w:rsidRPr="0063699D" w:rsidRDefault="00FC2AAC" w:rsidP="00A565D1">
      <w:pPr>
        <w:pStyle w:val="ListParagraph"/>
        <w:numPr>
          <w:ilvl w:val="0"/>
          <w:numId w:val="9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Діерготамін</w:t>
      </w:r>
      <w:proofErr w:type="spellEnd"/>
    </w:p>
    <w:p w14:paraId="4E3B3ED3" w14:textId="77777777" w:rsidR="00A904C4" w:rsidRPr="0063699D" w:rsidRDefault="00FC2AAC" w:rsidP="00A565D1">
      <w:pPr>
        <w:pStyle w:val="ListParagraph"/>
        <w:numPr>
          <w:ilvl w:val="0"/>
          <w:numId w:val="94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Пентамін</w:t>
      </w:r>
      <w:proofErr w:type="spellEnd"/>
    </w:p>
    <w:p w14:paraId="51E5F0B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7D50113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03B247E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</w:rPr>
      </w:pPr>
    </w:p>
    <w:p w14:paraId="697DFED3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№9. ДОФАМІНО-, СЕРОТОНІНО-, ГІСТАМІНОТРОПНІ </w:t>
      </w:r>
    </w:p>
    <w:p w14:paraId="21A5D9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b/>
          <w:sz w:val="22"/>
        </w:rPr>
        <w:t>ТА ГАМК-ЕРГІЧНІ ЗАСОБИ.</w:t>
      </w:r>
    </w:p>
    <w:p w14:paraId="72976AC2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</w:rPr>
      </w:pPr>
    </w:p>
    <w:p w14:paraId="35E77655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</w:rPr>
        <w:t>теми</w:t>
      </w:r>
      <w:proofErr w:type="spellEnd"/>
      <w:r w:rsidRPr="0063699D">
        <w:rPr>
          <w:rFonts w:asciiTheme="majorBidi" w:hAnsiTheme="majorBidi" w:cstheme="majorBidi"/>
          <w:b/>
          <w:i/>
          <w:sz w:val="22"/>
        </w:rPr>
        <w:t>.</w:t>
      </w:r>
      <w:r w:rsidRPr="0063699D">
        <w:rPr>
          <w:rFonts w:asciiTheme="majorBidi" w:hAnsiTheme="majorBidi" w:cstheme="majorBidi"/>
          <w:sz w:val="22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</w:rPr>
        <w:t>цій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темі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розглядаються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класифікації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дофаміно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-, </w:t>
      </w:r>
      <w:proofErr w:type="spellStart"/>
      <w:r w:rsidRPr="0063699D">
        <w:rPr>
          <w:rFonts w:asciiTheme="majorBidi" w:hAnsiTheme="majorBidi" w:cstheme="majorBidi"/>
          <w:sz w:val="22"/>
        </w:rPr>
        <w:t>серотоніно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-, </w:t>
      </w:r>
      <w:proofErr w:type="spellStart"/>
      <w:r w:rsidRPr="0063699D">
        <w:rPr>
          <w:rFonts w:asciiTheme="majorBidi" w:hAnsiTheme="majorBidi" w:cstheme="majorBidi"/>
          <w:sz w:val="22"/>
        </w:rPr>
        <w:t>гістамінотропних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ГАМК-</w:t>
      </w:r>
      <w:proofErr w:type="spellStart"/>
      <w:r w:rsidRPr="0063699D">
        <w:rPr>
          <w:rFonts w:asciiTheme="majorBidi" w:hAnsiTheme="majorBidi" w:cstheme="majorBidi"/>
          <w:sz w:val="22"/>
        </w:rPr>
        <w:t>ергічних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синаптичної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Так,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наприклад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нейролептики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 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абсолютно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своїм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психостимулятори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нейролептики,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а тому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розглядатимуться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студентові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систематизувати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уявлення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BB37D6A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DEF98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81704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61A9AC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ДОФАМІНОТРОПНІ ЗАСОБИ.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5B1179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а)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Дофаміноміметики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45E2DE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бромокриптин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B7A505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непрямого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пресинаптичного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леводопа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амантадин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амфетамін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сиднокарб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дисульфірам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0E68BA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б)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Антидофамінергічні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62D8CF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дофаміноблокатори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32A0F9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нейролептики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фенотіазинового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бутирофенонового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ряду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649CD3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протиблювотні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церукал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домперидол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мотиліум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F7B98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пресинаптичної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карбідопа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бенсеразин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97FE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FB79E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СЕРОТОНІНОТРОПНІ ЗАСОБИ.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28103D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а)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Серотоніноміметики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3A7C1B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адипінат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мексамін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експерименті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6350E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зворотного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захоплення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флуоксетин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тразодон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флувоксамін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C84842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>б)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Антисеротонінергічні</w:t>
      </w:r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 </w:t>
      </w:r>
    </w:p>
    <w:p w14:paraId="02CF2E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</w:p>
    <w:p w14:paraId="614A00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метизергід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пазотифен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лізурид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6EF15E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ципрогептадин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CC13D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5C554B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парахлорфенілаланін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експерименті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F38B1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депонування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D0369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043771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ГІСТАМІНОТРОПНІ ЗАСОБИ.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7CFAB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Гістаміноміметики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14EBFD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:</w:t>
      </w:r>
    </w:p>
    <w:p w14:paraId="3C7902C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Н1- і Н2-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гістаглобулін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96B6C8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Н1-гістаміноміметики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тіазолілетиламін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793006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Н2-гістаміноміметики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гісталог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бетазол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димаприт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28205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непрямого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діаміноксидази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бетагістин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ларистин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12437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Антигістамінні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355ECC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10C7BCE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Н1- і Н2-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нейролептики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хлорпромазин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амітриптилін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іміпрамін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</w:t>
      </w:r>
    </w:p>
    <w:p w14:paraId="59A6FF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76A3B4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Н1-гістаміноблокатори ─ димедрол, супрастин,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тавегіл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фенкарол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ципрогептадин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цетиризин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лоратадин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дезлоратадин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014025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Н2-гістаміноблокатори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зантак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ранігаст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фамотидин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нізатидин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роксатидин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4DA50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непрямого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кромолін-натрій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кетотифен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6416E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48D35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ГАМК-ЕРГІЧНІ ЗАСОБИ.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FDFDD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A4EA2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пантогам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пікамілон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5CE2B4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-аналоги ГАМК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близькі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ГАМК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баклофен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фенібут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пірацетам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1601F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ацедипрол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B4050F" w14:textId="69E87CC4" w:rsidR="00A904C4" w:rsidRPr="0063699D" w:rsidRDefault="00FC2AAC" w:rsidP="004F29C2"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32CFC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059585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E9EB5AE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ACB744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Д2-рецептори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блювотну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FF8AA3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паркінсонізму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3766E5F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астенію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в’ялістю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працездатності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апатією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психостимулятор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дофаміноміметиком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752694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протиблювотну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екстрапірамідні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55BD1B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депресію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2447746" w14:textId="52336F82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5-7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сам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прояви: набряк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ульцерогенну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екстрапірамідні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A07BD3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депресій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гістаміноблокуючу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2BB1B78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19833C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сезонну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Н1-гістамінорецептори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перешкоджає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CCA14A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545D8A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аерозолях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0953FD0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снодійну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антигіпоксичну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BDEFBE" w14:textId="77777777" w:rsidR="00A904C4" w:rsidRPr="0063699D" w:rsidRDefault="00FC2AAC" w:rsidP="00A565D1">
      <w:pPr>
        <w:pStyle w:val="ListParagraph"/>
        <w:numPr>
          <w:ilvl w:val="0"/>
          <w:numId w:val="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ГАМК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когнітивні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психостимулюючих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A33C6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6519A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138EF17C" w14:textId="19A35662" w:rsidR="00A904C4" w:rsidRPr="0063699D" w:rsidRDefault="00FC2AAC" w:rsidP="00A565D1">
      <w:pPr>
        <w:pStyle w:val="ListParagraph"/>
        <w:numPr>
          <w:ilvl w:val="0"/>
          <w:numId w:val="1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трифтазин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6DD2EDF2" w14:textId="77777777" w:rsidR="00A904C4" w:rsidRPr="0063699D" w:rsidRDefault="00FC2AAC" w:rsidP="00A565D1">
      <w:pPr>
        <w:pStyle w:val="ListParagraph"/>
        <w:numPr>
          <w:ilvl w:val="0"/>
          <w:numId w:val="1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2-рецепторів  </w:t>
      </w:r>
    </w:p>
    <w:p w14:paraId="4FFF5D31" w14:textId="77777777" w:rsidR="00A904C4" w:rsidRPr="0063699D" w:rsidRDefault="00FC2AAC" w:rsidP="00A565D1">
      <w:pPr>
        <w:pStyle w:val="ListParagraph"/>
        <w:numPr>
          <w:ilvl w:val="0"/>
          <w:numId w:val="1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бензодіазепінових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2A6F972" w14:textId="77777777" w:rsidR="00A904C4" w:rsidRPr="0063699D" w:rsidRDefault="00FC2AAC" w:rsidP="00A565D1">
      <w:pPr>
        <w:pStyle w:val="ListParagraph"/>
        <w:numPr>
          <w:ilvl w:val="0"/>
          <w:numId w:val="1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ABC3952" w14:textId="77777777" w:rsidR="00A904C4" w:rsidRPr="0063699D" w:rsidRDefault="00FC2AAC" w:rsidP="00A565D1">
      <w:pPr>
        <w:pStyle w:val="ListParagraph"/>
        <w:numPr>
          <w:ilvl w:val="0"/>
          <w:numId w:val="1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1EFCD64" w14:textId="77777777" w:rsidR="00A904C4" w:rsidRPr="0063699D" w:rsidRDefault="00FC2AAC" w:rsidP="00A565D1">
      <w:pPr>
        <w:pStyle w:val="ListParagraph"/>
        <w:numPr>
          <w:ilvl w:val="0"/>
          <w:numId w:val="1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7A73D8F" w14:textId="76D9FEFC" w:rsidR="00A904C4" w:rsidRPr="0063699D" w:rsidRDefault="00FC2AAC" w:rsidP="00A565D1">
      <w:pPr>
        <w:pStyle w:val="ListParagraph"/>
        <w:numPr>
          <w:ilvl w:val="0"/>
          <w:numId w:val="1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психозу. Стан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невдовзі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ригідність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тремор,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гіпокінезія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25F174B0" w14:textId="77777777" w:rsidR="00A904C4" w:rsidRPr="0063699D" w:rsidRDefault="00FC2AAC" w:rsidP="00A565D1">
      <w:pPr>
        <w:pStyle w:val="ListParagraph"/>
        <w:numPr>
          <w:ilvl w:val="0"/>
          <w:numId w:val="1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Сиднокарб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B164055" w14:textId="77777777" w:rsidR="00A904C4" w:rsidRPr="0063699D" w:rsidRDefault="00FC2AAC" w:rsidP="00A565D1">
      <w:pPr>
        <w:pStyle w:val="ListParagraph"/>
        <w:numPr>
          <w:ilvl w:val="0"/>
          <w:numId w:val="1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Пантокрин</w:t>
      </w:r>
    </w:p>
    <w:p w14:paraId="5FAEBFCA" w14:textId="77777777" w:rsidR="00A904C4" w:rsidRPr="0063699D" w:rsidRDefault="00FC2AAC" w:rsidP="00A565D1">
      <w:pPr>
        <w:pStyle w:val="ListParagraph"/>
        <w:numPr>
          <w:ilvl w:val="0"/>
          <w:numId w:val="1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E008A17" w14:textId="77777777" w:rsidR="00A904C4" w:rsidRPr="0063699D" w:rsidRDefault="00FC2AAC" w:rsidP="00A565D1">
      <w:pPr>
        <w:pStyle w:val="ListParagraph"/>
        <w:numPr>
          <w:ilvl w:val="0"/>
          <w:numId w:val="1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Дифенін</w:t>
      </w:r>
      <w:proofErr w:type="spellEnd"/>
    </w:p>
    <w:p w14:paraId="05BE68CE" w14:textId="77777777" w:rsidR="00A904C4" w:rsidRPr="0063699D" w:rsidRDefault="00FC2AAC" w:rsidP="00A565D1">
      <w:pPr>
        <w:pStyle w:val="ListParagraph"/>
        <w:numPr>
          <w:ilvl w:val="0"/>
          <w:numId w:val="1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Хлордіазепоксид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4C74F25" w14:textId="7B3638D3" w:rsidR="00A904C4" w:rsidRPr="0063699D" w:rsidRDefault="00FC2AAC" w:rsidP="00A565D1">
      <w:pPr>
        <w:pStyle w:val="ListParagraph"/>
        <w:numPr>
          <w:ilvl w:val="0"/>
          <w:numId w:val="1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реконвалісценції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черепно-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пірацетам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ноотропного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?</w:t>
      </w:r>
    </w:p>
    <w:p w14:paraId="1D343402" w14:textId="77777777" w:rsidR="00A904C4" w:rsidRPr="0063699D" w:rsidRDefault="00FC2AAC" w:rsidP="00A565D1">
      <w:pPr>
        <w:pStyle w:val="ListParagraph"/>
        <w:numPr>
          <w:ilvl w:val="0"/>
          <w:numId w:val="1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МАО </w:t>
      </w:r>
    </w:p>
    <w:p w14:paraId="76BBE40D" w14:textId="77777777" w:rsidR="00A904C4" w:rsidRPr="0063699D" w:rsidRDefault="00FC2AAC" w:rsidP="00A565D1">
      <w:pPr>
        <w:pStyle w:val="ListParagraph"/>
        <w:numPr>
          <w:ilvl w:val="0"/>
          <w:numId w:val="1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нейронального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захоплення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128B0D3" w14:textId="77777777" w:rsidR="00A904C4" w:rsidRPr="0063699D" w:rsidRDefault="00FC2AAC" w:rsidP="00A565D1">
      <w:pPr>
        <w:pStyle w:val="ListParagraph"/>
        <w:numPr>
          <w:ilvl w:val="0"/>
          <w:numId w:val="1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311449EC" w14:textId="77777777" w:rsidR="00A904C4" w:rsidRPr="0063699D" w:rsidRDefault="00FC2AAC" w:rsidP="00A565D1">
      <w:pPr>
        <w:pStyle w:val="ListParagraph"/>
        <w:numPr>
          <w:ilvl w:val="0"/>
          <w:numId w:val="1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головному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</w:p>
    <w:p w14:paraId="7264B035" w14:textId="77777777" w:rsidR="00A904C4" w:rsidRPr="0063699D" w:rsidRDefault="00FC2AAC" w:rsidP="00A565D1">
      <w:pPr>
        <w:pStyle w:val="ListParagraph"/>
        <w:numPr>
          <w:ilvl w:val="0"/>
          <w:numId w:val="1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BC8DA6A" w14:textId="3597FF86" w:rsidR="00A904C4" w:rsidRPr="0063699D" w:rsidRDefault="00FC2AAC" w:rsidP="00A565D1">
      <w:pPr>
        <w:pStyle w:val="ListParagraph"/>
        <w:numPr>
          <w:ilvl w:val="0"/>
          <w:numId w:val="1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астми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кромолін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притаманним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36FE369" w14:textId="77777777" w:rsidR="00A904C4" w:rsidRPr="0063699D" w:rsidRDefault="00FC2AAC" w:rsidP="00A565D1">
      <w:pPr>
        <w:pStyle w:val="ListParagraph"/>
        <w:numPr>
          <w:ilvl w:val="0"/>
          <w:numId w:val="1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7673F0E2" w14:textId="77777777" w:rsidR="00A904C4" w:rsidRPr="0063699D" w:rsidRDefault="00FC2AAC" w:rsidP="00A565D1">
      <w:pPr>
        <w:pStyle w:val="ListParagraph"/>
        <w:numPr>
          <w:ilvl w:val="0"/>
          <w:numId w:val="1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імуноглобулінів</w:t>
      </w:r>
      <w:proofErr w:type="spellEnd"/>
    </w:p>
    <w:p w14:paraId="58ED01B7" w14:textId="77777777" w:rsidR="00A904C4" w:rsidRPr="0063699D" w:rsidRDefault="00FC2AAC" w:rsidP="00A565D1">
      <w:pPr>
        <w:pStyle w:val="ListParagraph"/>
        <w:numPr>
          <w:ilvl w:val="0"/>
          <w:numId w:val="1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</w:p>
    <w:p w14:paraId="1767ADD0" w14:textId="77777777" w:rsidR="00A904C4" w:rsidRPr="0063699D" w:rsidRDefault="00FC2AAC" w:rsidP="00A565D1">
      <w:pPr>
        <w:pStyle w:val="ListParagraph"/>
        <w:numPr>
          <w:ilvl w:val="0"/>
          <w:numId w:val="1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мембран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F83C05A" w14:textId="77777777" w:rsidR="00A904C4" w:rsidRPr="0063699D" w:rsidRDefault="00FC2AAC" w:rsidP="00A565D1">
      <w:pPr>
        <w:pStyle w:val="ListParagraph"/>
        <w:numPr>
          <w:ilvl w:val="0"/>
          <w:numId w:val="1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</w:p>
    <w:p w14:paraId="7C773AF2" w14:textId="739048AE" w:rsidR="00A904C4" w:rsidRPr="0063699D" w:rsidRDefault="00FC2AAC" w:rsidP="00A565D1">
      <w:pPr>
        <w:pStyle w:val="ListParagraph"/>
        <w:numPr>
          <w:ilvl w:val="0"/>
          <w:numId w:val="1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тролейбуса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антигістамінний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051D58AB" w14:textId="77777777" w:rsidR="00A904C4" w:rsidRPr="0063699D" w:rsidRDefault="00FC2AAC" w:rsidP="00A565D1">
      <w:pPr>
        <w:pStyle w:val="ListParagraph"/>
        <w:numPr>
          <w:ilvl w:val="0"/>
          <w:numId w:val="1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51DF4A3F" w14:textId="77777777" w:rsidR="00A904C4" w:rsidRPr="0063699D" w:rsidRDefault="00FC2AAC" w:rsidP="00A565D1">
      <w:pPr>
        <w:pStyle w:val="ListParagraph"/>
        <w:numPr>
          <w:ilvl w:val="0"/>
          <w:numId w:val="1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Тавегіл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7E304094" w14:textId="77777777" w:rsidR="00A904C4" w:rsidRPr="0063699D" w:rsidRDefault="00FC2AAC" w:rsidP="00A565D1">
      <w:pPr>
        <w:pStyle w:val="ListParagraph"/>
        <w:numPr>
          <w:ilvl w:val="0"/>
          <w:numId w:val="1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Дипразин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1C2A6AF9" w14:textId="77777777" w:rsidR="00A904C4" w:rsidRPr="0063699D" w:rsidRDefault="00FC2AAC" w:rsidP="00A565D1">
      <w:pPr>
        <w:pStyle w:val="ListParagraph"/>
        <w:numPr>
          <w:ilvl w:val="0"/>
          <w:numId w:val="1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Супрастин. </w:t>
      </w:r>
    </w:p>
    <w:p w14:paraId="22569A04" w14:textId="77777777" w:rsidR="00A904C4" w:rsidRPr="0063699D" w:rsidRDefault="00FC2AAC" w:rsidP="00A565D1">
      <w:pPr>
        <w:pStyle w:val="ListParagraph"/>
        <w:numPr>
          <w:ilvl w:val="0"/>
          <w:numId w:val="1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Димедрол.  </w:t>
      </w:r>
    </w:p>
    <w:p w14:paraId="6F5F50D6" w14:textId="42514D75" w:rsidR="00A904C4" w:rsidRPr="0063699D" w:rsidRDefault="00FC2AAC" w:rsidP="00A565D1">
      <w:pPr>
        <w:pStyle w:val="ListParagraph"/>
        <w:numPr>
          <w:ilvl w:val="0"/>
          <w:numId w:val="1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сезонним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ринітом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цвітінням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амброзії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  </w:t>
      </w:r>
    </w:p>
    <w:p w14:paraId="36AD033A" w14:textId="77777777" w:rsidR="00A904C4" w:rsidRPr="0063699D" w:rsidRDefault="00FC2AAC" w:rsidP="00A565D1">
      <w:pPr>
        <w:pStyle w:val="ListParagraph"/>
        <w:numPr>
          <w:ilvl w:val="0"/>
          <w:numId w:val="1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Фенкарол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66187B0" w14:textId="77777777" w:rsidR="00A904C4" w:rsidRPr="0063699D" w:rsidRDefault="00FC2AAC" w:rsidP="00A565D1">
      <w:pPr>
        <w:pStyle w:val="ListParagraph"/>
        <w:numPr>
          <w:ilvl w:val="0"/>
          <w:numId w:val="1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Діазолін</w:t>
      </w:r>
      <w:proofErr w:type="spellEnd"/>
    </w:p>
    <w:p w14:paraId="069F2696" w14:textId="77777777" w:rsidR="00A904C4" w:rsidRPr="0063699D" w:rsidRDefault="00FC2AAC" w:rsidP="00A565D1">
      <w:pPr>
        <w:pStyle w:val="ListParagraph"/>
        <w:numPr>
          <w:ilvl w:val="0"/>
          <w:numId w:val="1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Кетотифен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2297EC16" w14:textId="77777777" w:rsidR="00A904C4" w:rsidRPr="0063699D" w:rsidRDefault="00FC2AAC" w:rsidP="00A565D1">
      <w:pPr>
        <w:pStyle w:val="ListParagraph"/>
        <w:numPr>
          <w:ilvl w:val="0"/>
          <w:numId w:val="1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Тавегіл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948C62F" w14:textId="77777777" w:rsidR="00A904C4" w:rsidRPr="0063699D" w:rsidRDefault="00FC2AAC" w:rsidP="00A565D1">
      <w:pPr>
        <w:pStyle w:val="ListParagraph"/>
        <w:numPr>
          <w:ilvl w:val="0"/>
          <w:numId w:val="1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Димедрол  </w:t>
      </w:r>
    </w:p>
    <w:p w14:paraId="37E7C9C6" w14:textId="72D9175F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алкоголізму</w:t>
      </w:r>
      <w:proofErr w:type="spellEnd"/>
    </w:p>
    <w:p w14:paraId="52347C7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Димедрол    </w:t>
      </w:r>
    </w:p>
    <w:p w14:paraId="429771F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Галоперідол</w:t>
      </w:r>
      <w:proofErr w:type="spellEnd"/>
    </w:p>
    <w:p w14:paraId="46FAF1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Ранітидин</w:t>
      </w:r>
      <w:proofErr w:type="spellEnd"/>
    </w:p>
    <w:p w14:paraId="240D02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Леводопа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22E2D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832E40" w14:textId="0696253C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замісної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Паркінсона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39247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практично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скрізь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гематоенцефалічній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бар’єр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 </w:t>
      </w:r>
    </w:p>
    <w:p w14:paraId="3DE056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інтенсивно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</w:p>
    <w:p w14:paraId="6259CE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A64801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довготривалому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C91CC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екстрапірамідні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</w:p>
    <w:p w14:paraId="305DC53A" w14:textId="37B3F0A5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попередником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дофаміну</w:t>
      </w:r>
      <w:proofErr w:type="spellEnd"/>
    </w:p>
    <w:p w14:paraId="18640D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Сиднокарб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5161E4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Галоперідол</w:t>
      </w:r>
      <w:proofErr w:type="spellEnd"/>
    </w:p>
    <w:p w14:paraId="33843D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Леводопа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32607D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</w:p>
    <w:p w14:paraId="1506A1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</w:p>
    <w:p w14:paraId="3A6833F0" w14:textId="0A833A4A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10.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порушує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соматотропіну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та пролактину, та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 Д2-рецептори</w:t>
      </w:r>
    </w:p>
    <w:p w14:paraId="4A9D53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Фенкарол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0A8BD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Галоперідол</w:t>
      </w:r>
      <w:proofErr w:type="spellEnd"/>
    </w:p>
    <w:p w14:paraId="3474156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Леводопа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465309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Бромокриптин</w:t>
      </w:r>
      <w:proofErr w:type="spellEnd"/>
    </w:p>
    <w:p w14:paraId="1905B81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</w:p>
    <w:p w14:paraId="0B7537A2" w14:textId="0EAD7F48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11.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фамотидин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Кислотність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шлункового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соку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знизилась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препарату?  </w:t>
      </w:r>
    </w:p>
    <w:p w14:paraId="2AE408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92468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Н1-гістамінових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4BEA9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М1-холінорецепторів  </w:t>
      </w:r>
    </w:p>
    <w:p w14:paraId="318A89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Н+К+-АТФ-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ADAEB5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Н2-гістамінових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B8468EA" w14:textId="57E08BED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12.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виразним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блокування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Н1-гістамінорецепторів</w:t>
      </w:r>
    </w:p>
    <w:p w14:paraId="11B9A4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9F578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Амінолон</w:t>
      </w:r>
      <w:proofErr w:type="spellEnd"/>
    </w:p>
    <w:p w14:paraId="7923D4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оксибутірат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EA3AB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Бромокриптин</w:t>
      </w:r>
      <w:proofErr w:type="spellEnd"/>
    </w:p>
    <w:p w14:paraId="18074E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</w:p>
    <w:p w14:paraId="6B6BE457" w14:textId="400BE3C6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13.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депресій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накопиченню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</w:p>
    <w:p w14:paraId="2523BC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6FC39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Галоперідол</w:t>
      </w:r>
      <w:proofErr w:type="spellEnd"/>
    </w:p>
    <w:p w14:paraId="753DA2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Флуоксетин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8873E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</w:p>
    <w:p w14:paraId="57629F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</w:p>
    <w:p w14:paraId="7D9A5E54" w14:textId="25D1FE53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14.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циклічним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похідним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ГАМК</w:t>
      </w:r>
    </w:p>
    <w:p w14:paraId="2621C6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Пантогам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8C1A0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Пірацетам</w:t>
      </w:r>
      <w:proofErr w:type="spellEnd"/>
    </w:p>
    <w:p w14:paraId="3725633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Флуоксетин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05C2F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</w:p>
    <w:p w14:paraId="5B8B28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Фенкарол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48DEA87" w14:textId="11C45B32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15.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хворому,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висипанням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алергічного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характеру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почервонінням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набряком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сильним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свербінням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з’явилось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безсоння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536AED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</w:p>
    <w:p w14:paraId="481E558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EC4CD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Димедрол  </w:t>
      </w:r>
    </w:p>
    <w:p w14:paraId="6EF95D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Хлоралгідрат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C02751F" w14:textId="36B62B48" w:rsidR="00A904C4" w:rsidRPr="0063699D" w:rsidRDefault="00FC2AAC" w:rsidP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Нітразепам</w:t>
      </w:r>
      <w:proofErr w:type="spellEnd"/>
    </w:p>
    <w:p w14:paraId="0A086409" w14:textId="77777777" w:rsidR="004F29C2" w:rsidRPr="0063699D" w:rsidRDefault="004F29C2" w:rsidP="004F29C2">
      <w:pPr>
        <w:pageBreakBefore/>
        <w:spacing w:after="240" w:line="240" w:lineRule="auto"/>
        <w:rPr>
          <w:rFonts w:asciiTheme="majorBidi" w:hAnsiTheme="majorBidi" w:cstheme="majorBidi"/>
          <w:b/>
          <w:sz w:val="22"/>
          <w:lang w:val="ru-RU"/>
        </w:rPr>
      </w:pPr>
    </w:p>
    <w:p w14:paraId="4C3A413E" w14:textId="3F5EE64F" w:rsidR="004F29C2" w:rsidRPr="0063699D" w:rsidRDefault="004F29C2" w:rsidP="004F29C2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>ЗАСОБИ, ЩО ВПЛИВАЮТЬ НА</w:t>
      </w:r>
    </w:p>
    <w:p w14:paraId="71E5D571" w14:textId="77777777" w:rsidR="004F29C2" w:rsidRPr="0063699D" w:rsidRDefault="004F29C2" w:rsidP="004F29C2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>АФЕРЕНТНУ ІННЕРВАЦІЮ</w:t>
      </w:r>
    </w:p>
    <w:p w14:paraId="4631A6A6" w14:textId="20823CB0" w:rsidR="004F29C2" w:rsidRPr="0063699D" w:rsidRDefault="004F29C2" w:rsidP="004F29C2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bCs/>
          <w:sz w:val="22"/>
          <w:lang w:val="ru-RU"/>
        </w:rPr>
      </w:pPr>
      <w:r w:rsidRPr="0063699D">
        <w:rPr>
          <w:rFonts w:asciiTheme="majorBidi" w:hAnsiTheme="majorBidi" w:cstheme="majorBidi"/>
          <w:b/>
          <w:bCs/>
          <w:sz w:val="22"/>
          <w:lang w:val="ru-RU"/>
        </w:rPr>
        <w:t>Тема №10. ОСОБЛИВОСТІ ЗАСТОСУВАННЯ ЗАСОБІВ, ЩО ЗАХИЩАЮТЬ РЕЦЕПТОРИ</w:t>
      </w:r>
    </w:p>
    <w:p w14:paraId="62CA4A0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587EBA2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Дана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шкідливої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Особливо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ЦНС і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невід'ємною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великої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В'яжучі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обволікаючі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постійно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12-палої кишки,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гіперацидних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A675295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препаратів,що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аферентну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інервацію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рецептах.</w:t>
      </w:r>
    </w:p>
    <w:p w14:paraId="78D808D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2D779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6F636810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МІСЦЕВОАНЕСТЕЗУЮЧІ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39C30F0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досягнення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пред'являються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0E3C3C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структурою:</w:t>
      </w:r>
    </w:p>
    <w:p w14:paraId="7F29837D" w14:textId="77777777" w:rsidR="00A904C4" w:rsidRPr="0063699D" w:rsidRDefault="00FC2AAC" w:rsidP="00A565D1">
      <w:pPr>
        <w:pStyle w:val="ListParagraph"/>
        <w:numPr>
          <w:ilvl w:val="0"/>
          <w:numId w:val="1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(анестезин);</w:t>
      </w:r>
    </w:p>
    <w:p w14:paraId="76A64D5D" w14:textId="77777777" w:rsidR="00A904C4" w:rsidRPr="0063699D" w:rsidRDefault="00FC2AAC" w:rsidP="00A565D1">
      <w:pPr>
        <w:pStyle w:val="ListParagraph"/>
        <w:numPr>
          <w:ilvl w:val="0"/>
          <w:numId w:val="1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тримекаїн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ксікаін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мепівакаїн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артикаїн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септонест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бупівакаїн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бумекаїн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піромекаїн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дуранест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прилокаїн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цітанест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ропівакаїн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4F2EBD5" w14:textId="77777777" w:rsidR="00A904C4" w:rsidRPr="0063699D" w:rsidRDefault="00FC2AAC" w:rsidP="00A565D1">
      <w:pPr>
        <w:pStyle w:val="ListParagraph"/>
        <w:numPr>
          <w:ilvl w:val="0"/>
          <w:numId w:val="1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прамоксин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4E3EBE" w14:textId="0C1CDDBB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2C9DC3D" w14:textId="77777777" w:rsidR="00A904C4" w:rsidRPr="0063699D" w:rsidRDefault="00FC2AAC" w:rsidP="00A565D1">
      <w:pPr>
        <w:pStyle w:val="ListParagraph"/>
        <w:numPr>
          <w:ilvl w:val="0"/>
          <w:numId w:val="1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короткого (до 30-50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512C223" w14:textId="77777777" w:rsidR="00A904C4" w:rsidRPr="0063699D" w:rsidRDefault="00FC2AAC" w:rsidP="00A565D1">
      <w:pPr>
        <w:pStyle w:val="ListParagraph"/>
        <w:numPr>
          <w:ilvl w:val="0"/>
          <w:numId w:val="1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(до 45-90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тримекаин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мепівакаін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BAE987A" w14:textId="77777777" w:rsidR="00A904C4" w:rsidRPr="0063699D" w:rsidRDefault="00FC2AAC" w:rsidP="00A565D1">
      <w:pPr>
        <w:pStyle w:val="ListParagraph"/>
        <w:numPr>
          <w:ilvl w:val="0"/>
          <w:numId w:val="1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(90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бупівакаїн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етідокаін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дикаин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41C390B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Фізико-хімічні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9C521BB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AABC865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338CC7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3AC9013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E200463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5541DA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них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інтралігаментарна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внутрішньопульпарна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твердих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зуба,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губ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рота).</w:t>
      </w:r>
    </w:p>
    <w:p w14:paraId="3ACC13A6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21A9DC6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антіхолінестеразнимі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12237FF0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В'ЯЖУЧІ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6EFC6D7" w14:textId="77777777" w:rsidR="00A904C4" w:rsidRPr="0063699D" w:rsidRDefault="00FC2AAC" w:rsidP="00A565D1">
      <w:pPr>
        <w:pStyle w:val="ListParagraph"/>
        <w:numPr>
          <w:ilvl w:val="0"/>
          <w:numId w:val="1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кора дуба, кора,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чорниця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шавлія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спориш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чистотіл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плоди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горіха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7AC3032" w14:textId="77777777" w:rsidR="00A904C4" w:rsidRPr="0063699D" w:rsidRDefault="00FC2AAC" w:rsidP="00A565D1">
      <w:pPr>
        <w:pStyle w:val="ListParagraph"/>
        <w:numPr>
          <w:ilvl w:val="0"/>
          <w:numId w:val="1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неорганічні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свинцю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вісмуту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цинку,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срібла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53C1E560" w14:textId="16EC4081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солей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896D57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ОБВОЛІКУЮЧІ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крохмаль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льону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бульби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салепа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алтея,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3477CD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АНТАЦИДНІ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EE4BB1B" w14:textId="77777777" w:rsidR="00A904C4" w:rsidRPr="0063699D" w:rsidRDefault="00FC2AAC" w:rsidP="00A565D1">
      <w:pPr>
        <w:pStyle w:val="ListParagraph"/>
        <w:numPr>
          <w:ilvl w:val="0"/>
          <w:numId w:val="1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карбонат;</w:t>
      </w:r>
    </w:p>
    <w:p w14:paraId="37EAC729" w14:textId="77777777" w:rsidR="00A904C4" w:rsidRPr="0063699D" w:rsidRDefault="00FC2AAC" w:rsidP="00A565D1">
      <w:pPr>
        <w:pStyle w:val="ListParagraph"/>
        <w:numPr>
          <w:ilvl w:val="0"/>
          <w:numId w:val="1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гідроокис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альмагель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гідроокис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окис),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фосфалюгель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фосфат + пектин + агар-агар),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гідроокис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карбонат), маалокс,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сукралфат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вентер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дигідроксікарбонат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алюгастрин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/;</w:t>
      </w:r>
    </w:p>
    <w:p w14:paraId="44E74D41" w14:textId="77777777" w:rsidR="00A904C4" w:rsidRPr="0063699D" w:rsidRDefault="00FC2AAC" w:rsidP="00A565D1">
      <w:pPr>
        <w:pStyle w:val="ListParagraph"/>
        <w:numPr>
          <w:ilvl w:val="0"/>
          <w:numId w:val="1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вікаїр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8B9CE3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0EAE59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АДСОРБУЮЧІ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вугілля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карболонг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глина,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ентеросорбенти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полісорб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ентеродез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4345CE" w14:textId="77777777" w:rsidR="00A904C4" w:rsidRPr="0063699D" w:rsidRDefault="00FC2AAC" w:rsidP="00A565D1">
      <w:pPr>
        <w:pStyle w:val="ListParagraph"/>
        <w:numPr>
          <w:ilvl w:val="0"/>
          <w:numId w:val="1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ПЛІВКОУТВОРЮВАЛЬНІзасоби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клей,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Облекол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Фуропласт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ліфузоль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D9AF8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62F90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09CD42DE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228AFD37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принципами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20F428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рецептами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підходять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поверхневої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провідникової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інфільтраційної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Обгрунтуйте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437FD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88B543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42B5D6F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Для будь-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EAC4AC8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в'яжучих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2BDC43A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51DE2BA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обволікаючих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8FC481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адсорбентів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4722E8D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відволікаючою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трофіку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Рефлекторно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бульбарні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70BF13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в’яжучий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Одержують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чорнильних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горішків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мазей. З солями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солями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нерозчинні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F5F0C4C" w14:textId="77777777" w:rsidR="00A904C4" w:rsidRPr="0063699D" w:rsidRDefault="00FC2AAC" w:rsidP="00A565D1">
      <w:pPr>
        <w:pStyle w:val="ListParagraph"/>
        <w:numPr>
          <w:ilvl w:val="0"/>
          <w:numId w:val="1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потрапив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ягодами красавки.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невідкладної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почав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C67BB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22A3C6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блокаду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00F9EC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Коагулюють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поверхневий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шар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24A80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шар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29AFB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D46021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правильні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відповіді</w:t>
      </w:r>
      <w:proofErr w:type="spellEnd"/>
    </w:p>
    <w:p w14:paraId="31CC63E3" w14:textId="77777777" w:rsidR="00A904C4" w:rsidRPr="0063699D" w:rsidRDefault="00FC2AAC" w:rsidP="00A565D1">
      <w:pPr>
        <w:pStyle w:val="ListParagraph"/>
        <w:numPr>
          <w:ilvl w:val="0"/>
          <w:numId w:val="1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провідникової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920C26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48CF83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Анестезин</w:t>
      </w:r>
    </w:p>
    <w:p w14:paraId="5BF860A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Танін</w:t>
      </w:r>
      <w:proofErr w:type="spellEnd"/>
    </w:p>
    <w:p w14:paraId="62A1630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</w:t>
      </w:r>
      <w:proofErr w:type="spellEnd"/>
    </w:p>
    <w:p w14:paraId="6460D4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Кокаїн</w:t>
      </w:r>
      <w:proofErr w:type="spellEnd"/>
    </w:p>
    <w:p w14:paraId="71C0D9C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пролонгують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E7015F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7D0686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7E59654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Меновазін</w:t>
      </w:r>
      <w:proofErr w:type="spellEnd"/>
    </w:p>
    <w:p w14:paraId="468FED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</w:p>
    <w:p w14:paraId="1AA484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Прозерін</w:t>
      </w:r>
      <w:proofErr w:type="spellEnd"/>
    </w:p>
    <w:p w14:paraId="347E3CEA" w14:textId="3611A4CE" w:rsidR="00A904C4" w:rsidRPr="0063699D" w:rsidRDefault="00FC2AAC" w:rsidP="00A565D1">
      <w:pPr>
        <w:pStyle w:val="ListParagraph"/>
        <w:numPr>
          <w:ilvl w:val="0"/>
          <w:numId w:val="1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чужорідного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сітківки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9F3A4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мембрану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</w:p>
    <w:p w14:paraId="42EBD4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оксиду азоту</w:t>
      </w:r>
    </w:p>
    <w:p w14:paraId="6C50E9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цитохромоксидаз</w:t>
      </w:r>
      <w:proofErr w:type="spellEnd"/>
    </w:p>
    <w:p w14:paraId="771E03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дегідрогеназ</w:t>
      </w:r>
      <w:proofErr w:type="spellEnd"/>
    </w:p>
    <w:p w14:paraId="556B92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Блокада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холінорецепторів</w:t>
      </w:r>
      <w:proofErr w:type="spellEnd"/>
    </w:p>
    <w:p w14:paraId="1AEA011C" w14:textId="77777777" w:rsidR="00A904C4" w:rsidRPr="0063699D" w:rsidRDefault="00FC2AAC" w:rsidP="00A565D1">
      <w:pPr>
        <w:pStyle w:val="ListParagraph"/>
        <w:numPr>
          <w:ilvl w:val="0"/>
          <w:numId w:val="1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абсцесом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плеча. Перед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проведено пробу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позитивною.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ї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E39407A" w14:textId="77777777" w:rsidR="00A904C4" w:rsidRPr="0063699D" w:rsidRDefault="00FC2AAC" w:rsidP="00A565D1">
      <w:pPr>
        <w:pStyle w:val="ListParagraph"/>
        <w:numPr>
          <w:ilvl w:val="0"/>
          <w:numId w:val="1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</w:p>
    <w:p w14:paraId="156B4FBB" w14:textId="77777777" w:rsidR="00A904C4" w:rsidRPr="0063699D" w:rsidRDefault="00FC2AAC" w:rsidP="00A565D1">
      <w:pPr>
        <w:pStyle w:val="ListParagraph"/>
        <w:numPr>
          <w:ilvl w:val="0"/>
          <w:numId w:val="1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</w:p>
    <w:p w14:paraId="50DE7061" w14:textId="77777777" w:rsidR="00A904C4" w:rsidRPr="0063699D" w:rsidRDefault="00FC2AAC" w:rsidP="00A565D1">
      <w:pPr>
        <w:pStyle w:val="ListParagraph"/>
        <w:numPr>
          <w:ilvl w:val="0"/>
          <w:numId w:val="1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</w:p>
    <w:p w14:paraId="008A22F7" w14:textId="77777777" w:rsidR="00A904C4" w:rsidRPr="0063699D" w:rsidRDefault="00FC2AAC" w:rsidP="00A565D1">
      <w:pPr>
        <w:pStyle w:val="ListParagraph"/>
        <w:numPr>
          <w:ilvl w:val="0"/>
          <w:numId w:val="1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</w:p>
    <w:p w14:paraId="4E6C1C85" w14:textId="77777777" w:rsidR="00A904C4" w:rsidRPr="0063699D" w:rsidRDefault="00FC2AAC" w:rsidP="00A565D1">
      <w:pPr>
        <w:pStyle w:val="ListParagraph"/>
        <w:numPr>
          <w:ilvl w:val="0"/>
          <w:numId w:val="1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вальпроат</w:t>
      </w:r>
      <w:proofErr w:type="spellEnd"/>
    </w:p>
    <w:p w14:paraId="248EFC67" w14:textId="04903C9C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C75B1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</w:t>
      </w:r>
    </w:p>
    <w:p w14:paraId="6A2514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мембран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</w:p>
    <w:p w14:paraId="2B8EFFF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мембран</w:t>
      </w:r>
    </w:p>
    <w:p w14:paraId="27FE34F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ЦНС</w:t>
      </w:r>
    </w:p>
    <w:p w14:paraId="5E42D5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енергії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нейронах</w:t>
      </w:r>
    </w:p>
    <w:p w14:paraId="44F9EDD4" w14:textId="3C2DCBE6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інфільтраційної</w:t>
      </w:r>
      <w:proofErr w:type="spellEnd"/>
    </w:p>
    <w:p w14:paraId="4325B1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82528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А.Дікаїн</w:t>
      </w:r>
      <w:proofErr w:type="spellEnd"/>
    </w:p>
    <w:p w14:paraId="64927F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0,5%</w:t>
      </w:r>
    </w:p>
    <w:p w14:paraId="6334DA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10%</w:t>
      </w:r>
    </w:p>
    <w:p w14:paraId="7DB537F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Кокаїн</w:t>
      </w:r>
      <w:proofErr w:type="spellEnd"/>
    </w:p>
    <w:p w14:paraId="2C3116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</w:p>
    <w:p w14:paraId="722EE06C" w14:textId="1D5186E7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провідникової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B648D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А.Мукалтин</w:t>
      </w:r>
      <w:proofErr w:type="spellEnd"/>
    </w:p>
    <w:p w14:paraId="2B8C31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Дікаїн</w:t>
      </w:r>
      <w:proofErr w:type="spellEnd"/>
    </w:p>
    <w:p w14:paraId="3C4A9C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Ультракаїн</w:t>
      </w:r>
      <w:proofErr w:type="spellEnd"/>
    </w:p>
    <w:p w14:paraId="156B46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.Анестезин</w:t>
      </w:r>
    </w:p>
    <w:p w14:paraId="4F83B3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Кокаін</w:t>
      </w:r>
      <w:proofErr w:type="spellEnd"/>
    </w:p>
    <w:p w14:paraId="0A971A26" w14:textId="741B2B2B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7.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підсилюють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новокаїну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1D2CB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</w:p>
    <w:p w14:paraId="6ED66B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Спазм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регіонарних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</w:p>
    <w:p w14:paraId="32D8CB9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Зсув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середовища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сторону</w:t>
      </w:r>
    </w:p>
    <w:p w14:paraId="420680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0E6FF38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</w:p>
    <w:p w14:paraId="77DF1A59" w14:textId="5DDBD77F" w:rsidR="00A904C4" w:rsidRPr="0063699D" w:rsidRDefault="004F29C2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гастрит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підвищеною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кислотністю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печії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антацидний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почуває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себе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краще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але в той же час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відчуває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здуття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живота.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наступних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бути причиною такого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побічного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502B6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</w:p>
    <w:p w14:paraId="140E01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оксид</w:t>
      </w:r>
    </w:p>
    <w:p w14:paraId="7857FA7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трисилікат</w:t>
      </w:r>
      <w:proofErr w:type="spellEnd"/>
    </w:p>
    <w:p w14:paraId="622FCC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гідроксид</w:t>
      </w:r>
      <w:proofErr w:type="spellEnd"/>
    </w:p>
    <w:p w14:paraId="5EB959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Пепсин</w:t>
      </w:r>
    </w:p>
    <w:p w14:paraId="07AA89D2" w14:textId="5DBC27E2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додаванні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адреналіну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 анестетику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анестезія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475F1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А.Швидше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сильніше</w:t>
      </w:r>
      <w:proofErr w:type="spellEnd"/>
    </w:p>
    <w:p w14:paraId="2BB95F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довше</w:t>
      </w:r>
      <w:proofErr w:type="spellEnd"/>
    </w:p>
    <w:p w14:paraId="019E99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слабше</w:t>
      </w:r>
      <w:proofErr w:type="spellEnd"/>
    </w:p>
    <w:p w14:paraId="3C8291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швидше</w:t>
      </w:r>
      <w:proofErr w:type="spellEnd"/>
    </w:p>
    <w:p w14:paraId="780375A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Швидше</w:t>
      </w:r>
      <w:proofErr w:type="spellEnd"/>
    </w:p>
    <w:p w14:paraId="37C5ED2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F2898E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37EFA0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94A16FD" w14:textId="77777777" w:rsidR="00A904C4" w:rsidRPr="0063699D" w:rsidRDefault="00FC2AAC" w:rsidP="00B2143D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11. ОСОБЛИВОСТІ ЗАСТОСУВАННЯ ЗАСОБІВ, ЩО ПОДРАЗНЮЮТЬ РЕЦЕПТОРИ.</w:t>
      </w:r>
    </w:p>
    <w:p w14:paraId="7A60AFD7" w14:textId="77777777" w:rsidR="00A904C4" w:rsidRPr="0063699D" w:rsidRDefault="00A904C4" w:rsidP="00B2143D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</w:p>
    <w:p w14:paraId="6A46B354" w14:textId="77777777" w:rsidR="00A904C4" w:rsidRPr="0063699D" w:rsidRDefault="00FC2AAC" w:rsidP="004F29C2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відволікаючих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болезаспокійливих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мірою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закінчень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мірою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шліхів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рота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гуморальну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згортання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55A90D5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вирішувати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тестові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E7303C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D6415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38C2D65" w14:textId="77777777" w:rsidR="00A904C4" w:rsidRPr="0063699D" w:rsidRDefault="00FC2AAC" w:rsidP="00A565D1">
      <w:pPr>
        <w:pStyle w:val="ListParagraph"/>
        <w:numPr>
          <w:ilvl w:val="0"/>
          <w:numId w:val="1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ПОДРАЗНЮЮЧІ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відволікаючої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(ментол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гірчиці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терпентинна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очищена) та синтетичного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аміаку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фіналгон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метилсаліцілат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Захар’їна-Геда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».</w:t>
      </w:r>
    </w:p>
    <w:p w14:paraId="03B64653" w14:textId="77777777" w:rsidR="00A904C4" w:rsidRPr="0063699D" w:rsidRDefault="00FC2AAC" w:rsidP="00A565D1">
      <w:pPr>
        <w:pStyle w:val="ListParagraph"/>
        <w:numPr>
          <w:ilvl w:val="0"/>
          <w:numId w:val="1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ВІДХАРКУВАЛЬНІ ЗАСОБИ.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2B48E5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секретомоторні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відхаркування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63C524D9" w14:textId="3392F521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трава термопсису,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мукалтин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пертусин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терпингідрат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D238E19" w14:textId="5C539AD5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трава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чебрецю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алтея,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синюхи, лист подорожника,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йодид;</w:t>
      </w:r>
    </w:p>
    <w:p w14:paraId="780F29D3" w14:textId="40451EF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муколітичні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бронхосекретолітичні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ацетилцистеїн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бромгексин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бисольвон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амброксол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лазолван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78C46E32" w14:textId="0D27383B" w:rsidR="00A904C4" w:rsidRPr="0063699D" w:rsidRDefault="00FC2AAC" w:rsidP="00A565D1">
      <w:pPr>
        <w:pStyle w:val="ListParagraph"/>
        <w:numPr>
          <w:ilvl w:val="0"/>
          <w:numId w:val="1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сурфактанти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куросурф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экзосурф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берактант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секретомоторних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муколітичних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2C47FC2" w14:textId="77777777" w:rsidR="00A904C4" w:rsidRPr="0063699D" w:rsidRDefault="00FC2AAC" w:rsidP="00A565D1">
      <w:pPr>
        <w:pStyle w:val="ListParagraph"/>
        <w:numPr>
          <w:ilvl w:val="0"/>
          <w:numId w:val="1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ГІРКОТИ.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6765F83C" w14:textId="44DCCE2A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кульбаби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трава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золототисячника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DF10FEE" w14:textId="16AEE63E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ароматичні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стручкового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кореневище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аїру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листя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подорожника,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чай,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плантаглюцид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3FCFA26" w14:textId="1B8F7538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B1551BC" w14:textId="32BC46DE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БЛЮВОТНІ ЗАСОБИ.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BED492D" w14:textId="1094D8A5" w:rsidR="00A904C4" w:rsidRPr="0063699D" w:rsidRDefault="00FC2AAC" w:rsidP="00A565D1">
      <w:pPr>
        <w:pStyle w:val="ListParagraph"/>
        <w:numPr>
          <w:ilvl w:val="0"/>
          <w:numId w:val="1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центральної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91D1FCF" w14:textId="423A2701" w:rsidR="00A904C4" w:rsidRPr="0063699D" w:rsidRDefault="00FC2AAC" w:rsidP="00A565D1">
      <w:pPr>
        <w:pStyle w:val="ListParagraph"/>
        <w:numPr>
          <w:ilvl w:val="0"/>
          <w:numId w:val="1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="00B2143D"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термопсису,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іпекакуани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хлориду.</w:t>
      </w:r>
    </w:p>
    <w:p w14:paraId="1D5A27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6AD61BD" w14:textId="5EDFB776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r w:rsidR="00FC2AAC" w:rsidRPr="0063699D">
        <w:rPr>
          <w:rFonts w:asciiTheme="majorBidi" w:hAnsiTheme="majorBidi" w:cstheme="majorBidi"/>
          <w:sz w:val="22"/>
          <w:lang w:val="ru-RU"/>
        </w:rPr>
        <w:t>ПРОНОСНІ ЗАСОБИ</w:t>
      </w:r>
    </w:p>
    <w:p w14:paraId="648B44A2" w14:textId="77777777" w:rsidR="00A904C4" w:rsidRPr="0063699D" w:rsidRDefault="00FC2AAC" w:rsidP="004F29C2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DD4E4CD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кишечника:</w:t>
      </w:r>
    </w:p>
    <w:p w14:paraId="7B5A602A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осмотичні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сольові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багатоатомні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спирти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лактулоза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ксилітол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макрогол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.; </w:t>
      </w:r>
    </w:p>
    <w:p w14:paraId="55282757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об'єм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кишечнику («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набухаючі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»)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капуста,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ляне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.; </w:t>
      </w:r>
    </w:p>
    <w:p w14:paraId="007A06A8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розм'якшенню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пом'ягчуючі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мигдальна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оливкова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соняшникова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вазелінова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кунжутна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5E0A89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тонкого кишечнику </w:t>
      </w:r>
    </w:p>
    <w:p w14:paraId="06C709C2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касторова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CCE0A35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товстого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кишечнику:</w:t>
      </w:r>
    </w:p>
    <w:p w14:paraId="276A459C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антраглікозиди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ревеню, кора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крушини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листя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сени,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сенаде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кафиол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2FD278C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фенолфталеїн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/пурген/,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ізафенін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пікосульфат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гутталакс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пиколакс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/.</w:t>
      </w:r>
    </w:p>
    <w:p w14:paraId="34E2F057" w14:textId="77777777" w:rsidR="00A904C4" w:rsidRPr="0063699D" w:rsidRDefault="00FC2AAC" w:rsidP="004F29C2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силою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12B0237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послабляючі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aperitiva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6A00ABD4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"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набухаючі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"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капуста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ламинарид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), агар-агар;</w:t>
      </w:r>
    </w:p>
    <w:p w14:paraId="36CCD888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пом'ягчуючі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мигдальна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оливкова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соняшникова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вазелінова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кунжутна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B9BA9A7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purgantia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laxantia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4DC85A1D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ревеню, кора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крушини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жостеру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лист сени (і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касторова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A35DA7C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фенолфталеїн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ізафенін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гутталакс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0B999F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drastica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сольові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форлакс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карловарська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моршинська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1122AF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6C56B5" w14:textId="3109EB66" w:rsidR="00A904C4" w:rsidRPr="0063699D" w:rsidRDefault="004F29C2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ЖОВЧОГІННІ ЗАСОБИ.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647545F" w14:textId="77777777" w:rsidR="00A904C4" w:rsidRPr="0063699D" w:rsidRDefault="00FC2AAC" w:rsidP="004F29C2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797C624D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холензим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аллохол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лиобил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3D4211B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плоди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шипшини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холосас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рильця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кукурудзи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квіти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безсмертника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флакумін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холагол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C06C978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оксафенамид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циквалон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никодин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урсофальк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B6BF76E" w14:textId="77777777" w:rsidR="00A904C4" w:rsidRPr="0063699D" w:rsidRDefault="00FC2AAC" w:rsidP="004F29C2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58001418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холецистокинетики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сорбітол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ксилітол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плоди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горобини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оливкова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пітуїтрин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60FD475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папаверин, но-шпа, дибазол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564A04" w14:textId="77777777" w:rsidR="00A904C4" w:rsidRPr="0063699D" w:rsidRDefault="00FC2AAC" w:rsidP="004F29C2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62808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AE985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BAB8EAC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8D4311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харчовому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блювотний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95289D7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E7ECC75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7665B1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6281230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холодові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рефлекторно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4EA1F1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муколітичний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продукцію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сурфактанту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фармакодінаміки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5A7609D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водночас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321425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невідомою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3B9040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констипацію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товстому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хеморецептори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19EC05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жочоутворення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6808276" w14:textId="77777777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AB1044" w14:textId="41F850C5" w:rsidR="00A904C4" w:rsidRPr="0063699D" w:rsidRDefault="00FC2AAC" w:rsidP="00A565D1">
      <w:pPr>
        <w:pStyle w:val="ListParagraph"/>
        <w:numPr>
          <w:ilvl w:val="0"/>
          <w:numId w:val="1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викладені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Послаблюючі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».</w:t>
      </w:r>
    </w:p>
    <w:p w14:paraId="359BEB07" w14:textId="6DA931F7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  14.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Проаналізуйте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 проносних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гуталакс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лактулоза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вазелінова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морська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капуста,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плантекс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рицинова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сульфат. </w:t>
      </w:r>
    </w:p>
    <w:p w14:paraId="39943BB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6C3C2F6" w14:textId="77777777" w:rsidR="00A904C4" w:rsidRPr="0063699D" w:rsidRDefault="00FC2AAC" w:rsidP="00A565D1">
      <w:pPr>
        <w:pStyle w:val="ListParagraph"/>
        <w:numPr>
          <w:ilvl w:val="0"/>
          <w:numId w:val="1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рефлекторно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перистальтику кишечника;</w:t>
      </w:r>
    </w:p>
    <w:p w14:paraId="1F1B04ED" w14:textId="77777777" w:rsidR="00A904C4" w:rsidRPr="0063699D" w:rsidRDefault="00FC2AAC" w:rsidP="00A565D1">
      <w:pPr>
        <w:pStyle w:val="ListParagraph"/>
        <w:numPr>
          <w:ilvl w:val="0"/>
          <w:numId w:val="1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осмотичної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A98BC5B" w14:textId="77777777" w:rsidR="00A904C4" w:rsidRPr="0063699D" w:rsidRDefault="00FC2AAC" w:rsidP="00A565D1">
      <w:pPr>
        <w:pStyle w:val="ListParagraph"/>
        <w:numPr>
          <w:ilvl w:val="0"/>
          <w:numId w:val="1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розм'якшують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07EDB1C" w14:textId="77777777" w:rsidR="00A904C4" w:rsidRPr="0063699D" w:rsidRDefault="00FC2AAC" w:rsidP="00A565D1">
      <w:pPr>
        <w:pStyle w:val="ListParagraph"/>
        <w:numPr>
          <w:ilvl w:val="0"/>
          <w:numId w:val="1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об'єм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кишечника.</w:t>
      </w:r>
    </w:p>
    <w:p w14:paraId="1DA871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оптимального препарату:</w:t>
      </w:r>
    </w:p>
    <w:p w14:paraId="62229AE4" w14:textId="77777777" w:rsidR="00A904C4" w:rsidRPr="0063699D" w:rsidRDefault="00FC2AAC" w:rsidP="00A565D1">
      <w:pPr>
        <w:pStyle w:val="ListParagraph"/>
        <w:numPr>
          <w:ilvl w:val="0"/>
          <w:numId w:val="1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похилого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49D04DD" w14:textId="77777777" w:rsidR="00A904C4" w:rsidRPr="0063699D" w:rsidRDefault="00FC2AAC" w:rsidP="00A565D1">
      <w:pPr>
        <w:pStyle w:val="ListParagraph"/>
        <w:numPr>
          <w:ilvl w:val="0"/>
          <w:numId w:val="1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післяопераційній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кишечника;</w:t>
      </w:r>
    </w:p>
    <w:p w14:paraId="76D08752" w14:textId="77777777" w:rsidR="00A904C4" w:rsidRPr="0063699D" w:rsidRDefault="00FC2AAC" w:rsidP="00A565D1">
      <w:pPr>
        <w:pStyle w:val="ListParagraph"/>
        <w:numPr>
          <w:ilvl w:val="0"/>
          <w:numId w:val="1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8E44A5A" w14:textId="77777777" w:rsidR="00A904C4" w:rsidRPr="0063699D" w:rsidRDefault="00FC2AAC" w:rsidP="00A565D1">
      <w:pPr>
        <w:pStyle w:val="ListParagraph"/>
        <w:numPr>
          <w:ilvl w:val="0"/>
          <w:numId w:val="1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підготовці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рентгенологічного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9053863" w14:textId="77777777" w:rsidR="00A904C4" w:rsidRPr="0063699D" w:rsidRDefault="00FC2AAC" w:rsidP="00A565D1">
      <w:pPr>
        <w:pStyle w:val="ListParagraph"/>
        <w:numPr>
          <w:ilvl w:val="0"/>
          <w:numId w:val="1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850F1B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5541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Для кожного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5C4BDD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7B4E6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07620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0485D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7330BDCC" w14:textId="77777777" w:rsidR="00A904C4" w:rsidRPr="0063699D" w:rsidRDefault="00FC2AAC" w:rsidP="00A565D1">
      <w:pPr>
        <w:pStyle w:val="ListParagraph"/>
        <w:numPr>
          <w:ilvl w:val="0"/>
          <w:numId w:val="1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закрепом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констипацією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гіпотонією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товстого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FEE1E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</w:p>
    <w:p w14:paraId="5D27BD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588D9B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рицинова</w:t>
      </w:r>
      <w:proofErr w:type="spellEnd"/>
    </w:p>
    <w:p w14:paraId="4B824C6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60BA60A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</w:p>
    <w:p w14:paraId="691B31A6" w14:textId="1775922B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бронхітом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синтетичний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муколітичний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розрідженню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мокротиння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даний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534C899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А. Гепарин</w:t>
      </w:r>
    </w:p>
    <w:p w14:paraId="3A4843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</w:p>
    <w:p w14:paraId="015FA0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Ацетилцистеїн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C961E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</w:p>
    <w:p w14:paraId="360A4A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Еналаприл</w:t>
      </w:r>
      <w:proofErr w:type="spellEnd"/>
    </w:p>
    <w:p w14:paraId="43C8E9A3" w14:textId="7C48A3B6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дискінезією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жовчовивідних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констипацією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закрепом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жовчогінний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проносним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ефектом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DB7DC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Алохол</w:t>
      </w:r>
      <w:proofErr w:type="spellEnd"/>
    </w:p>
    <w:p w14:paraId="618642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</w:p>
    <w:p w14:paraId="76A589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Холосас</w:t>
      </w:r>
      <w:proofErr w:type="spellEnd"/>
    </w:p>
    <w:p w14:paraId="47875C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Холензим</w:t>
      </w:r>
      <w:proofErr w:type="spellEnd"/>
    </w:p>
    <w:p w14:paraId="2F034DE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Нікодин</w:t>
      </w:r>
      <w:proofErr w:type="spellEnd"/>
    </w:p>
    <w:p w14:paraId="2CD05DCD" w14:textId="6C1B3B9D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атонія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жовчного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міхура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ускладнена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жовчнокам’яною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хворобою.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запропонованих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евакуації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жовчі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 кишечника за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умов?  </w:t>
      </w:r>
    </w:p>
    <w:p w14:paraId="50AB54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7E3A8D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ін’єкційно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3D1BC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Кислоту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дегідрохолеву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02992B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Легалон</w:t>
      </w:r>
      <w:proofErr w:type="spellEnd"/>
    </w:p>
    <w:p w14:paraId="45EEB14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Но-шпу  </w:t>
      </w:r>
    </w:p>
    <w:p w14:paraId="7113C41C" w14:textId="1D25A42E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бронхітом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тривало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відхаркувальну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мікстуру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з часом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з’явились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нежить,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сльозотеча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свербіння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компонентів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мікстури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вказані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побічні ефект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и?  </w:t>
      </w:r>
    </w:p>
    <w:p w14:paraId="1E5765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Терпингідрат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9E843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йодид  </w:t>
      </w:r>
    </w:p>
    <w:p w14:paraId="7E785E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трави термопсису  </w:t>
      </w:r>
    </w:p>
    <w:p w14:paraId="6AE123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Ацетилцистеїн</w:t>
      </w:r>
      <w:proofErr w:type="spellEnd"/>
    </w:p>
    <w:p w14:paraId="5A2518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C25DBF1" w14:textId="5BF013B7" w:rsidR="00A904C4" w:rsidRPr="0063699D" w:rsidRDefault="004F29C2" w:rsidP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Хворому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складі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комплексної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послаблюючий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сульфат.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послаблюючої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37393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чином тонкого  кишечнику</w:t>
      </w:r>
    </w:p>
    <w:p w14:paraId="73DD462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товстого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кишечнику</w:t>
      </w:r>
    </w:p>
    <w:p w14:paraId="0AD8CC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скорочувальну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кишечнику</w:t>
      </w:r>
    </w:p>
    <w:p w14:paraId="3A39EDF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набухання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кишечнику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їжі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</w:t>
      </w:r>
      <w:proofErr w:type="spellEnd"/>
    </w:p>
    <w:p w14:paraId="5B6B2F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розм'якшенню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</w:t>
      </w:r>
      <w:proofErr w:type="spellEnd"/>
    </w:p>
    <w:p w14:paraId="3A07CE8E" w14:textId="636E30E9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8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проведена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дегельмінтизація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прискорення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евакуації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кишкового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588BE28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крушини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97DE6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DFAE2F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Сенаде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CE1D02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 </w:t>
      </w:r>
    </w:p>
    <w:p w14:paraId="5DFB71B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касторова</w:t>
      </w:r>
      <w:proofErr w:type="spellEnd"/>
    </w:p>
    <w:p w14:paraId="12472605" w14:textId="6981907A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лікувався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запору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бісакодилом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через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декілька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послаблюючий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знизився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бути повязано?  </w:t>
      </w:r>
    </w:p>
    <w:p w14:paraId="4E8A56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C30A6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17BE66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94204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4AA3C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</w:p>
    <w:p w14:paraId="31EC7D97" w14:textId="4C8A1235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мазь “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Ефкамон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”, яка за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подразнюючих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відволікаючої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Коли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мазь є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протипоказаною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  </w:t>
      </w:r>
    </w:p>
    <w:p w14:paraId="589AC4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Міалгія</w:t>
      </w:r>
      <w:proofErr w:type="spellEnd"/>
    </w:p>
    <w:p w14:paraId="44808A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Ушкодження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124DBC9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B47FAB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Невралгія</w:t>
      </w:r>
      <w:proofErr w:type="spellEnd"/>
    </w:p>
    <w:p w14:paraId="236B0C5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Неврит  </w:t>
      </w:r>
    </w:p>
    <w:p w14:paraId="5CC60E3F" w14:textId="68F2C4D4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10.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холециститу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усуває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спазм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гладенької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351D65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Платифілін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3BE29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Холензим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14F38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Алохол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735EB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A8CBF6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Холосас</w:t>
      </w:r>
      <w:proofErr w:type="spellEnd"/>
    </w:p>
    <w:p w14:paraId="4497648D" w14:textId="664F4231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11.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відхаркуючий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блювота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визвати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подібну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7EF94D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йодид  </w:t>
      </w:r>
    </w:p>
    <w:p w14:paraId="3D1BAD5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Бромгексин</w:t>
      </w:r>
    </w:p>
    <w:p w14:paraId="69D556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трави термопсису  </w:t>
      </w:r>
    </w:p>
    <w:p w14:paraId="387162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0DAC8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Ацетилцистеїн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45026E1" w14:textId="1A41E8D9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12.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муколітичний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сульфгідрильну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використаний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61F03D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Бронхолітин</w:t>
      </w:r>
      <w:proofErr w:type="spellEnd"/>
    </w:p>
    <w:p w14:paraId="5870BD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Мукалтин  </w:t>
      </w:r>
    </w:p>
    <w:p w14:paraId="781F3D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Ацетилцистеїн</w:t>
      </w:r>
      <w:proofErr w:type="spellEnd"/>
    </w:p>
    <w:p w14:paraId="6197DD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Амброксол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A0742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Сальбутамол</w:t>
      </w:r>
      <w:proofErr w:type="spellEnd"/>
    </w:p>
    <w:p w14:paraId="2385F3AF" w14:textId="73605F93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13.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Студент 3 курсу 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проходженні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медичної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практики повинен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поставити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гірчичники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на спину хворого.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змочив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гірчичники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водою з температурою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60 С і поставив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на спину </w:t>
      </w:r>
      <w:r w:rsidR="00FC2AAC"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хворому. Через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півгодини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студент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виявив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шкіра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хворого на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місці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прикладення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гірчичників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почервоніла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пов`язана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відсутність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гірчичників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4E257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мірозину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A3AAB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7D66C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мірозину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814A72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моноамінооксидази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5D6FB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метилтрансферази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A948710" w14:textId="3E6B3E9C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14.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доставлено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важко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хворого,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дорозі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втратив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свідомість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привести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тями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дав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понюхати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аміаку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2F0E76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Рефлекторна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D5EF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Резорбтивна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24E3D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E9848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1CB4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Етіотропна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1F3C22B8" w14:textId="55D434F6" w:rsidR="00A904C4" w:rsidRPr="0063699D" w:rsidRDefault="004F29C2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15.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інколи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виникають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серці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не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фізичним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навантаженням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подразнювальну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речовину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яка 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місцевому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звужує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а рефлекторно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розширює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коронарні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10C9F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Ментол </w:t>
      </w:r>
    </w:p>
    <w:p w14:paraId="3C3E5D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Камфора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9BEF1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Гірчичники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C3119C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терпентинова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2B5E2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аміаку</w:t>
      </w:r>
      <w:proofErr w:type="spellEnd"/>
    </w:p>
    <w:p w14:paraId="76BA278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E8A8DA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1E6B8A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B45F95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1B1B48A" w14:textId="77777777" w:rsidR="004F29C2" w:rsidRPr="0063699D" w:rsidRDefault="004F29C2">
      <w:pPr>
        <w:pageBreakBefore/>
        <w:spacing w:after="240" w:line="240" w:lineRule="auto"/>
        <w:jc w:val="center"/>
        <w:rPr>
          <w:rFonts w:asciiTheme="majorBidi" w:hAnsiTheme="majorBidi" w:cstheme="majorBidi"/>
          <w:b/>
          <w:sz w:val="22"/>
        </w:rPr>
      </w:pPr>
    </w:p>
    <w:p w14:paraId="0967E60E" w14:textId="4B5527BA" w:rsidR="004F29C2" w:rsidRPr="0063699D" w:rsidRDefault="004F29C2" w:rsidP="004F29C2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ЛІКАРСЬКІ ЗАСОБИ, ЩО ВПЛИВАЮТЬ НА ЦЕНТРАЛЬНУ</w:t>
      </w:r>
    </w:p>
    <w:p w14:paraId="71F16B58" w14:textId="33C1BA68" w:rsidR="004F29C2" w:rsidRPr="0063699D" w:rsidRDefault="004F29C2" w:rsidP="004F29C2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НЕРВОВУ СИСТЕМУ</w:t>
      </w:r>
    </w:p>
    <w:p w14:paraId="2A18EAC5" w14:textId="2F4D80DB" w:rsidR="004F29C2" w:rsidRPr="0063699D" w:rsidRDefault="004F29C2" w:rsidP="004F29C2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 xml:space="preserve">Тема №12.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для наркозу</w:t>
      </w:r>
    </w:p>
    <w:p w14:paraId="09E835DE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2C6730E2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Інгаляційні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неінгаляційні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безболісно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проводити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вивихів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співставлення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переломах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завжди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повинен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пам’ятати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Незважаючи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досягнення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продовжуються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розробляються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варіанти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багатокомпонентного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CB2087" w14:textId="13485F0D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анестезіолог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слідкувати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глибиною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наркозу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рогівковому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рефлексу,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доступу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рота хворого.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найскладніше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найтравматичніше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виконувати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вступного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базисного наркозу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інтубації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трахеї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рентгеноапаратура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невибухонебезпечним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севофлуран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амбулаторних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поєднують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Гексенал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тіопентал-натрій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пропофол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4AB8707" w14:textId="77777777" w:rsidR="00A904C4" w:rsidRPr="0063699D" w:rsidRDefault="00FC2AAC" w:rsidP="004F29C2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Освоїти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формах.</w:t>
      </w:r>
    </w:p>
    <w:p w14:paraId="0367E2E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379473C" w14:textId="77777777" w:rsidR="00A904C4" w:rsidRPr="0063699D" w:rsidRDefault="00FC2AAC" w:rsidP="00DF6C43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EAE97EC" w14:textId="77777777" w:rsidR="00A904C4" w:rsidRPr="0063699D" w:rsidRDefault="00FC2AAC" w:rsidP="00A565D1">
      <w:pPr>
        <w:pStyle w:val="ListParagraph"/>
        <w:numPr>
          <w:ilvl w:val="0"/>
          <w:numId w:val="1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наркоз.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наркозу.</w:t>
      </w:r>
    </w:p>
    <w:p w14:paraId="2B070B62" w14:textId="77777777" w:rsidR="00A904C4" w:rsidRPr="0063699D" w:rsidRDefault="00FC2AAC" w:rsidP="00A565D1">
      <w:pPr>
        <w:pStyle w:val="ListParagraph"/>
        <w:numPr>
          <w:ilvl w:val="0"/>
          <w:numId w:val="1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інгаляційних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широту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інгаляційного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наркозу.</w:t>
      </w:r>
    </w:p>
    <w:p w14:paraId="484C6F7D" w14:textId="77777777" w:rsidR="00A904C4" w:rsidRPr="0063699D" w:rsidRDefault="00FC2AAC" w:rsidP="00A565D1">
      <w:pPr>
        <w:pStyle w:val="ListParagraph"/>
        <w:numPr>
          <w:ilvl w:val="0"/>
          <w:numId w:val="1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неінгаляційного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неінгаляційних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5DF3CA" w14:textId="77777777" w:rsidR="00A904C4" w:rsidRPr="0063699D" w:rsidRDefault="00FC2AAC" w:rsidP="00A565D1">
      <w:pPr>
        <w:pStyle w:val="ListParagraph"/>
        <w:numPr>
          <w:ilvl w:val="0"/>
          <w:numId w:val="1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та з препаратами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.</w:t>
      </w:r>
    </w:p>
    <w:p w14:paraId="2A5E5D02" w14:textId="77777777" w:rsidR="00A904C4" w:rsidRPr="0063699D" w:rsidRDefault="00FC2AAC" w:rsidP="00A565D1">
      <w:pPr>
        <w:pStyle w:val="ListParagraph"/>
        <w:numPr>
          <w:ilvl w:val="0"/>
          <w:numId w:val="1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премедикацію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вступний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базисний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моно-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наркоз.</w:t>
      </w:r>
    </w:p>
    <w:p w14:paraId="0122DA4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11D04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13239C6" w14:textId="77777777" w:rsidR="00A904C4" w:rsidRPr="0063699D" w:rsidRDefault="00FC2AAC" w:rsidP="00A565D1">
      <w:pPr>
        <w:pStyle w:val="ListParagraph"/>
        <w:numPr>
          <w:ilvl w:val="0"/>
          <w:numId w:val="1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принципами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DF4359" w14:textId="77777777" w:rsidR="00A904C4" w:rsidRPr="0063699D" w:rsidRDefault="00FC2AAC" w:rsidP="00A565D1">
      <w:pPr>
        <w:pStyle w:val="ListParagraph"/>
        <w:numPr>
          <w:ilvl w:val="0"/>
          <w:numId w:val="1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зборі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анамнезу 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абсцесом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плеча,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тримекаїном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6278A65" w14:textId="77777777" w:rsidR="00A904C4" w:rsidRPr="0063699D" w:rsidRDefault="00FC2AAC" w:rsidP="00A565D1">
      <w:pPr>
        <w:pStyle w:val="ListParagraph"/>
        <w:numPr>
          <w:ilvl w:val="0"/>
          <w:numId w:val="1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стаціонарному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розкрити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піднижньощелепній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тримекаїн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Оперативне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вирішили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проводити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наркозу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Ваше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05F50F19" w14:textId="77777777" w:rsidR="00A904C4" w:rsidRPr="0063699D" w:rsidRDefault="00FC2AAC" w:rsidP="00A565D1">
      <w:pPr>
        <w:pStyle w:val="ListParagraph"/>
        <w:numPr>
          <w:ilvl w:val="0"/>
          <w:numId w:val="1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“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Можливості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для наркозу </w:t>
      </w:r>
      <w:r w:rsidRPr="0063699D">
        <w:rPr>
          <w:rFonts w:asciiTheme="majorBidi" w:hAnsiTheme="majorBidi" w:cstheme="majorBidi"/>
          <w:sz w:val="22"/>
          <w:lang w:val="ru-RU"/>
        </w:rPr>
        <w:t>”</w:t>
      </w:r>
    </w:p>
    <w:p w14:paraId="2550F3B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DA2B82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6808A7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1C4DA5B8" w14:textId="77777777" w:rsidR="00A904C4" w:rsidRPr="0063699D" w:rsidRDefault="00FC2AAC" w:rsidP="00A565D1">
      <w:pPr>
        <w:pStyle w:val="ListParagraph"/>
        <w:numPr>
          <w:ilvl w:val="0"/>
          <w:numId w:val="1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севофлурану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9DB422F" w14:textId="77777777" w:rsidR="00A904C4" w:rsidRPr="0063699D" w:rsidRDefault="00FC2AAC" w:rsidP="00A565D1">
      <w:pPr>
        <w:pStyle w:val="ListParagraph"/>
        <w:numPr>
          <w:ilvl w:val="0"/>
          <w:numId w:val="1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</w:p>
    <w:p w14:paraId="1B86E3B6" w14:textId="77777777" w:rsidR="00A904C4" w:rsidRPr="0063699D" w:rsidRDefault="00FC2AAC" w:rsidP="00A565D1">
      <w:pPr>
        <w:pStyle w:val="ListParagraph"/>
        <w:numPr>
          <w:ilvl w:val="0"/>
          <w:numId w:val="1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</w:p>
    <w:p w14:paraId="20DA8068" w14:textId="77777777" w:rsidR="00A904C4" w:rsidRPr="0063699D" w:rsidRDefault="00FC2AAC" w:rsidP="00A565D1">
      <w:pPr>
        <w:pStyle w:val="ListParagraph"/>
        <w:numPr>
          <w:ilvl w:val="0"/>
          <w:numId w:val="1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</w:p>
    <w:p w14:paraId="797CCD9A" w14:textId="77777777" w:rsidR="00A904C4" w:rsidRPr="0063699D" w:rsidRDefault="00FC2AAC" w:rsidP="00A565D1">
      <w:pPr>
        <w:pStyle w:val="ListParagraph"/>
        <w:numPr>
          <w:ilvl w:val="0"/>
          <w:numId w:val="1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Майже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</w:p>
    <w:p w14:paraId="43E87326" w14:textId="77777777" w:rsidR="00A904C4" w:rsidRPr="0063699D" w:rsidRDefault="00FC2AAC" w:rsidP="00A565D1">
      <w:pPr>
        <w:pStyle w:val="ListParagraph"/>
        <w:numPr>
          <w:ilvl w:val="0"/>
          <w:numId w:val="1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Діастолічний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систолічний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96495A" w14:textId="6F9422C8" w:rsidR="00A904C4" w:rsidRPr="0063699D" w:rsidRDefault="00FC2AAC" w:rsidP="00A565D1">
      <w:pPr>
        <w:pStyle w:val="ListParagraph"/>
        <w:numPr>
          <w:ilvl w:val="0"/>
          <w:numId w:val="1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блукаючого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нерва, хворому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ввести? </w:t>
      </w:r>
    </w:p>
    <w:p w14:paraId="6B88E5A6" w14:textId="77777777" w:rsidR="00A904C4" w:rsidRPr="0063699D" w:rsidRDefault="00FC2AAC" w:rsidP="00A565D1">
      <w:pPr>
        <w:pStyle w:val="ListParagraph"/>
        <w:numPr>
          <w:ilvl w:val="0"/>
          <w:numId w:val="1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DDEF6FB" w14:textId="77777777" w:rsidR="00A904C4" w:rsidRPr="0063699D" w:rsidRDefault="00FC2AAC" w:rsidP="00A565D1">
      <w:pPr>
        <w:pStyle w:val="ListParagraph"/>
        <w:numPr>
          <w:ilvl w:val="0"/>
          <w:numId w:val="1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DB5E7C1" w14:textId="77777777" w:rsidR="00A904C4" w:rsidRPr="0063699D" w:rsidRDefault="00FC2AAC" w:rsidP="00A565D1">
      <w:pPr>
        <w:pStyle w:val="ListParagraph"/>
        <w:numPr>
          <w:ilvl w:val="0"/>
          <w:numId w:val="1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фелипрессин</w:t>
      </w:r>
      <w:proofErr w:type="spellEnd"/>
    </w:p>
    <w:p w14:paraId="7688B898" w14:textId="77777777" w:rsidR="00A904C4" w:rsidRPr="0063699D" w:rsidRDefault="00FC2AAC" w:rsidP="00A565D1">
      <w:pPr>
        <w:pStyle w:val="ListParagraph"/>
        <w:numPr>
          <w:ilvl w:val="0"/>
          <w:numId w:val="1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</w:p>
    <w:p w14:paraId="761E8531" w14:textId="77777777" w:rsidR="00A904C4" w:rsidRPr="0063699D" w:rsidRDefault="00FC2AAC" w:rsidP="00A565D1">
      <w:pPr>
        <w:pStyle w:val="ListParagraph"/>
        <w:numPr>
          <w:ilvl w:val="0"/>
          <w:numId w:val="1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</w:p>
    <w:p w14:paraId="0BE8B140" w14:textId="00D23632" w:rsidR="00A904C4" w:rsidRPr="0063699D" w:rsidRDefault="00FC2AAC" w:rsidP="00A565D1">
      <w:pPr>
        <w:pStyle w:val="ListParagraph"/>
        <w:numPr>
          <w:ilvl w:val="0"/>
          <w:numId w:val="1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премедикації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севофлурановому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78E48EE2" w14:textId="77777777" w:rsidR="00A904C4" w:rsidRPr="0063699D" w:rsidRDefault="00FC2AAC" w:rsidP="00A565D1">
      <w:pPr>
        <w:pStyle w:val="ListParagraph"/>
        <w:numPr>
          <w:ilvl w:val="0"/>
          <w:numId w:val="1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4A5B80" w14:textId="77777777" w:rsidR="00A904C4" w:rsidRPr="0063699D" w:rsidRDefault="00FC2AAC" w:rsidP="00A565D1">
      <w:pPr>
        <w:pStyle w:val="ListParagraph"/>
        <w:numPr>
          <w:ilvl w:val="0"/>
          <w:numId w:val="1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6A530D2" w14:textId="77777777" w:rsidR="00A904C4" w:rsidRPr="0063699D" w:rsidRDefault="00FC2AAC" w:rsidP="00A565D1">
      <w:pPr>
        <w:pStyle w:val="ListParagraph"/>
        <w:numPr>
          <w:ilvl w:val="0"/>
          <w:numId w:val="1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A4E8A63" w14:textId="77777777" w:rsidR="00A904C4" w:rsidRPr="0063699D" w:rsidRDefault="00FC2AAC" w:rsidP="00A565D1">
      <w:pPr>
        <w:pStyle w:val="ListParagraph"/>
        <w:numPr>
          <w:ilvl w:val="0"/>
          <w:numId w:val="1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21F9DE2" w14:textId="77777777" w:rsidR="00A904C4" w:rsidRPr="0063699D" w:rsidRDefault="00FC2AAC" w:rsidP="00A565D1">
      <w:pPr>
        <w:pStyle w:val="ListParagraph"/>
        <w:numPr>
          <w:ilvl w:val="0"/>
          <w:numId w:val="1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релаксанти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1F89722" w14:textId="304B4FB0" w:rsidR="00A904C4" w:rsidRPr="0063699D" w:rsidRDefault="00FC2AAC" w:rsidP="00A565D1">
      <w:pPr>
        <w:pStyle w:val="ListParagraph"/>
        <w:numPr>
          <w:ilvl w:val="0"/>
          <w:numId w:val="1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8CAB764" w14:textId="77777777" w:rsidR="00A904C4" w:rsidRPr="0063699D" w:rsidRDefault="00FC2AAC" w:rsidP="00A565D1">
      <w:pPr>
        <w:pStyle w:val="ListParagraph"/>
        <w:numPr>
          <w:ilvl w:val="0"/>
          <w:numId w:val="1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3EA3F1C" w14:textId="77777777" w:rsidR="00A904C4" w:rsidRPr="0063699D" w:rsidRDefault="00FC2AAC" w:rsidP="00A565D1">
      <w:pPr>
        <w:pStyle w:val="ListParagraph"/>
        <w:numPr>
          <w:ilvl w:val="0"/>
          <w:numId w:val="1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83EF76" w14:textId="77777777" w:rsidR="00A904C4" w:rsidRPr="0063699D" w:rsidRDefault="00FC2AAC" w:rsidP="00A565D1">
      <w:pPr>
        <w:pStyle w:val="ListParagraph"/>
        <w:numPr>
          <w:ilvl w:val="0"/>
          <w:numId w:val="1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пілокарпіну</w:t>
      </w:r>
      <w:proofErr w:type="spellEnd"/>
    </w:p>
    <w:p w14:paraId="5C8656FC" w14:textId="77777777" w:rsidR="00A904C4" w:rsidRPr="0063699D" w:rsidRDefault="00FC2AAC" w:rsidP="00A565D1">
      <w:pPr>
        <w:pStyle w:val="ListParagraph"/>
        <w:numPr>
          <w:ilvl w:val="0"/>
          <w:numId w:val="1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Анальгетики</w:t>
      </w:r>
    </w:p>
    <w:p w14:paraId="28C3E893" w14:textId="77777777" w:rsidR="00A904C4" w:rsidRPr="0063699D" w:rsidRDefault="00FC2AAC" w:rsidP="00A565D1">
      <w:pPr>
        <w:pStyle w:val="ListParagraph"/>
        <w:numPr>
          <w:ilvl w:val="0"/>
          <w:numId w:val="1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Піридоксин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EBE1FDF" w14:textId="3106E686" w:rsidR="00A904C4" w:rsidRPr="0063699D" w:rsidRDefault="004F29C2" w:rsidP="004F29C2">
      <w:pPr>
        <w:spacing w:after="0" w:line="360" w:lineRule="auto"/>
        <w:ind w:left="709" w:firstLine="36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наркозі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5ED9B1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Барбітурати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76004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Анальгетики </w:t>
      </w:r>
    </w:p>
    <w:p w14:paraId="29F6305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релаксанти</w:t>
      </w:r>
      <w:proofErr w:type="spellEnd"/>
    </w:p>
    <w:p w14:paraId="64A92D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Амфетамін</w:t>
      </w:r>
      <w:proofErr w:type="spellEnd"/>
    </w:p>
    <w:p w14:paraId="493350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Ретаболіл</w:t>
      </w:r>
      <w:proofErr w:type="spellEnd"/>
    </w:p>
    <w:p w14:paraId="509C735D" w14:textId="35401BE7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розслаблюють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скелетну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дихальну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мускулатуру?</w:t>
      </w:r>
    </w:p>
    <w:p w14:paraId="1D0285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А.Гіпотензивні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4B58F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Анальгетики </w:t>
      </w:r>
    </w:p>
    <w:p w14:paraId="445C1D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Барбітурати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E27F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 Аналептики</w:t>
      </w:r>
    </w:p>
    <w:p w14:paraId="383A5B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Антигістамінні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</w:p>
    <w:p w14:paraId="31C6D6A2" w14:textId="3211DFC8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Яка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назв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синонімом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кетаміну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424CF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Каліпсол</w:t>
      </w:r>
      <w:proofErr w:type="spellEnd"/>
    </w:p>
    <w:p w14:paraId="0349B7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Седуксен</w:t>
      </w:r>
    </w:p>
    <w:p w14:paraId="3E0F96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Мезепин</w:t>
      </w:r>
      <w:proofErr w:type="spellEnd"/>
    </w:p>
    <w:p w14:paraId="770925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Мепробамат</w:t>
      </w:r>
      <w:proofErr w:type="spellEnd"/>
    </w:p>
    <w:p w14:paraId="34E1AF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Тіопентал-натрій</w:t>
      </w:r>
      <w:proofErr w:type="spellEnd"/>
    </w:p>
    <w:p w14:paraId="511716AC" w14:textId="2B49C803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Антагоністом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тіопентал-натрію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є: </w:t>
      </w:r>
    </w:p>
    <w:p w14:paraId="7DCD95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Бемегрид</w:t>
      </w:r>
      <w:proofErr w:type="spellEnd"/>
    </w:p>
    <w:p w14:paraId="52E997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</w:p>
    <w:p w14:paraId="665AEA2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48D4C2F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</w:p>
    <w:p w14:paraId="2548427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</w:p>
    <w:p w14:paraId="6029B22E" w14:textId="4D4D7951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Тіопентал-натрію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дорослим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вводять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3AA573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А. 20%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розчину</w:t>
      </w:r>
      <w:proofErr w:type="spellEnd"/>
    </w:p>
    <w:p w14:paraId="7846A8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1%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розчину</w:t>
      </w:r>
      <w:proofErr w:type="spellEnd"/>
    </w:p>
    <w:p w14:paraId="49B24C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3-5%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розчину</w:t>
      </w:r>
      <w:proofErr w:type="spellEnd"/>
    </w:p>
    <w:p w14:paraId="583A8B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5-10%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розчину</w:t>
      </w:r>
      <w:proofErr w:type="spellEnd"/>
    </w:p>
    <w:p w14:paraId="590B69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0,02 %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розчину</w:t>
      </w:r>
      <w:proofErr w:type="spellEnd"/>
    </w:p>
    <w:p w14:paraId="25E757F6" w14:textId="0AEA0B9D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10.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Щоб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уникнути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ларинго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-і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бронхоспазма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тіопентал-натрію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вводять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372634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4FB760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8F502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A7CDE2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Бемегрид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62C1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</w:p>
    <w:p w14:paraId="1EA53A5E" w14:textId="4434EF24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11. 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використанні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кетаміну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спостерігаються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галюцинації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попереджають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знімають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3BCE1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А.  Анальгетики</w:t>
      </w:r>
    </w:p>
    <w:p w14:paraId="4030F0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76726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B1086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406CF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 </w:t>
      </w:r>
    </w:p>
    <w:p w14:paraId="2464795E" w14:textId="1E63898B" w:rsidR="00A904C4" w:rsidRPr="0063699D" w:rsidRDefault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12.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Ін’єкція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наркозного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забезпечила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наркотизацію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хворого на 5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. і для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завершення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ввели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препарату.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наркозний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таку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коротку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D90C7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Каліпсол</w:t>
      </w:r>
      <w:proofErr w:type="spellEnd"/>
    </w:p>
    <w:p w14:paraId="7649A2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01DE65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</w:p>
    <w:p w14:paraId="4BDFDD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Тіопентал-натрій</w:t>
      </w:r>
      <w:proofErr w:type="spellEnd"/>
    </w:p>
    <w:p w14:paraId="663DDA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Пропофол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DFC799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9D1914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7BE977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5C5D884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№13. ЕТИЛОВИЙ СПИРТ. ФАРМАКОКІНЕТИКА І ФАРМАКОДИНАМІКА. ВИКОРИСТАННЯ У МЕДИЧНІЙ ПРАКТИЦІ. ОТРУЄННЯ ЕТИЛОВИМ СПИРТОМ ТА ЛІКУВАННЯ. АЛКОГОЛІЗМ, ЙОГО СОЦІАЛЬНІ АСПЕКТИ. ПРИНЦИПИ ФАРМАКОТЕРАПІЇ АЛКОГОЛІЗМУ.</w:t>
      </w:r>
    </w:p>
    <w:p w14:paraId="42103EC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446529C" w14:textId="77777777" w:rsidR="00A904C4" w:rsidRPr="0063699D" w:rsidRDefault="00FC2AAC" w:rsidP="00BC68CF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широке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веде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алкоголем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уявлення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спирту, способах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боротьби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зловживанням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8DBE21F" w14:textId="77777777" w:rsidR="00A904C4" w:rsidRPr="0063699D" w:rsidRDefault="00FC2AAC" w:rsidP="00BC68CF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шкідливість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алкоголю.</w:t>
      </w:r>
    </w:p>
    <w:p w14:paraId="467E829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E65F2E9" w14:textId="77777777" w:rsidR="00A904C4" w:rsidRPr="0063699D" w:rsidRDefault="00FC2AAC" w:rsidP="00BC68CF">
      <w:pPr>
        <w:spacing w:after="0" w:line="360" w:lineRule="auto"/>
        <w:ind w:firstLine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2824DD17" w14:textId="77777777" w:rsidR="00A904C4" w:rsidRPr="0063699D" w:rsidRDefault="00FC2AAC" w:rsidP="00BC68CF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Спирт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 Фармаколог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я 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токсиколог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спирту.</w:t>
      </w:r>
    </w:p>
    <w:p w14:paraId="29428C5B" w14:textId="77777777" w:rsidR="00A904C4" w:rsidRPr="0063699D" w:rsidRDefault="00FC2AAC" w:rsidP="00BC68CF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2.</w:t>
      </w:r>
      <w:r w:rsidRPr="0063699D">
        <w:rPr>
          <w:rFonts w:asciiTheme="majorBidi" w:hAnsiTheme="majorBidi" w:cstheme="majorBidi"/>
          <w:sz w:val="22"/>
          <w:lang w:val="ru-RU"/>
        </w:rPr>
        <w:tab/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спирту. </w:t>
      </w:r>
    </w:p>
    <w:p w14:paraId="790F4018" w14:textId="77777777" w:rsidR="00A904C4" w:rsidRPr="0063699D" w:rsidRDefault="00FC2AAC" w:rsidP="00BC68CF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3.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Спектр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резорбтивної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н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чн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1ACC08" w14:textId="77777777" w:rsidR="00A904C4" w:rsidRPr="0063699D" w:rsidRDefault="00FC2AAC" w:rsidP="00BC68CF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4.</w:t>
      </w:r>
      <w:r w:rsidRPr="0063699D">
        <w:rPr>
          <w:rFonts w:asciiTheme="majorBidi" w:hAnsiTheme="majorBidi" w:cstheme="majorBidi"/>
          <w:sz w:val="22"/>
          <w:lang w:val="ru-RU"/>
        </w:rPr>
        <w:tab/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алкоголем,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картина,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4123DB9" w14:textId="77777777" w:rsidR="00A904C4" w:rsidRPr="0063699D" w:rsidRDefault="00FC2AAC" w:rsidP="00BC68CF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5.</w:t>
      </w:r>
      <w:r w:rsidRPr="0063699D">
        <w:rPr>
          <w:rFonts w:asciiTheme="majorBidi" w:hAnsiTheme="majorBidi" w:cstheme="majorBidi"/>
          <w:sz w:val="22"/>
          <w:lang w:val="ru-RU"/>
        </w:rPr>
        <w:tab/>
        <w:t>3асоби л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дисульфірам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лідевіну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AD6D4D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EB05F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Рішення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ситуаційних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задач.</w:t>
      </w:r>
    </w:p>
    <w:p w14:paraId="6F47B7EB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ві-дповідь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67AE9B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точки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дуже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DA22A13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алкоголю з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деякими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лікарськими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застосуванні</w:t>
      </w:r>
      <w:proofErr w:type="spellEnd"/>
    </w:p>
    <w:p w14:paraId="51351CD4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↓  ЦНС,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перехресної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кризу, ↑ вазодилататорного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колаптоїдний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стан, ↑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↑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кровотча,крововиливи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↑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гепатотоксичної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↑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',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ульцерогенності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дисульфірамоподібна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↑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альдегіддегідрогенази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↓ токсичного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</w:t>
      </w:r>
    </w:p>
    <w:p w14:paraId="7D9FC9A7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обробки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рук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608074C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D0CE3B9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антисептичний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фурункулів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інфільтратів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2890673" w14:textId="77777777" w:rsidR="00A904C4" w:rsidRPr="0063699D" w:rsidRDefault="00FC2AAC" w:rsidP="00A565D1">
      <w:pPr>
        <w:pStyle w:val="ListParagraph"/>
        <w:numPr>
          <w:ilvl w:val="0"/>
          <w:numId w:val="1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DC9463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D98718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0C48C41B" w14:textId="77777777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зігрівання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переохолодження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терморегуляцію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E97F4C8" w14:textId="77777777" w:rsidR="00A904C4" w:rsidRPr="0063699D" w:rsidRDefault="00FC2AAC" w:rsidP="00A565D1">
      <w:pPr>
        <w:pStyle w:val="ListParagraph"/>
        <w:numPr>
          <w:ilvl w:val="0"/>
          <w:numId w:val="1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696869C" w14:textId="77777777" w:rsidR="00A904C4" w:rsidRPr="0063699D" w:rsidRDefault="00FC2AAC" w:rsidP="00A565D1">
      <w:pPr>
        <w:pStyle w:val="ListParagraph"/>
        <w:numPr>
          <w:ilvl w:val="0"/>
          <w:numId w:val="1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7B6BC01" w14:textId="77777777" w:rsidR="00A904C4" w:rsidRPr="0063699D" w:rsidRDefault="00FC2AAC" w:rsidP="00A565D1">
      <w:pPr>
        <w:pStyle w:val="ListParagraph"/>
        <w:numPr>
          <w:ilvl w:val="0"/>
          <w:numId w:val="1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теплопродукція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8574816" w14:textId="77777777" w:rsidR="00A904C4" w:rsidRPr="0063699D" w:rsidRDefault="00FC2AAC" w:rsidP="00A565D1">
      <w:pPr>
        <w:pStyle w:val="ListParagraph"/>
        <w:numPr>
          <w:ilvl w:val="0"/>
          <w:numId w:val="1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теплопродукція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751FAC" w14:textId="77777777" w:rsidR="00A904C4" w:rsidRPr="0063699D" w:rsidRDefault="00FC2AAC" w:rsidP="00A565D1">
      <w:pPr>
        <w:pStyle w:val="ListParagraph"/>
        <w:numPr>
          <w:ilvl w:val="0"/>
          <w:numId w:val="1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теплопродукція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4D05B8" w14:textId="53B7F651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наркологічному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Яке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CE11D78" w14:textId="77777777" w:rsidR="00A904C4" w:rsidRPr="0063699D" w:rsidRDefault="00FC2AAC" w:rsidP="00A565D1">
      <w:pPr>
        <w:pStyle w:val="ListParagraph"/>
        <w:numPr>
          <w:ilvl w:val="0"/>
          <w:numId w:val="1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психоз </w:t>
      </w:r>
    </w:p>
    <w:p w14:paraId="33342BDB" w14:textId="77777777" w:rsidR="00A904C4" w:rsidRPr="0063699D" w:rsidRDefault="00FC2AAC" w:rsidP="00A565D1">
      <w:pPr>
        <w:pStyle w:val="ListParagraph"/>
        <w:numPr>
          <w:ilvl w:val="0"/>
          <w:numId w:val="1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83514A" w14:textId="77777777" w:rsidR="00A904C4" w:rsidRPr="0063699D" w:rsidRDefault="00FC2AAC" w:rsidP="00A565D1">
      <w:pPr>
        <w:pStyle w:val="ListParagraph"/>
        <w:numPr>
          <w:ilvl w:val="0"/>
          <w:numId w:val="1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FD270D5" w14:textId="77777777" w:rsidR="00A904C4" w:rsidRPr="0063699D" w:rsidRDefault="00FC2AAC" w:rsidP="00A565D1">
      <w:pPr>
        <w:pStyle w:val="ListParagraph"/>
        <w:numPr>
          <w:ilvl w:val="0"/>
          <w:numId w:val="1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73F530E" w14:textId="77777777" w:rsidR="00A904C4" w:rsidRPr="0063699D" w:rsidRDefault="00FC2AAC" w:rsidP="00A565D1">
      <w:pPr>
        <w:pStyle w:val="ListParagraph"/>
        <w:numPr>
          <w:ilvl w:val="0"/>
          <w:numId w:val="1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61F1FC" w14:textId="48BF55C5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основою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F8D4FB4" w14:textId="77777777" w:rsidR="00A904C4" w:rsidRPr="0063699D" w:rsidRDefault="00FC2AAC" w:rsidP="00A565D1">
      <w:pPr>
        <w:pStyle w:val="ListParagraph"/>
        <w:numPr>
          <w:ilvl w:val="0"/>
          <w:numId w:val="1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Інгбірує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алкогольдегідрогеназу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припиняє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окислення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 </w:t>
      </w:r>
    </w:p>
    <w:p w14:paraId="3B37694F" w14:textId="77777777" w:rsidR="00A904C4" w:rsidRPr="0063699D" w:rsidRDefault="00FC2AAC" w:rsidP="00A565D1">
      <w:pPr>
        <w:pStyle w:val="ListParagraph"/>
        <w:numPr>
          <w:ilvl w:val="0"/>
          <w:numId w:val="1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Інгібірує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ацетальдегідоксидазу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оцтовий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альдегід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7CFC906" w14:textId="77777777" w:rsidR="00A904C4" w:rsidRPr="0063699D" w:rsidRDefault="00FC2AAC" w:rsidP="00A565D1">
      <w:pPr>
        <w:pStyle w:val="ListParagraph"/>
        <w:numPr>
          <w:ilvl w:val="0"/>
          <w:numId w:val="1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алкоголю </w:t>
      </w:r>
    </w:p>
    <w:p w14:paraId="595FD667" w14:textId="77777777" w:rsidR="00A904C4" w:rsidRPr="0063699D" w:rsidRDefault="00FC2AAC" w:rsidP="00A565D1">
      <w:pPr>
        <w:pStyle w:val="ListParagraph"/>
        <w:numPr>
          <w:ilvl w:val="0"/>
          <w:numId w:val="1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 </w:t>
      </w:r>
    </w:p>
    <w:p w14:paraId="4CB1047C" w14:textId="77777777" w:rsidR="00A904C4" w:rsidRPr="0063699D" w:rsidRDefault="00FC2AAC" w:rsidP="00A565D1">
      <w:pPr>
        <w:pStyle w:val="ListParagraph"/>
        <w:numPr>
          <w:ilvl w:val="0"/>
          <w:numId w:val="1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протікання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абстинентного синдрому </w:t>
      </w:r>
    </w:p>
    <w:p w14:paraId="3E05E56F" w14:textId="2BC76C86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середовищі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33FABBE" w14:textId="77777777" w:rsidR="00A904C4" w:rsidRPr="0063699D" w:rsidRDefault="00FC2AAC" w:rsidP="00A565D1">
      <w:pPr>
        <w:pStyle w:val="ListParagraph"/>
        <w:numPr>
          <w:ilvl w:val="0"/>
          <w:numId w:val="1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15%</w:t>
      </w:r>
    </w:p>
    <w:p w14:paraId="3CAC5863" w14:textId="77777777" w:rsidR="00A904C4" w:rsidRPr="0063699D" w:rsidRDefault="00FC2AAC" w:rsidP="00A565D1">
      <w:pPr>
        <w:pStyle w:val="ListParagraph"/>
        <w:numPr>
          <w:ilvl w:val="0"/>
          <w:numId w:val="1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40%</w:t>
      </w:r>
    </w:p>
    <w:p w14:paraId="3AC7A8EE" w14:textId="77777777" w:rsidR="00A904C4" w:rsidRPr="0063699D" w:rsidRDefault="00FC2AAC" w:rsidP="00A565D1">
      <w:pPr>
        <w:pStyle w:val="ListParagraph"/>
        <w:numPr>
          <w:ilvl w:val="0"/>
          <w:numId w:val="1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60%</w:t>
      </w:r>
    </w:p>
    <w:p w14:paraId="18A89093" w14:textId="77777777" w:rsidR="00A904C4" w:rsidRPr="0063699D" w:rsidRDefault="00FC2AAC" w:rsidP="00A565D1">
      <w:pPr>
        <w:pStyle w:val="ListParagraph"/>
        <w:numPr>
          <w:ilvl w:val="0"/>
          <w:numId w:val="1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96%</w:t>
      </w:r>
    </w:p>
    <w:p w14:paraId="15BF1047" w14:textId="77777777" w:rsidR="00A904C4" w:rsidRPr="0063699D" w:rsidRDefault="00FC2AAC" w:rsidP="00A565D1">
      <w:pPr>
        <w:pStyle w:val="ListParagraph"/>
        <w:numPr>
          <w:ilvl w:val="0"/>
          <w:numId w:val="1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70%</w:t>
      </w:r>
    </w:p>
    <w:p w14:paraId="5DE02219" w14:textId="7BBEC0CE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характерно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спирту?</w:t>
      </w:r>
    </w:p>
    <w:p w14:paraId="7A88FCA9" w14:textId="77777777" w:rsidR="00A904C4" w:rsidRPr="0063699D" w:rsidRDefault="00FC2AAC" w:rsidP="00A565D1">
      <w:pPr>
        <w:pStyle w:val="ListParagraph"/>
        <w:numPr>
          <w:ilvl w:val="0"/>
          <w:numId w:val="1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великих дозах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центр.</w:t>
      </w:r>
    </w:p>
    <w:p w14:paraId="7451C897" w14:textId="77777777" w:rsidR="00A904C4" w:rsidRPr="0063699D" w:rsidRDefault="00FC2AAC" w:rsidP="00A565D1">
      <w:pPr>
        <w:pStyle w:val="ListParagraph"/>
        <w:numPr>
          <w:ilvl w:val="0"/>
          <w:numId w:val="1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Велика широта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08949F6" w14:textId="77777777" w:rsidR="00A904C4" w:rsidRPr="0063699D" w:rsidRDefault="00FC2AAC" w:rsidP="00A565D1">
      <w:pPr>
        <w:pStyle w:val="ListParagraph"/>
        <w:numPr>
          <w:ilvl w:val="0"/>
          <w:numId w:val="1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8116CE" w14:textId="77777777" w:rsidR="00BC68CF" w:rsidRPr="0063699D" w:rsidRDefault="00FC2AAC" w:rsidP="00A565D1">
      <w:pPr>
        <w:pStyle w:val="ListParagraph"/>
        <w:numPr>
          <w:ilvl w:val="0"/>
          <w:numId w:val="1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0FD337" w14:textId="52C7DD49" w:rsidR="00A904C4" w:rsidRPr="0063699D" w:rsidRDefault="00FC2AAC" w:rsidP="00A565D1">
      <w:pPr>
        <w:pStyle w:val="ListParagraph"/>
        <w:numPr>
          <w:ilvl w:val="0"/>
          <w:numId w:val="1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гіпногенних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структур.</w:t>
      </w:r>
    </w:p>
    <w:p w14:paraId="1B2698B9" w14:textId="3AE8B3A7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характерно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спиртом?</w:t>
      </w:r>
    </w:p>
    <w:p w14:paraId="32BDA1B9" w14:textId="77777777" w:rsidR="00A904C4" w:rsidRPr="0063699D" w:rsidRDefault="00FC2AAC" w:rsidP="00A565D1">
      <w:pPr>
        <w:pStyle w:val="ListParagraph"/>
        <w:numPr>
          <w:ilvl w:val="0"/>
          <w:numId w:val="1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ЦНС.</w:t>
      </w:r>
    </w:p>
    <w:p w14:paraId="2FF2145B" w14:textId="77777777" w:rsidR="00A904C4" w:rsidRPr="0063699D" w:rsidRDefault="00FC2AAC" w:rsidP="00A565D1">
      <w:pPr>
        <w:pStyle w:val="ListParagraph"/>
        <w:numPr>
          <w:ilvl w:val="0"/>
          <w:numId w:val="1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Наркозоподібний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стан.</w:t>
      </w:r>
    </w:p>
    <w:p w14:paraId="7503B698" w14:textId="77777777" w:rsidR="00A904C4" w:rsidRPr="0063699D" w:rsidRDefault="00FC2AAC" w:rsidP="00A565D1">
      <w:pPr>
        <w:pStyle w:val="ListParagraph"/>
        <w:numPr>
          <w:ilvl w:val="0"/>
          <w:numId w:val="1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80CB03" w14:textId="77777777" w:rsidR="00A904C4" w:rsidRPr="0063699D" w:rsidRDefault="00FC2AAC" w:rsidP="00A565D1">
      <w:pPr>
        <w:pStyle w:val="ListParagraph"/>
        <w:numPr>
          <w:ilvl w:val="0"/>
          <w:numId w:val="1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Гіпертермія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9F8EF9C" w14:textId="77777777" w:rsidR="00A904C4" w:rsidRPr="0063699D" w:rsidRDefault="00FC2AAC" w:rsidP="00A565D1">
      <w:pPr>
        <w:pStyle w:val="ListParagraph"/>
        <w:numPr>
          <w:ilvl w:val="0"/>
          <w:numId w:val="1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Бронхоспазм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E0CEC04" w14:textId="0FBB4361" w:rsidR="00A904C4" w:rsidRPr="0063699D" w:rsidRDefault="00FC2AAC" w:rsidP="00A565D1">
      <w:pPr>
        <w:pStyle w:val="ListParagraph"/>
        <w:numPr>
          <w:ilvl w:val="0"/>
          <w:numId w:val="1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0C74612" w14:textId="77777777" w:rsidR="00A904C4" w:rsidRPr="0063699D" w:rsidRDefault="00FC2AAC" w:rsidP="00A565D1">
      <w:pPr>
        <w:pStyle w:val="ListParagraph"/>
        <w:numPr>
          <w:ilvl w:val="0"/>
          <w:numId w:val="1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Пригничення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ЦНС.</w:t>
      </w:r>
    </w:p>
    <w:p w14:paraId="57D7FA9A" w14:textId="77777777" w:rsidR="00A904C4" w:rsidRPr="0063699D" w:rsidRDefault="00FC2AAC" w:rsidP="00A565D1">
      <w:pPr>
        <w:pStyle w:val="ListParagraph"/>
        <w:numPr>
          <w:ilvl w:val="0"/>
          <w:numId w:val="1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Сечогінна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B5CC86" w14:textId="77777777" w:rsidR="00A904C4" w:rsidRPr="0063699D" w:rsidRDefault="00FC2AAC" w:rsidP="00A565D1">
      <w:pPr>
        <w:pStyle w:val="ListParagraph"/>
        <w:numPr>
          <w:ilvl w:val="0"/>
          <w:numId w:val="1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Антидепресивна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73FDB5" w14:textId="77777777" w:rsidR="00A904C4" w:rsidRPr="0063699D" w:rsidRDefault="00FC2AAC" w:rsidP="00A565D1">
      <w:pPr>
        <w:pStyle w:val="ListParagraph"/>
        <w:numPr>
          <w:ilvl w:val="0"/>
          <w:numId w:val="1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Жовчогінна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D8D81A" w14:textId="77777777" w:rsidR="00A904C4" w:rsidRPr="0063699D" w:rsidRDefault="00FC2AAC" w:rsidP="00A565D1">
      <w:pPr>
        <w:pStyle w:val="ListParagraph"/>
        <w:numPr>
          <w:ilvl w:val="0"/>
          <w:numId w:val="1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E744F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44EC58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CFC8C2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F9AAD22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 xml:space="preserve">Тема №14. ОСОБЛИВОСТІ ЗАСТОСУВАННЯ </w:t>
      </w:r>
    </w:p>
    <w:p w14:paraId="7BF0C4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НАРКОТИЧНИХ АНАЛЬГЕТИКІВ.</w:t>
      </w:r>
    </w:p>
    <w:p w14:paraId="5EBB937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D151AB7" w14:textId="5C000D22" w:rsidR="00A904C4" w:rsidRPr="0063699D" w:rsidRDefault="00FC2AAC" w:rsidP="00BC68CF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Нейрофізіологія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медикаментозне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залишаються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актуальніших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проблем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основному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післяопераційному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премедикації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оптимізацію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іноперабельних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онкологічних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Зрозуміння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небезпечного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0DAEBA32" w14:textId="77777777" w:rsidR="00A904C4" w:rsidRPr="0063699D" w:rsidRDefault="00FC2AAC" w:rsidP="00BC68CF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заняття.</w:t>
      </w:r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прояви.</w:t>
      </w:r>
    </w:p>
    <w:p w14:paraId="0329D03B" w14:textId="77777777" w:rsidR="00A904C4" w:rsidRPr="0063699D" w:rsidRDefault="00FC2AAC" w:rsidP="00BC68CF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</w:rPr>
        <w:t>I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76262685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одержання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A0BA46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116E6E0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A3D1E1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55B7688C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фенантрену:</w:t>
      </w:r>
    </w:p>
    <w:p w14:paraId="7832AB75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омнопон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AE89739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аналоги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бупренорфін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нальбуфін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налтрексон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7FE38F4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бензоморфани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пентазоцин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EDBBAE9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буторфанол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E9E676A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фенілпіперидину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просідол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дипидолор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лоперамід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імодіум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DF2477D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гептанону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пальфіум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2AD7B86" w14:textId="77777777" w:rsidR="00A904C4" w:rsidRPr="0063699D" w:rsidRDefault="00FC2AAC" w:rsidP="00A565D1">
      <w:pPr>
        <w:pStyle w:val="ListParagraph"/>
        <w:numPr>
          <w:ilvl w:val="0"/>
          <w:numId w:val="1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трамадол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тілідін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6899EC" w14:textId="085531F0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Ноцицептивна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Енкефаліни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ендорфіни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роль.</w:t>
      </w:r>
    </w:p>
    <w:p w14:paraId="1BE5CF33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НАРКОТИЧНИХ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спорідненістю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A4A908C" w14:textId="77777777" w:rsidR="00A904C4" w:rsidRPr="0063699D" w:rsidRDefault="00FC2AAC" w:rsidP="00A565D1">
      <w:pPr>
        <w:pStyle w:val="ListParagraph"/>
        <w:numPr>
          <w:ilvl w:val="0"/>
          <w:numId w:val="1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просідол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омнопон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9982D76" w14:textId="77777777" w:rsidR="00A904C4" w:rsidRPr="0063699D" w:rsidRDefault="00FC2AAC" w:rsidP="00A565D1">
      <w:pPr>
        <w:pStyle w:val="ListParagraph"/>
        <w:numPr>
          <w:ilvl w:val="0"/>
          <w:numId w:val="1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агоністи-антагоністи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бупренорфін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нальбуфін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буторфанол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пентазоцин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трамадол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тілідін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5E150991" w14:textId="77777777" w:rsidR="00A904C4" w:rsidRPr="0063699D" w:rsidRDefault="00FC2AAC" w:rsidP="00A565D1">
      <w:pPr>
        <w:pStyle w:val="ListParagraph"/>
        <w:numPr>
          <w:ilvl w:val="0"/>
          <w:numId w:val="1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налтрексон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81CE9B2" w14:textId="6910ED4C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на ЦНС, систему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кишківник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кашльовий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блювотний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центри</w:t>
      </w:r>
      <w:proofErr w:type="spellEnd"/>
    </w:p>
    <w:p w14:paraId="383E52B1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F721E6" w14:textId="77777777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DC46FA" w14:textId="4AB70365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 та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налтрексону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59BB72B" w14:textId="6C23F4BC" w:rsidR="00A904C4" w:rsidRPr="0063699D" w:rsidRDefault="00FC2AAC" w:rsidP="00A565D1">
      <w:pPr>
        <w:pStyle w:val="ListParagraph"/>
        <w:numPr>
          <w:ilvl w:val="0"/>
          <w:numId w:val="1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абстинентний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соціальні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Закон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прекурсори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15.02.95 р. № 60/95-ВР, (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03.04.2003, № 662-</w:t>
      </w:r>
      <w:r w:rsidRPr="0063699D">
        <w:rPr>
          <w:rFonts w:asciiTheme="majorBidi" w:hAnsiTheme="majorBidi" w:cstheme="majorBidi"/>
          <w:sz w:val="22"/>
        </w:rPr>
        <w:t>IV</w:t>
      </w:r>
      <w:r w:rsidRPr="0063699D">
        <w:rPr>
          <w:rFonts w:asciiTheme="majorBidi" w:hAnsiTheme="majorBidi" w:cstheme="majorBidi"/>
          <w:sz w:val="22"/>
          <w:lang w:val="ru-RU"/>
        </w:rPr>
        <w:t xml:space="preserve"> ( 662-15 ),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04.07.2013 </w:t>
      </w:r>
      <w:r w:rsidRPr="0063699D">
        <w:rPr>
          <w:rFonts w:asciiTheme="majorBidi" w:hAnsiTheme="majorBidi" w:cstheme="majorBidi"/>
          <w:sz w:val="22"/>
        </w:rPr>
        <w:t>N</w:t>
      </w:r>
      <w:r w:rsidRPr="0063699D">
        <w:rPr>
          <w:rFonts w:asciiTheme="majorBidi" w:hAnsiTheme="majorBidi" w:cstheme="majorBidi"/>
          <w:sz w:val="22"/>
          <w:lang w:val="ru-RU"/>
        </w:rPr>
        <w:t xml:space="preserve"> 406-</w:t>
      </w:r>
      <w:r w:rsidRPr="0063699D">
        <w:rPr>
          <w:rFonts w:asciiTheme="majorBidi" w:hAnsiTheme="majorBidi" w:cstheme="majorBidi"/>
          <w:sz w:val="22"/>
        </w:rPr>
        <w:t>VII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( 406-18 )).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770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прекурсорів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затверджений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постановою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06.05.2000 р. № 770,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16.10.2012 р.№ 5460-</w:t>
      </w:r>
      <w:r w:rsidRPr="0063699D">
        <w:rPr>
          <w:rFonts w:asciiTheme="majorBidi" w:hAnsiTheme="majorBidi" w:cstheme="majorBidi"/>
          <w:sz w:val="22"/>
        </w:rPr>
        <w:t>VI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1CEB7F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275A780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06A7A8A1" w14:textId="77777777" w:rsidR="00A904C4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8FCD4C5" w14:textId="77777777" w:rsidR="00A904C4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невідомого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67B70D1" w14:textId="77777777" w:rsidR="00A904C4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травматичного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шоку.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8A3E74F" w14:textId="77777777" w:rsidR="00A904C4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5115550" w14:textId="77777777" w:rsidR="00DB60CC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післяопераційних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болей.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95380ED" w14:textId="5CD1BB75" w:rsidR="00A904C4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Протикашльовий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385E5A7" w14:textId="77777777" w:rsidR="00A904C4" w:rsidRPr="0063699D" w:rsidRDefault="00FC2AAC" w:rsidP="00A565D1">
      <w:pPr>
        <w:pStyle w:val="ListParagraph"/>
        <w:numPr>
          <w:ilvl w:val="0"/>
          <w:numId w:val="1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</w:p>
    <w:p w14:paraId="52C8248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32E990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DB2562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DA0B6A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98B978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B42049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EB7052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E4E4D89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lastRenderedPageBreak/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4D0177D5" w14:textId="77777777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скористатись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холециститі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C5EF1FB" w14:textId="77777777" w:rsidR="00A904C4" w:rsidRPr="0063699D" w:rsidRDefault="00FC2AAC" w:rsidP="00A565D1">
      <w:pPr>
        <w:pStyle w:val="ListParagraph"/>
        <w:numPr>
          <w:ilvl w:val="0"/>
          <w:numId w:val="1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Налорфін</w:t>
      </w:r>
      <w:proofErr w:type="spellEnd"/>
    </w:p>
    <w:p w14:paraId="71760E96" w14:textId="77777777" w:rsidR="00A904C4" w:rsidRPr="0063699D" w:rsidRDefault="00FC2AAC" w:rsidP="00A565D1">
      <w:pPr>
        <w:pStyle w:val="ListParagraph"/>
        <w:numPr>
          <w:ilvl w:val="0"/>
          <w:numId w:val="1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Омнопон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91A799E" w14:textId="77777777" w:rsidR="00A904C4" w:rsidRPr="0063699D" w:rsidRDefault="00FC2AAC" w:rsidP="00A565D1">
      <w:pPr>
        <w:pStyle w:val="ListParagraph"/>
        <w:numPr>
          <w:ilvl w:val="0"/>
          <w:numId w:val="1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B8763E" w14:textId="77777777" w:rsidR="00A904C4" w:rsidRPr="0063699D" w:rsidRDefault="00FC2AAC" w:rsidP="00A565D1">
      <w:pPr>
        <w:pStyle w:val="ListParagraph"/>
        <w:numPr>
          <w:ilvl w:val="0"/>
          <w:numId w:val="1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</w:p>
    <w:p w14:paraId="2A9D0C2E" w14:textId="77777777" w:rsidR="00A904C4" w:rsidRPr="0063699D" w:rsidRDefault="00FC2AAC" w:rsidP="00A565D1">
      <w:pPr>
        <w:pStyle w:val="ListParagraph"/>
        <w:numPr>
          <w:ilvl w:val="0"/>
          <w:numId w:val="1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</w:p>
    <w:p w14:paraId="65E90A83" w14:textId="42E6B76A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множинними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травмами.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ввести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шоку?</w:t>
      </w:r>
    </w:p>
    <w:p w14:paraId="38454092" w14:textId="77777777" w:rsidR="00A904C4" w:rsidRPr="0063699D" w:rsidRDefault="00FC2AAC" w:rsidP="00A565D1">
      <w:pPr>
        <w:pStyle w:val="ListParagraph"/>
        <w:numPr>
          <w:ilvl w:val="0"/>
          <w:numId w:val="1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Мідокалм</w:t>
      </w:r>
      <w:proofErr w:type="spellEnd"/>
    </w:p>
    <w:p w14:paraId="53CAF9FA" w14:textId="77777777" w:rsidR="00A904C4" w:rsidRPr="0063699D" w:rsidRDefault="00FC2AAC" w:rsidP="00A565D1">
      <w:pPr>
        <w:pStyle w:val="ListParagraph"/>
        <w:numPr>
          <w:ilvl w:val="0"/>
          <w:numId w:val="1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E4DCF7" w14:textId="77777777" w:rsidR="00A904C4" w:rsidRPr="0063699D" w:rsidRDefault="00FC2AAC" w:rsidP="00A565D1">
      <w:pPr>
        <w:pStyle w:val="ListParagraph"/>
        <w:numPr>
          <w:ilvl w:val="0"/>
          <w:numId w:val="1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</w:t>
      </w:r>
      <w:proofErr w:type="spellEnd"/>
    </w:p>
    <w:p w14:paraId="62FDADD8" w14:textId="77777777" w:rsidR="00A904C4" w:rsidRPr="0063699D" w:rsidRDefault="00FC2AAC" w:rsidP="00A565D1">
      <w:pPr>
        <w:pStyle w:val="ListParagraph"/>
        <w:numPr>
          <w:ilvl w:val="0"/>
          <w:numId w:val="1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Пантогам</w:t>
      </w:r>
      <w:proofErr w:type="spellEnd"/>
    </w:p>
    <w:p w14:paraId="39032790" w14:textId="77777777" w:rsidR="00A904C4" w:rsidRPr="0063699D" w:rsidRDefault="00FC2AAC" w:rsidP="00A565D1">
      <w:pPr>
        <w:pStyle w:val="ListParagraph"/>
        <w:numPr>
          <w:ilvl w:val="0"/>
          <w:numId w:val="1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</w:p>
    <w:p w14:paraId="49118EF6" w14:textId="41498F29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притаманні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1A6506E" w14:textId="77777777" w:rsidR="00A904C4" w:rsidRPr="0063699D" w:rsidRDefault="00FC2AAC" w:rsidP="00A565D1">
      <w:pPr>
        <w:pStyle w:val="ListParagraph"/>
        <w:numPr>
          <w:ilvl w:val="0"/>
          <w:numId w:val="1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центральна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болезаспокійлива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2468565E" w14:textId="77777777" w:rsidR="00A904C4" w:rsidRPr="0063699D" w:rsidRDefault="00FC2AAC" w:rsidP="00A565D1">
      <w:pPr>
        <w:pStyle w:val="ListParagraph"/>
        <w:numPr>
          <w:ilvl w:val="0"/>
          <w:numId w:val="1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51C615C9" w14:textId="77777777" w:rsidR="00A904C4" w:rsidRPr="0063699D" w:rsidRDefault="00FC2AAC" w:rsidP="00A565D1">
      <w:pPr>
        <w:pStyle w:val="ListParagraph"/>
        <w:numPr>
          <w:ilvl w:val="0"/>
          <w:numId w:val="1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простагландинсинтетази</w:t>
      </w:r>
      <w:proofErr w:type="spellEnd"/>
    </w:p>
    <w:p w14:paraId="373E9E5B" w14:textId="77777777" w:rsidR="00A904C4" w:rsidRPr="0063699D" w:rsidRDefault="00FC2AAC" w:rsidP="00A565D1">
      <w:pPr>
        <w:pStyle w:val="ListParagraph"/>
        <w:numPr>
          <w:ilvl w:val="0"/>
          <w:numId w:val="1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</w:p>
    <w:p w14:paraId="784DD6D5" w14:textId="77777777" w:rsidR="00A904C4" w:rsidRPr="0063699D" w:rsidRDefault="00FC2AAC" w:rsidP="00A565D1">
      <w:pPr>
        <w:pStyle w:val="ListParagraph"/>
        <w:numPr>
          <w:ilvl w:val="0"/>
          <w:numId w:val="1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</w:p>
    <w:p w14:paraId="5D37980C" w14:textId="37756087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педіатричній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пентазоцин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8D0E924" w14:textId="77777777" w:rsidR="00A904C4" w:rsidRPr="0063699D" w:rsidRDefault="00FC2AAC" w:rsidP="00A565D1">
      <w:pPr>
        <w:pStyle w:val="ListParagraph"/>
        <w:numPr>
          <w:ilvl w:val="0"/>
          <w:numId w:val="1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синергоантагоністом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морфіну</w:t>
      </w:r>
      <w:proofErr w:type="spellEnd"/>
    </w:p>
    <w:p w14:paraId="418CC951" w14:textId="77777777" w:rsidR="00A904C4" w:rsidRPr="0063699D" w:rsidRDefault="00FC2AAC" w:rsidP="00A565D1">
      <w:pPr>
        <w:pStyle w:val="ListParagraph"/>
        <w:numPr>
          <w:ilvl w:val="0"/>
          <w:numId w:val="1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</w:p>
    <w:p w14:paraId="51140DF4" w14:textId="77777777" w:rsidR="00A904C4" w:rsidRPr="0063699D" w:rsidRDefault="00FC2AAC" w:rsidP="00A565D1">
      <w:pPr>
        <w:pStyle w:val="ListParagraph"/>
        <w:numPr>
          <w:ilvl w:val="0"/>
          <w:numId w:val="1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</w:t>
      </w:r>
    </w:p>
    <w:p w14:paraId="09682834" w14:textId="77777777" w:rsidR="00A904C4" w:rsidRPr="0063699D" w:rsidRDefault="00FC2AAC" w:rsidP="00A565D1">
      <w:pPr>
        <w:pStyle w:val="ListParagraph"/>
        <w:numPr>
          <w:ilvl w:val="0"/>
          <w:numId w:val="1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кінінів</w:t>
      </w:r>
      <w:proofErr w:type="spellEnd"/>
    </w:p>
    <w:p w14:paraId="7BDB0F34" w14:textId="77777777" w:rsidR="00A904C4" w:rsidRPr="0063699D" w:rsidRDefault="00FC2AAC" w:rsidP="00A565D1">
      <w:pPr>
        <w:pStyle w:val="ListParagraph"/>
        <w:numPr>
          <w:ilvl w:val="0"/>
          <w:numId w:val="1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</w:p>
    <w:p w14:paraId="1DE34690" w14:textId="144FCDE1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316C1C7" w14:textId="77777777" w:rsidR="00A904C4" w:rsidRPr="0063699D" w:rsidRDefault="00FC2AAC" w:rsidP="00A565D1">
      <w:pPr>
        <w:pStyle w:val="ListParagraph"/>
        <w:numPr>
          <w:ilvl w:val="0"/>
          <w:numId w:val="1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</w:p>
    <w:p w14:paraId="0B14C35E" w14:textId="77777777" w:rsidR="00A904C4" w:rsidRPr="0063699D" w:rsidRDefault="00FC2AAC" w:rsidP="00A565D1">
      <w:pPr>
        <w:pStyle w:val="ListParagraph"/>
        <w:numPr>
          <w:ilvl w:val="0"/>
          <w:numId w:val="1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</w:p>
    <w:p w14:paraId="369798FB" w14:textId="77777777" w:rsidR="00A904C4" w:rsidRPr="0063699D" w:rsidRDefault="00FC2AAC" w:rsidP="00A565D1">
      <w:pPr>
        <w:pStyle w:val="ListParagraph"/>
        <w:numPr>
          <w:ilvl w:val="0"/>
          <w:numId w:val="1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сольових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проносних</w:t>
      </w:r>
      <w:proofErr w:type="spellEnd"/>
    </w:p>
    <w:p w14:paraId="70D4B8FC" w14:textId="77777777" w:rsidR="00A904C4" w:rsidRPr="0063699D" w:rsidRDefault="00FC2AAC" w:rsidP="00A565D1">
      <w:pPr>
        <w:pStyle w:val="ListParagraph"/>
        <w:numPr>
          <w:ilvl w:val="0"/>
          <w:numId w:val="1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гідрохлориду</w:t>
      </w:r>
      <w:proofErr w:type="spellEnd"/>
    </w:p>
    <w:p w14:paraId="2BC999A7" w14:textId="77777777" w:rsidR="00A904C4" w:rsidRPr="0063699D" w:rsidRDefault="00FC2AAC" w:rsidP="00A565D1">
      <w:pPr>
        <w:pStyle w:val="ListParagraph"/>
        <w:numPr>
          <w:ilvl w:val="0"/>
          <w:numId w:val="1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Штучна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вентиляція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киснетерапія</w:t>
      </w:r>
      <w:proofErr w:type="spellEnd"/>
    </w:p>
    <w:p w14:paraId="70186A1E" w14:textId="18B3542A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Юнак 15-ти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доставлений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непритомному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Об’єктивно:на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зовнішні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реагує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глибоке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(за типом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Чейн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-Стокса),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звужені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рефлекс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3ABE18E" w14:textId="77777777" w:rsidR="00A904C4" w:rsidRPr="0063699D" w:rsidRDefault="00FC2AAC" w:rsidP="00A565D1">
      <w:pPr>
        <w:pStyle w:val="ListParagraph"/>
        <w:numPr>
          <w:ilvl w:val="0"/>
          <w:numId w:val="1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Унітіол</w:t>
      </w:r>
      <w:proofErr w:type="spellEnd"/>
    </w:p>
    <w:p w14:paraId="23F8EAB7" w14:textId="77777777" w:rsidR="00A904C4" w:rsidRPr="0063699D" w:rsidRDefault="00FC2AAC" w:rsidP="00A565D1">
      <w:pPr>
        <w:pStyle w:val="ListParagraph"/>
        <w:numPr>
          <w:ilvl w:val="0"/>
          <w:numId w:val="1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Апоморфін</w:t>
      </w:r>
      <w:proofErr w:type="spellEnd"/>
    </w:p>
    <w:p w14:paraId="1F513823" w14:textId="77777777" w:rsidR="00A904C4" w:rsidRPr="0063699D" w:rsidRDefault="00FC2AAC" w:rsidP="00A565D1">
      <w:pPr>
        <w:pStyle w:val="ListParagraph"/>
        <w:numPr>
          <w:ilvl w:val="0"/>
          <w:numId w:val="1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</w:t>
      </w:r>
    </w:p>
    <w:p w14:paraId="09E35F66" w14:textId="77777777" w:rsidR="00A904C4" w:rsidRPr="0063699D" w:rsidRDefault="00FC2AAC" w:rsidP="00A565D1">
      <w:pPr>
        <w:pStyle w:val="ListParagraph"/>
        <w:numPr>
          <w:ilvl w:val="0"/>
          <w:numId w:val="1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</w:t>
      </w:r>
      <w:proofErr w:type="spellEnd"/>
    </w:p>
    <w:p w14:paraId="72CF86DF" w14:textId="77777777" w:rsidR="00A904C4" w:rsidRPr="0063699D" w:rsidRDefault="00FC2AAC" w:rsidP="00A565D1">
      <w:pPr>
        <w:pStyle w:val="ListParagraph"/>
        <w:numPr>
          <w:ilvl w:val="0"/>
          <w:numId w:val="1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1E760968" w14:textId="55BB511D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моделює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невролептаналгезії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1539FF1" w14:textId="77777777" w:rsidR="00A904C4" w:rsidRPr="0063699D" w:rsidRDefault="00FC2AAC" w:rsidP="00A565D1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Омнопон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02BAD20" w14:textId="77777777" w:rsidR="00A904C4" w:rsidRPr="0063699D" w:rsidRDefault="00FC2AAC" w:rsidP="00A565D1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Пентазоцин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69D96E4" w14:textId="77777777" w:rsidR="00A904C4" w:rsidRPr="0063699D" w:rsidRDefault="00FC2AAC" w:rsidP="00A565D1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6B282D0" w14:textId="77777777" w:rsidR="00A904C4" w:rsidRPr="0063699D" w:rsidRDefault="00FC2AAC" w:rsidP="00A565D1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9516B89" w14:textId="77777777" w:rsidR="00A904C4" w:rsidRPr="0063699D" w:rsidRDefault="00FC2AAC" w:rsidP="00A565D1">
      <w:pPr>
        <w:pStyle w:val="ListParagraph"/>
        <w:numPr>
          <w:ilvl w:val="0"/>
          <w:numId w:val="1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Трамадол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39737EC" w14:textId="632C8429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налоксону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B490158" w14:textId="77777777" w:rsidR="00A904C4" w:rsidRPr="0063699D" w:rsidRDefault="00FC2AAC" w:rsidP="00A565D1">
      <w:pPr>
        <w:pStyle w:val="ListParagraph"/>
        <w:numPr>
          <w:ilvl w:val="0"/>
          <w:numId w:val="1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</w:p>
    <w:p w14:paraId="1AC5780B" w14:textId="77777777" w:rsidR="00A904C4" w:rsidRPr="0063699D" w:rsidRDefault="00FC2AAC" w:rsidP="00A565D1">
      <w:pPr>
        <w:pStyle w:val="ListParagraph"/>
        <w:numPr>
          <w:ilvl w:val="0"/>
          <w:numId w:val="1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μ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249B0721" w14:textId="77777777" w:rsidR="00A904C4" w:rsidRPr="0063699D" w:rsidRDefault="00FC2AAC" w:rsidP="00A565D1">
      <w:pPr>
        <w:pStyle w:val="ListParagraph"/>
        <w:numPr>
          <w:ilvl w:val="0"/>
          <w:numId w:val="1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μ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6D3B40" w14:textId="77777777" w:rsidR="00A904C4" w:rsidRPr="0063699D" w:rsidRDefault="00FC2AAC" w:rsidP="00A565D1">
      <w:pPr>
        <w:pStyle w:val="ListParagraph"/>
        <w:numPr>
          <w:ilvl w:val="0"/>
          <w:numId w:val="1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δ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7B870447" w14:textId="77777777" w:rsidR="00A904C4" w:rsidRPr="0063699D" w:rsidRDefault="00FC2AAC" w:rsidP="00A565D1">
      <w:pPr>
        <w:pStyle w:val="ListParagraph"/>
        <w:numPr>
          <w:ilvl w:val="0"/>
          <w:numId w:val="1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κ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05BC0591" w14:textId="773504E9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Онкохворому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вигідніше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92E4333" w14:textId="77777777" w:rsidR="00A904C4" w:rsidRPr="0063699D" w:rsidRDefault="00FC2AAC" w:rsidP="00A565D1">
      <w:pPr>
        <w:pStyle w:val="ListParagraph"/>
        <w:numPr>
          <w:ilvl w:val="0"/>
          <w:numId w:val="1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Трамадол</w:t>
      </w:r>
      <w:proofErr w:type="spellEnd"/>
    </w:p>
    <w:p w14:paraId="1ED4C5DC" w14:textId="77777777" w:rsidR="00A904C4" w:rsidRPr="0063699D" w:rsidRDefault="00FC2AAC" w:rsidP="00A565D1">
      <w:pPr>
        <w:pStyle w:val="ListParagraph"/>
        <w:numPr>
          <w:ilvl w:val="0"/>
          <w:numId w:val="1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3B74397" w14:textId="77777777" w:rsidR="00A904C4" w:rsidRPr="0063699D" w:rsidRDefault="00FC2AAC" w:rsidP="00A565D1">
      <w:pPr>
        <w:pStyle w:val="ListParagraph"/>
        <w:numPr>
          <w:ilvl w:val="0"/>
          <w:numId w:val="1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A8DA51" w14:textId="77777777" w:rsidR="00A904C4" w:rsidRPr="0063699D" w:rsidRDefault="00FC2AAC" w:rsidP="00A565D1">
      <w:pPr>
        <w:pStyle w:val="ListParagraph"/>
        <w:numPr>
          <w:ilvl w:val="0"/>
          <w:numId w:val="1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0CBFC76" w14:textId="77777777" w:rsidR="00A904C4" w:rsidRPr="0063699D" w:rsidRDefault="00FC2AAC" w:rsidP="00A565D1">
      <w:pPr>
        <w:pStyle w:val="ListParagraph"/>
        <w:numPr>
          <w:ilvl w:val="0"/>
          <w:numId w:val="1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</w:p>
    <w:p w14:paraId="3CA12D0F" w14:textId="5DC9D7C7" w:rsidR="00A904C4" w:rsidRPr="0063699D" w:rsidRDefault="00FC2AAC" w:rsidP="00A565D1">
      <w:pPr>
        <w:pStyle w:val="ListParagraph"/>
        <w:numPr>
          <w:ilvl w:val="0"/>
          <w:numId w:val="1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неоперабельним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синдрому. З часом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болезаспокійливого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болю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пояснив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E4A6B66" w14:textId="77777777" w:rsidR="00A904C4" w:rsidRPr="0063699D" w:rsidRDefault="00FC2AAC" w:rsidP="00A565D1">
      <w:pPr>
        <w:pStyle w:val="ListParagraph"/>
        <w:numPr>
          <w:ilvl w:val="0"/>
          <w:numId w:val="1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кумуляції</w:t>
      </w:r>
      <w:proofErr w:type="spellEnd"/>
    </w:p>
    <w:p w14:paraId="5806DE74" w14:textId="77777777" w:rsidR="00A904C4" w:rsidRPr="0063699D" w:rsidRDefault="00FC2AAC" w:rsidP="00A565D1">
      <w:pPr>
        <w:pStyle w:val="ListParagraph"/>
        <w:numPr>
          <w:ilvl w:val="0"/>
          <w:numId w:val="1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тахифілаксія</w:t>
      </w:r>
      <w:proofErr w:type="spellEnd"/>
    </w:p>
    <w:p w14:paraId="1A90DD09" w14:textId="77777777" w:rsidR="00A904C4" w:rsidRPr="0063699D" w:rsidRDefault="00FC2AAC" w:rsidP="00A565D1">
      <w:pPr>
        <w:pStyle w:val="ListParagraph"/>
        <w:numPr>
          <w:ilvl w:val="0"/>
          <w:numId w:val="1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</w:p>
    <w:p w14:paraId="427C7464" w14:textId="77777777" w:rsidR="00A904C4" w:rsidRPr="0063699D" w:rsidRDefault="00FC2AAC" w:rsidP="00A565D1">
      <w:pPr>
        <w:pStyle w:val="ListParagraph"/>
        <w:numPr>
          <w:ilvl w:val="0"/>
          <w:numId w:val="1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</w:p>
    <w:p w14:paraId="3B89FD2A" w14:textId="77777777" w:rsidR="00A904C4" w:rsidRPr="0063699D" w:rsidRDefault="00FC2AAC" w:rsidP="00A565D1">
      <w:pPr>
        <w:pStyle w:val="ListParagraph"/>
        <w:numPr>
          <w:ilvl w:val="0"/>
          <w:numId w:val="1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канальцах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</w:p>
    <w:p w14:paraId="37C2101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AF1434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4AE3E8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BA27F91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 xml:space="preserve">Тема №15. НЕСТЕРОЇДНІ ПРОТИЗАПАЛЬНІ ЗАСОБИ. ПОРІВНЯЛЬНА ХАРАКТЕРИСТИКА ПРЕДСТАВНИКІВ ГРУПИ ТА ОСОБЛИВОСТІ ВИКОРИСТАННЯ. </w:t>
      </w:r>
    </w:p>
    <w:p w14:paraId="14049713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0F246CA0" w14:textId="77777777" w:rsidR="00A904C4" w:rsidRPr="0063699D" w:rsidRDefault="00FC2AAC" w:rsidP="00DB60CC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(НПЗЗ)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представляють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придбати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без рецепту. Велика "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популярність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" НПЗЗ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аналгетичну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жарознижувальну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симптомами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лихоманка),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багатьох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367FC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ab/>
        <w:t xml:space="preserve">З точки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практичного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дуже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те,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ж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близькі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структурою,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за силою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так і за частотою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характеру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75C4961" w14:textId="77777777" w:rsidR="00A904C4" w:rsidRPr="0063699D" w:rsidRDefault="00FC2AAC" w:rsidP="00DB60CC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паталогічних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рецептах.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співвідношення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користь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ризик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A77F6B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73F9FB9" w14:textId="77777777" w:rsidR="00A904C4" w:rsidRPr="0063699D" w:rsidRDefault="00FC2AAC" w:rsidP="00DB60C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4EDF3141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3717B87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9CDFFC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жарознижуючої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4497648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 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14B5052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(АСК,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метилсаліцилат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11551B0E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піразолону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метамізол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08FBA395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аніліну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парацетамол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ацетамінофен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талейнол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38BF4726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: </w:t>
      </w:r>
    </w:p>
    <w:p w14:paraId="1D19433D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пропіонової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б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руфен (ібупрофен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кетопрофен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кетонал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фастум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фенопрофен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напроксен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D354B1B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фенілоцтової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диклофенак-натрію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вольтарен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308F43BE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індолоцтової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клінорил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суліндак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етодолак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326B076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антранілової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.; </w:t>
      </w:r>
    </w:p>
    <w:p w14:paraId="7E4C4993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піроксикам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теноксикам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мелоксикам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4FAF7AC6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коксиби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целекоксиб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1A05DDC4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кеторолак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кетанол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кеталгін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німесулід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димексид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бішофіт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.; </w:t>
      </w:r>
    </w:p>
    <w:p w14:paraId="6E1967E4" w14:textId="77777777" w:rsidR="00A904C4" w:rsidRPr="0063699D" w:rsidRDefault="00FC2AAC" w:rsidP="00A565D1">
      <w:pPr>
        <w:pStyle w:val="ListParagraph"/>
        <w:numPr>
          <w:ilvl w:val="0"/>
          <w:numId w:val="1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артротек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мізопростол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фенілбутазон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доларен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парацетамол),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баралгін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спазмаган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пітофенон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холінолітик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феніверин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темпалгін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темпідин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пенталгін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напроксен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колдрекс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(парацетамол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фенілефрин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терпінгідрат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солпадеїн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(парацетамол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седалгін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(АСК + парацетамол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цитрамон,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томаприн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(АСК + парацетамол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алька-зельтцер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(АСК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FB37ECD" w14:textId="038C8B03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Анальгетики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антипіретики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A5AB4C9" w14:textId="449BD7BC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ЦОГ.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перспективи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04D6870C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5078CEF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Заходи контролю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B681CA" w14:textId="77777777" w:rsidR="00A904C4" w:rsidRPr="0063699D" w:rsidRDefault="00FC2AAC" w:rsidP="00A565D1">
      <w:pPr>
        <w:pStyle w:val="ListParagraph"/>
        <w:numPr>
          <w:ilvl w:val="0"/>
          <w:numId w:val="1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D9E21D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684E789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03B32F9E" w14:textId="77777777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C366065" w14:textId="77777777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головному болю.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обраного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препарату.</w:t>
      </w:r>
    </w:p>
    <w:p w14:paraId="1D1CCBAD" w14:textId="77777777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невритом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трійчастого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нерва,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інтенсивними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болями.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4BE5C2C" w14:textId="77777777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рекомендуєте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амбулаторної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синоніми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5E30A41" w14:textId="77777777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один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оскільки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артрит.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диспепсичні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стаціонар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вірогідно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причиною таких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20D4CA3" w14:textId="77777777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невриту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пояснивши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досягнення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зневажив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шуму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вухах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гіпертермію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спрагу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носову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89540DD" w14:textId="230BBC02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</w:p>
    <w:p w14:paraId="50E63D72" w14:textId="3A227C4E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(а, б, в, г, д, є, ж, з)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(А, Б, В, Г): </w:t>
      </w:r>
    </w:p>
    <w:p w14:paraId="2BD00C1E" w14:textId="77777777" w:rsidR="00A904C4" w:rsidRPr="0063699D" w:rsidRDefault="00FC2AAC" w:rsidP="00A565D1">
      <w:pPr>
        <w:pStyle w:val="ListParagraph"/>
        <w:numPr>
          <w:ilvl w:val="0"/>
          <w:numId w:val="1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жарознижуючий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6D9C3C" w14:textId="77777777" w:rsidR="00A904C4" w:rsidRPr="0063699D" w:rsidRDefault="00FC2AAC" w:rsidP="00A565D1">
      <w:pPr>
        <w:pStyle w:val="ListParagraph"/>
        <w:numPr>
          <w:ilvl w:val="0"/>
          <w:numId w:val="1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</w:p>
    <w:p w14:paraId="730F929E" w14:textId="77777777" w:rsidR="00A904C4" w:rsidRPr="0063699D" w:rsidRDefault="00FC2AAC" w:rsidP="00A565D1">
      <w:pPr>
        <w:pStyle w:val="ListParagraph"/>
        <w:numPr>
          <w:ilvl w:val="0"/>
          <w:numId w:val="1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778BC06" w14:textId="77777777" w:rsidR="00A904C4" w:rsidRPr="0063699D" w:rsidRDefault="00FC2AAC" w:rsidP="00A565D1">
      <w:pPr>
        <w:pStyle w:val="ListParagraph"/>
        <w:numPr>
          <w:ilvl w:val="0"/>
          <w:numId w:val="1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D1F923" w14:textId="39AE051E" w:rsidR="00A904C4" w:rsidRPr="0063699D" w:rsidRDefault="00FC2AAC" w:rsidP="00A565D1">
      <w:pPr>
        <w:pStyle w:val="ListParagraph"/>
        <w:numPr>
          <w:ilvl w:val="0"/>
          <w:numId w:val="1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B4F8E13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ПГЄ1  </w:t>
      </w:r>
    </w:p>
    <w:p w14:paraId="660A715A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ПГЄ2</w:t>
      </w:r>
    </w:p>
    <w:p w14:paraId="39AB6CAD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протигіалуронідазна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007500AB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порогу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таламусу</w:t>
      </w:r>
    </w:p>
    <w:p w14:paraId="23A74F1A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АТФ  </w:t>
      </w:r>
    </w:p>
    <w:p w14:paraId="64926E03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лізосомальних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мембран</w:t>
      </w:r>
    </w:p>
    <w:p w14:paraId="60935F10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альгогенів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0B2D59D" w14:textId="77777777" w:rsidR="00A904C4" w:rsidRPr="0063699D" w:rsidRDefault="00FC2AAC" w:rsidP="00A565D1">
      <w:pPr>
        <w:pStyle w:val="ListParagraph"/>
        <w:numPr>
          <w:ilvl w:val="0"/>
          <w:numId w:val="1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тромбоксансинтетази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7B9919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ab/>
      </w:r>
      <w:r w:rsidRPr="0063699D">
        <w:rPr>
          <w:rFonts w:asciiTheme="majorBidi" w:hAnsiTheme="majorBidi" w:cstheme="majorBidi"/>
          <w:sz w:val="22"/>
          <w:lang w:val="ru-RU"/>
        </w:rPr>
        <w:tab/>
      </w:r>
      <w:r w:rsidRPr="0063699D">
        <w:rPr>
          <w:rFonts w:asciiTheme="majorBidi" w:hAnsiTheme="majorBidi" w:cstheme="majorBidi"/>
          <w:sz w:val="22"/>
          <w:lang w:val="ru-RU"/>
        </w:rPr>
        <w:tab/>
      </w:r>
      <w:r w:rsidRPr="0063699D">
        <w:rPr>
          <w:rFonts w:asciiTheme="majorBidi" w:hAnsiTheme="majorBidi" w:cstheme="majorBidi"/>
          <w:sz w:val="22"/>
          <w:lang w:val="ru-RU"/>
        </w:rPr>
        <w:tab/>
      </w:r>
      <w:r w:rsidRPr="0063699D">
        <w:rPr>
          <w:rFonts w:asciiTheme="majorBidi" w:hAnsiTheme="majorBidi" w:cstheme="majorBidi"/>
          <w:sz w:val="22"/>
          <w:lang w:val="ru-RU"/>
        </w:rPr>
        <w:tab/>
      </w:r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6514535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57CDC429" w14:textId="3A5152C9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болю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таблетці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парацетамолу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?</w:t>
      </w:r>
    </w:p>
    <w:p w14:paraId="0BEB4266" w14:textId="77777777" w:rsidR="00A904C4" w:rsidRPr="0063699D" w:rsidRDefault="00FC2AAC" w:rsidP="00A565D1">
      <w:pPr>
        <w:pStyle w:val="ListParagraph"/>
        <w:numPr>
          <w:ilvl w:val="0"/>
          <w:numId w:val="1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5B5EECF0" w14:textId="77777777" w:rsidR="00A904C4" w:rsidRPr="0063699D" w:rsidRDefault="00FC2AAC" w:rsidP="00A565D1">
      <w:pPr>
        <w:pStyle w:val="ListParagraph"/>
        <w:numPr>
          <w:ilvl w:val="0"/>
          <w:numId w:val="1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Потенційований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63B4A1A1" w14:textId="77777777" w:rsidR="00A904C4" w:rsidRPr="0063699D" w:rsidRDefault="00FC2AAC" w:rsidP="00A565D1">
      <w:pPr>
        <w:pStyle w:val="ListParagraph"/>
        <w:numPr>
          <w:ilvl w:val="0"/>
          <w:numId w:val="1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Синергоантогонізм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A993A7" w14:textId="77777777" w:rsidR="00A904C4" w:rsidRPr="0063699D" w:rsidRDefault="00FC2AAC" w:rsidP="00A565D1">
      <w:pPr>
        <w:pStyle w:val="ListParagraph"/>
        <w:numPr>
          <w:ilvl w:val="0"/>
          <w:numId w:val="1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конкурентний</w:t>
      </w:r>
      <w:proofErr w:type="spellEnd"/>
    </w:p>
    <w:p w14:paraId="3B92324E" w14:textId="77777777" w:rsidR="00A904C4" w:rsidRPr="0063699D" w:rsidRDefault="00FC2AAC" w:rsidP="00A565D1">
      <w:pPr>
        <w:pStyle w:val="ListParagraph"/>
        <w:numPr>
          <w:ilvl w:val="0"/>
          <w:numId w:val="1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неконкурентний</w:t>
      </w:r>
      <w:proofErr w:type="spellEnd"/>
    </w:p>
    <w:p w14:paraId="72A09C7F" w14:textId="17D079C2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помірний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колінному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артрит.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синдрому при запальному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6A09CE4" w14:textId="77777777" w:rsidR="00A904C4" w:rsidRPr="0063699D" w:rsidRDefault="00FC2AAC" w:rsidP="00A565D1">
      <w:pPr>
        <w:pStyle w:val="ListParagraph"/>
        <w:numPr>
          <w:ilvl w:val="0"/>
          <w:numId w:val="1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Диклофенак-натрій</w:t>
      </w:r>
      <w:proofErr w:type="spellEnd"/>
    </w:p>
    <w:p w14:paraId="2AAF87E8" w14:textId="77777777" w:rsidR="00A904C4" w:rsidRPr="0063699D" w:rsidRDefault="00FC2AAC" w:rsidP="00A565D1">
      <w:pPr>
        <w:pStyle w:val="ListParagraph"/>
        <w:numPr>
          <w:ilvl w:val="0"/>
          <w:numId w:val="1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AFDA826" w14:textId="77777777" w:rsidR="00A904C4" w:rsidRPr="0063699D" w:rsidRDefault="00FC2AAC" w:rsidP="00A565D1">
      <w:pPr>
        <w:pStyle w:val="ListParagraph"/>
        <w:numPr>
          <w:ilvl w:val="0"/>
          <w:numId w:val="1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287D9D" w14:textId="77777777" w:rsidR="00A904C4" w:rsidRPr="0063699D" w:rsidRDefault="00FC2AAC" w:rsidP="00A565D1">
      <w:pPr>
        <w:pStyle w:val="ListParagraph"/>
        <w:numPr>
          <w:ilvl w:val="0"/>
          <w:numId w:val="1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</w:p>
    <w:p w14:paraId="0C67D8A3" w14:textId="77777777" w:rsidR="00A904C4" w:rsidRPr="0063699D" w:rsidRDefault="00FC2AAC" w:rsidP="00A565D1">
      <w:pPr>
        <w:pStyle w:val="ListParagraph"/>
        <w:numPr>
          <w:ilvl w:val="0"/>
          <w:numId w:val="1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Аміназін</w:t>
      </w:r>
      <w:proofErr w:type="spellEnd"/>
    </w:p>
    <w:p w14:paraId="06EEAE93" w14:textId="5FA33EEF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невралгій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т.ч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альвеолярних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вірогідний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ABEA36" w14:textId="77777777" w:rsidR="00A904C4" w:rsidRPr="0063699D" w:rsidRDefault="00FC2AAC" w:rsidP="00A565D1">
      <w:pPr>
        <w:pStyle w:val="ListParagraph"/>
        <w:numPr>
          <w:ilvl w:val="0"/>
          <w:numId w:val="1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Антибрадикінінова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744E4EC" w14:textId="77777777" w:rsidR="00A904C4" w:rsidRPr="0063699D" w:rsidRDefault="00FC2AAC" w:rsidP="00A565D1">
      <w:pPr>
        <w:pStyle w:val="ListParagraph"/>
        <w:numPr>
          <w:ilvl w:val="0"/>
          <w:numId w:val="1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ліпоксигенази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лейкотрієнів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90EFA44" w14:textId="77777777" w:rsidR="00A904C4" w:rsidRPr="0063699D" w:rsidRDefault="00FC2AAC" w:rsidP="00A565D1">
      <w:pPr>
        <w:pStyle w:val="ListParagraph"/>
        <w:numPr>
          <w:ilvl w:val="0"/>
          <w:numId w:val="1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циклооксигенази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простагландинів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EA3D5F2" w14:textId="77777777" w:rsidR="00A904C4" w:rsidRPr="0063699D" w:rsidRDefault="00FC2AAC" w:rsidP="00A565D1">
      <w:pPr>
        <w:pStyle w:val="ListParagraph"/>
        <w:numPr>
          <w:ilvl w:val="0"/>
          <w:numId w:val="1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енкефаліновими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рецепторами </w:t>
      </w:r>
    </w:p>
    <w:p w14:paraId="4E539D8C" w14:textId="77777777" w:rsidR="00A904C4" w:rsidRPr="0063699D" w:rsidRDefault="00FC2AAC" w:rsidP="00A565D1">
      <w:pPr>
        <w:pStyle w:val="ListParagraph"/>
        <w:numPr>
          <w:ilvl w:val="0"/>
          <w:numId w:val="1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ноціоцептивної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</w:p>
    <w:p w14:paraId="78CFEEA1" w14:textId="093045A8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поліартрит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Але, з причини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C029078" w14:textId="77777777" w:rsidR="00A904C4" w:rsidRPr="0063699D" w:rsidRDefault="00FC2AAC" w:rsidP="00A565D1">
      <w:pPr>
        <w:pStyle w:val="ListParagraph"/>
        <w:numPr>
          <w:ilvl w:val="0"/>
          <w:numId w:val="1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</w:t>
      </w:r>
    </w:p>
    <w:p w14:paraId="696D40B4" w14:textId="77777777" w:rsidR="00A904C4" w:rsidRPr="0063699D" w:rsidRDefault="00FC2AAC" w:rsidP="00A565D1">
      <w:pPr>
        <w:pStyle w:val="ListParagraph"/>
        <w:numPr>
          <w:ilvl w:val="0"/>
          <w:numId w:val="1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Мігрень</w:t>
      </w:r>
      <w:proofErr w:type="spellEnd"/>
    </w:p>
    <w:p w14:paraId="1F5835EC" w14:textId="77777777" w:rsidR="00A904C4" w:rsidRPr="0063699D" w:rsidRDefault="00FC2AAC" w:rsidP="00A565D1">
      <w:pPr>
        <w:pStyle w:val="ListParagraph"/>
        <w:numPr>
          <w:ilvl w:val="0"/>
          <w:numId w:val="1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</w:p>
    <w:p w14:paraId="1619743B" w14:textId="77777777" w:rsidR="00A904C4" w:rsidRPr="0063699D" w:rsidRDefault="00FC2AAC" w:rsidP="00A565D1">
      <w:pPr>
        <w:pStyle w:val="ListParagraph"/>
        <w:numPr>
          <w:ilvl w:val="0"/>
          <w:numId w:val="1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Пневмонія</w:t>
      </w:r>
      <w:proofErr w:type="spellEnd"/>
    </w:p>
    <w:p w14:paraId="698CB893" w14:textId="77777777" w:rsidR="00A904C4" w:rsidRPr="0063699D" w:rsidRDefault="00FC2AAC" w:rsidP="00A565D1">
      <w:pPr>
        <w:pStyle w:val="ListParagraph"/>
        <w:numPr>
          <w:ilvl w:val="0"/>
          <w:numId w:val="1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Радикуліт</w:t>
      </w:r>
      <w:proofErr w:type="spellEnd"/>
    </w:p>
    <w:p w14:paraId="5691C1A2" w14:textId="100E9A5D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55-ти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4-й день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ульцерогенна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30BE42B6" w14:textId="77777777" w:rsidR="00A904C4" w:rsidRPr="0063699D" w:rsidRDefault="00FC2AAC" w:rsidP="00A565D1">
      <w:pPr>
        <w:pStyle w:val="ListParagraph"/>
        <w:numPr>
          <w:ilvl w:val="0"/>
          <w:numId w:val="1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лейкотриєнів</w:t>
      </w:r>
      <w:proofErr w:type="spellEnd"/>
    </w:p>
    <w:p w14:paraId="0E121850" w14:textId="77777777" w:rsidR="00A904C4" w:rsidRPr="0063699D" w:rsidRDefault="00FC2AAC" w:rsidP="00A565D1">
      <w:pPr>
        <w:pStyle w:val="ListParagraph"/>
        <w:numPr>
          <w:ilvl w:val="0"/>
          <w:numId w:val="1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простагландину Е1</w:t>
      </w:r>
    </w:p>
    <w:p w14:paraId="673B6085" w14:textId="77777777" w:rsidR="00A904C4" w:rsidRPr="0063699D" w:rsidRDefault="00FC2AAC" w:rsidP="00A565D1">
      <w:pPr>
        <w:pStyle w:val="ListParagraph"/>
        <w:numPr>
          <w:ilvl w:val="0"/>
          <w:numId w:val="1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простагландину Е2</w:t>
      </w:r>
    </w:p>
    <w:p w14:paraId="6BF2B5A4" w14:textId="77777777" w:rsidR="00A904C4" w:rsidRPr="0063699D" w:rsidRDefault="00FC2AAC" w:rsidP="00A565D1">
      <w:pPr>
        <w:pStyle w:val="ListParagraph"/>
        <w:numPr>
          <w:ilvl w:val="0"/>
          <w:numId w:val="1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ендоперекисів</w:t>
      </w:r>
      <w:proofErr w:type="spellEnd"/>
    </w:p>
    <w:p w14:paraId="592F40EC" w14:textId="77777777" w:rsidR="00A904C4" w:rsidRPr="0063699D" w:rsidRDefault="00FC2AAC" w:rsidP="00A565D1">
      <w:pPr>
        <w:pStyle w:val="ListParagraph"/>
        <w:numPr>
          <w:ilvl w:val="0"/>
          <w:numId w:val="1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тромбоксану</w:t>
      </w:r>
      <w:proofErr w:type="spellEnd"/>
    </w:p>
    <w:p w14:paraId="04DA90C1" w14:textId="010547BA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афтозний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стоматит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температури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температури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FEFE89F" w14:textId="77777777" w:rsidR="00A904C4" w:rsidRPr="0063699D" w:rsidRDefault="00FC2AAC" w:rsidP="00A565D1">
      <w:pPr>
        <w:pStyle w:val="ListParagraph"/>
        <w:numPr>
          <w:ilvl w:val="0"/>
          <w:numId w:val="1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Стоматидин</w:t>
      </w:r>
      <w:proofErr w:type="spellEnd"/>
    </w:p>
    <w:p w14:paraId="41BBF18E" w14:textId="77777777" w:rsidR="00A904C4" w:rsidRPr="0063699D" w:rsidRDefault="00FC2AAC" w:rsidP="00A565D1">
      <w:pPr>
        <w:pStyle w:val="ListParagraph"/>
        <w:numPr>
          <w:ilvl w:val="0"/>
          <w:numId w:val="1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</w:t>
      </w:r>
      <w:proofErr w:type="spellEnd"/>
    </w:p>
    <w:p w14:paraId="622EAD99" w14:textId="77777777" w:rsidR="00A904C4" w:rsidRPr="0063699D" w:rsidRDefault="00FC2AAC" w:rsidP="00A565D1">
      <w:pPr>
        <w:pStyle w:val="ListParagraph"/>
        <w:numPr>
          <w:ilvl w:val="0"/>
          <w:numId w:val="1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</w:p>
    <w:p w14:paraId="33C6BEB1" w14:textId="77777777" w:rsidR="00A904C4" w:rsidRPr="0063699D" w:rsidRDefault="00FC2AAC" w:rsidP="00A565D1">
      <w:pPr>
        <w:pStyle w:val="ListParagraph"/>
        <w:numPr>
          <w:ilvl w:val="0"/>
          <w:numId w:val="1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6A8E6CA8" w14:textId="77777777" w:rsidR="00A904C4" w:rsidRPr="0063699D" w:rsidRDefault="00FC2AAC" w:rsidP="00A565D1">
      <w:pPr>
        <w:pStyle w:val="ListParagraph"/>
        <w:numPr>
          <w:ilvl w:val="0"/>
          <w:numId w:val="1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Піроксикам</w:t>
      </w:r>
      <w:proofErr w:type="spellEnd"/>
    </w:p>
    <w:p w14:paraId="74EB597F" w14:textId="303837A3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артритом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плечового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параамінофенолу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3D54FA2" w14:textId="77777777" w:rsidR="00A904C4" w:rsidRPr="0063699D" w:rsidRDefault="00FC2AAC" w:rsidP="00A565D1">
      <w:pPr>
        <w:pStyle w:val="ListParagraph"/>
        <w:numPr>
          <w:ilvl w:val="0"/>
          <w:numId w:val="1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Парацетамол </w:t>
      </w:r>
    </w:p>
    <w:p w14:paraId="295C9BF2" w14:textId="77777777" w:rsidR="00A904C4" w:rsidRPr="0063699D" w:rsidRDefault="00FC2AAC" w:rsidP="00A565D1">
      <w:pPr>
        <w:pStyle w:val="ListParagraph"/>
        <w:numPr>
          <w:ilvl w:val="0"/>
          <w:numId w:val="1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Диклофенак-натрій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D75F30" w14:textId="77777777" w:rsidR="00A904C4" w:rsidRPr="0063699D" w:rsidRDefault="00FC2AAC" w:rsidP="00A565D1">
      <w:pPr>
        <w:pStyle w:val="ListParagraph"/>
        <w:numPr>
          <w:ilvl w:val="0"/>
          <w:numId w:val="1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16BB131" w14:textId="77777777" w:rsidR="00A904C4" w:rsidRPr="0063699D" w:rsidRDefault="00FC2AAC" w:rsidP="00A565D1">
      <w:pPr>
        <w:pStyle w:val="ListParagraph"/>
        <w:numPr>
          <w:ilvl w:val="0"/>
          <w:numId w:val="1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798F33" w14:textId="77777777" w:rsidR="00A904C4" w:rsidRPr="0063699D" w:rsidRDefault="00FC2AAC" w:rsidP="00A565D1">
      <w:pPr>
        <w:pStyle w:val="ListParagraph"/>
        <w:numPr>
          <w:ilvl w:val="0"/>
          <w:numId w:val="1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1776EAB" w14:textId="00C01690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47-ми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артритом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нг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б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тор ферменту циклооксигенази-2.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</w:t>
      </w:r>
    </w:p>
    <w:p w14:paraId="3DDD797A" w14:textId="77777777" w:rsidR="00A904C4" w:rsidRPr="0063699D" w:rsidRDefault="00FC2AAC" w:rsidP="00A565D1">
      <w:pPr>
        <w:pStyle w:val="ListParagraph"/>
        <w:numPr>
          <w:ilvl w:val="0"/>
          <w:numId w:val="1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</w:p>
    <w:p w14:paraId="748A119D" w14:textId="77777777" w:rsidR="00A904C4" w:rsidRPr="0063699D" w:rsidRDefault="00FC2AAC" w:rsidP="00A565D1">
      <w:pPr>
        <w:pStyle w:val="ListParagraph"/>
        <w:numPr>
          <w:ilvl w:val="0"/>
          <w:numId w:val="1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</w:p>
    <w:p w14:paraId="6FD29B22" w14:textId="77777777" w:rsidR="00A904C4" w:rsidRPr="0063699D" w:rsidRDefault="00FC2AAC" w:rsidP="00A565D1">
      <w:pPr>
        <w:pStyle w:val="ListParagraph"/>
        <w:numPr>
          <w:ilvl w:val="0"/>
          <w:numId w:val="1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ндометацин</w:t>
      </w:r>
      <w:proofErr w:type="spellEnd"/>
    </w:p>
    <w:p w14:paraId="7D966527" w14:textId="77777777" w:rsidR="00A904C4" w:rsidRPr="0063699D" w:rsidRDefault="00FC2AAC" w:rsidP="00A565D1">
      <w:pPr>
        <w:pStyle w:val="ListParagraph"/>
        <w:numPr>
          <w:ilvl w:val="0"/>
          <w:numId w:val="1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Целекоксиб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DB38879" w14:textId="77777777" w:rsidR="00A904C4" w:rsidRPr="0063699D" w:rsidRDefault="00FC2AAC" w:rsidP="00A565D1">
      <w:pPr>
        <w:pStyle w:val="ListParagraph"/>
        <w:numPr>
          <w:ilvl w:val="0"/>
          <w:numId w:val="1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мефенамова</w:t>
      </w:r>
      <w:proofErr w:type="spellEnd"/>
    </w:p>
    <w:p w14:paraId="3B8754D0" w14:textId="2EF3B1B3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сильному головному болю хворому рекомендовано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аніліну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анальгезуюча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жарознижувальна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51CD74A5" w14:textId="77777777" w:rsidR="00A904C4" w:rsidRPr="0063699D" w:rsidRDefault="00FC2AAC" w:rsidP="00A565D1">
      <w:pPr>
        <w:pStyle w:val="ListParagraph"/>
        <w:numPr>
          <w:ilvl w:val="0"/>
          <w:numId w:val="1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</w:p>
    <w:p w14:paraId="5200C9EA" w14:textId="77777777" w:rsidR="00A904C4" w:rsidRPr="0063699D" w:rsidRDefault="00FC2AAC" w:rsidP="00A565D1">
      <w:pPr>
        <w:pStyle w:val="ListParagraph"/>
        <w:numPr>
          <w:ilvl w:val="0"/>
          <w:numId w:val="1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Парацетамол </w:t>
      </w:r>
    </w:p>
    <w:p w14:paraId="034EE609" w14:textId="77777777" w:rsidR="00A904C4" w:rsidRPr="0063699D" w:rsidRDefault="00FC2AAC" w:rsidP="00A565D1">
      <w:pPr>
        <w:pStyle w:val="ListParagraph"/>
        <w:numPr>
          <w:ilvl w:val="0"/>
          <w:numId w:val="1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</w:p>
    <w:p w14:paraId="04DB9A73" w14:textId="77777777" w:rsidR="00A904C4" w:rsidRPr="0063699D" w:rsidRDefault="00FC2AAC" w:rsidP="00A565D1">
      <w:pPr>
        <w:pStyle w:val="ListParagraph"/>
        <w:numPr>
          <w:ilvl w:val="0"/>
          <w:numId w:val="1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</w:p>
    <w:p w14:paraId="77C0E393" w14:textId="77777777" w:rsidR="00A904C4" w:rsidRPr="0063699D" w:rsidRDefault="00FC2AAC" w:rsidP="00A565D1">
      <w:pPr>
        <w:pStyle w:val="ListParagraph"/>
        <w:numPr>
          <w:ilvl w:val="0"/>
          <w:numId w:val="1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</w:t>
      </w:r>
      <w:proofErr w:type="spellEnd"/>
    </w:p>
    <w:p w14:paraId="3DE77F45" w14:textId="1E7665F2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Сорокалітня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припухлість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почервоніння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гіпертермію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Лабораторне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ревмопроби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50A54F4" w14:textId="77777777" w:rsidR="00A904C4" w:rsidRPr="0063699D" w:rsidRDefault="00FC2AAC" w:rsidP="00A565D1">
      <w:pPr>
        <w:pStyle w:val="ListParagraph"/>
        <w:numPr>
          <w:ilvl w:val="0"/>
          <w:numId w:val="1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869FB25" w14:textId="77777777" w:rsidR="00A904C4" w:rsidRPr="0063699D" w:rsidRDefault="00FC2AAC" w:rsidP="00A565D1">
      <w:pPr>
        <w:pStyle w:val="ListParagraph"/>
        <w:numPr>
          <w:ilvl w:val="0"/>
          <w:numId w:val="1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 </w:t>
      </w:r>
    </w:p>
    <w:p w14:paraId="04D48081" w14:textId="77777777" w:rsidR="00A904C4" w:rsidRPr="0063699D" w:rsidRDefault="00FC2AAC" w:rsidP="00A565D1">
      <w:pPr>
        <w:pStyle w:val="ListParagraph"/>
        <w:numPr>
          <w:ilvl w:val="0"/>
          <w:numId w:val="1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5281F8" w14:textId="77777777" w:rsidR="00A904C4" w:rsidRPr="0063699D" w:rsidRDefault="00FC2AAC" w:rsidP="00A565D1">
      <w:pPr>
        <w:pStyle w:val="ListParagraph"/>
        <w:numPr>
          <w:ilvl w:val="0"/>
          <w:numId w:val="1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350EE45" w14:textId="77777777" w:rsidR="00A904C4" w:rsidRPr="0063699D" w:rsidRDefault="00FC2AAC" w:rsidP="00A565D1">
      <w:pPr>
        <w:pStyle w:val="ListParagraph"/>
        <w:numPr>
          <w:ilvl w:val="0"/>
          <w:numId w:val="1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2D1AB7A" w14:textId="2F0966F9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тромбоксану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тромбоцитах.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30AC3C11" w14:textId="77777777" w:rsidR="00A904C4" w:rsidRPr="0063699D" w:rsidRDefault="00FC2AAC" w:rsidP="00A565D1">
      <w:pPr>
        <w:pStyle w:val="ListParagraph"/>
        <w:numPr>
          <w:ilvl w:val="0"/>
          <w:numId w:val="1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Вікасол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A891C5C" w14:textId="77777777" w:rsidR="00A904C4" w:rsidRPr="0063699D" w:rsidRDefault="00FC2AAC" w:rsidP="00A565D1">
      <w:pPr>
        <w:pStyle w:val="ListParagraph"/>
        <w:numPr>
          <w:ilvl w:val="0"/>
          <w:numId w:val="1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911DA80" w14:textId="77777777" w:rsidR="00A904C4" w:rsidRPr="0063699D" w:rsidRDefault="00FC2AAC" w:rsidP="00A565D1">
      <w:pPr>
        <w:pStyle w:val="ListParagraph"/>
        <w:numPr>
          <w:ilvl w:val="0"/>
          <w:numId w:val="1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</w:t>
      </w:r>
    </w:p>
    <w:p w14:paraId="1CF83B9E" w14:textId="77777777" w:rsidR="00A904C4" w:rsidRPr="0063699D" w:rsidRDefault="00FC2AAC" w:rsidP="00A565D1">
      <w:pPr>
        <w:pStyle w:val="ListParagraph"/>
        <w:numPr>
          <w:ilvl w:val="0"/>
          <w:numId w:val="1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</w:p>
    <w:p w14:paraId="7A13CB13" w14:textId="77777777" w:rsidR="00A904C4" w:rsidRPr="0063699D" w:rsidRDefault="00FC2AAC" w:rsidP="00A565D1">
      <w:pPr>
        <w:pStyle w:val="ListParagraph"/>
        <w:numPr>
          <w:ilvl w:val="0"/>
          <w:numId w:val="1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</w:p>
    <w:p w14:paraId="64629E52" w14:textId="30DE4381" w:rsidR="00A904C4" w:rsidRPr="0063699D" w:rsidRDefault="00FC2AAC" w:rsidP="00A565D1">
      <w:pPr>
        <w:pStyle w:val="ListParagraph"/>
        <w:numPr>
          <w:ilvl w:val="0"/>
          <w:numId w:val="1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найслабша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пошкоджувальна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тракту?</w:t>
      </w:r>
    </w:p>
    <w:p w14:paraId="3660AAE6" w14:textId="77777777" w:rsidR="00A904C4" w:rsidRPr="0063699D" w:rsidRDefault="00FC2AAC" w:rsidP="00A565D1">
      <w:pPr>
        <w:pStyle w:val="ListParagraph"/>
        <w:numPr>
          <w:ilvl w:val="0"/>
          <w:numId w:val="1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Піроксикам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588FDBE" w14:textId="77777777" w:rsidR="00A904C4" w:rsidRPr="0063699D" w:rsidRDefault="00FC2AAC" w:rsidP="00A565D1">
      <w:pPr>
        <w:pStyle w:val="ListParagraph"/>
        <w:numPr>
          <w:ilvl w:val="0"/>
          <w:numId w:val="1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637B20BD" w14:textId="77777777" w:rsidR="00A904C4" w:rsidRPr="0063699D" w:rsidRDefault="00FC2AAC" w:rsidP="00A565D1">
      <w:pPr>
        <w:pStyle w:val="ListParagraph"/>
        <w:numPr>
          <w:ilvl w:val="0"/>
          <w:numId w:val="1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</w:t>
      </w:r>
      <w:proofErr w:type="spellEnd"/>
    </w:p>
    <w:p w14:paraId="05A3CDC7" w14:textId="77777777" w:rsidR="00A904C4" w:rsidRPr="0063699D" w:rsidRDefault="00FC2AAC" w:rsidP="00A565D1">
      <w:pPr>
        <w:pStyle w:val="ListParagraph"/>
        <w:numPr>
          <w:ilvl w:val="0"/>
          <w:numId w:val="1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Німесулід</w:t>
      </w:r>
      <w:proofErr w:type="spellEnd"/>
    </w:p>
    <w:p w14:paraId="7819F9F8" w14:textId="77777777" w:rsidR="00A904C4" w:rsidRPr="0063699D" w:rsidRDefault="00FC2AAC" w:rsidP="00A565D1">
      <w:pPr>
        <w:pStyle w:val="ListParagraph"/>
        <w:numPr>
          <w:ilvl w:val="0"/>
          <w:numId w:val="1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</w:p>
    <w:p w14:paraId="1797A585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FB58DB3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309D036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№16. ОСОБЛИВОСТІ ВИКОРИСТАННЯ ОКРЕМИХ ГРУП ПСИХОТРОПНИХ ЗАСОБІВ ДЕПРИМУЮЧОЇ ТА СТИМУЛЮЮЧОЇ ДІЇ.</w:t>
      </w:r>
    </w:p>
    <w:p w14:paraId="0A858CB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07363C7" w14:textId="77777777" w:rsidR="00A904C4" w:rsidRPr="0063699D" w:rsidRDefault="00FC2AAC" w:rsidP="002C53B3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Нейролептики,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так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розповсюджених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наш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підготовці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зокрема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нейролептики -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атаралгезії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5C79E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стоматологу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премедикації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анальгетиками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61229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страху,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емоційної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напруги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стоматологічним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збалансованої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атаральгезії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перед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щелепно-лицевій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1C743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амбулаторних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психо-моторних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страх,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сльози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т.д.).</w:t>
      </w:r>
    </w:p>
    <w:p w14:paraId="4477EE5D" w14:textId="77777777" w:rsidR="00A904C4" w:rsidRPr="0063699D" w:rsidRDefault="00FC2AAC" w:rsidP="002C53B3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заняття.</w:t>
      </w:r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паталогічних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рецептах. </w:t>
      </w:r>
    </w:p>
    <w:p w14:paraId="480033B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ACCA35C" w14:textId="77777777" w:rsidR="00A904C4" w:rsidRPr="0063699D" w:rsidRDefault="00FC2AAC" w:rsidP="002C53B3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27A3DCE3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5DA97C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Розкрити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3BDCA7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структурою: </w:t>
      </w:r>
    </w:p>
    <w:p w14:paraId="1B8CCE0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фенотіазину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нейролептики): </w:t>
      </w:r>
    </w:p>
    <w:p w14:paraId="03C7E6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аліфатичні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левомепромазин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6DB5E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піперазинові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етаперазин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трифтазин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фторфеназин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фторфеназин-деканоат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8CF0E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піперидинові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неулептил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A60663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бутирофенону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трифлуперидол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F3DFB7C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3)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дифенілбутилпіперидину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флушпірилен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пімозид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7E5A408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бензаміду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сульпірид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еглоніл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сультоприд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тіаприд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*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церукал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реглан);</w:t>
      </w:r>
    </w:p>
    <w:p w14:paraId="7FD2949A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класів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хлорпротиксен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азалептин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клозапін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C9BE602" w14:textId="15D7DC30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Молекулярні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атипові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нейролептики.</w:t>
      </w:r>
    </w:p>
    <w:p w14:paraId="13D3C38E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01D67C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нейролептиками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дроперідолу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8E19DA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атипових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5182B2FC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E1951E1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структурою:</w:t>
      </w:r>
    </w:p>
    <w:p w14:paraId="4C66E088" w14:textId="77777777" w:rsidR="00A904C4" w:rsidRPr="0063699D" w:rsidRDefault="00FC2AAC" w:rsidP="00A565D1">
      <w:pPr>
        <w:pStyle w:val="ListParagraph"/>
        <w:numPr>
          <w:ilvl w:val="0"/>
          <w:numId w:val="1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бензодіазепіну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1,4-бензодіазепіну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хлордіазепоксид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альпразолам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клоназепам, нозепам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.; 1,5-бензодіазепіну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клобазам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2,3-бензодіазепіну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тофізопам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грандаксин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21C0994D" w14:textId="77777777" w:rsidR="00A904C4" w:rsidRPr="0063699D" w:rsidRDefault="00FC2AAC" w:rsidP="00A565D1">
      <w:pPr>
        <w:pStyle w:val="ListParagraph"/>
        <w:numPr>
          <w:ilvl w:val="0"/>
          <w:numId w:val="1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мебікар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грандаксин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амізил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літоніт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фенібут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4C5D4EB" w14:textId="415685A3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486332E" w14:textId="77777777" w:rsidR="00A904C4" w:rsidRPr="0063699D" w:rsidRDefault="00FC2AAC" w:rsidP="00A565D1">
      <w:pPr>
        <w:pStyle w:val="ListParagraph"/>
        <w:numPr>
          <w:ilvl w:val="0"/>
          <w:numId w:val="1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агоністи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бензодіазепінових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комплексу ГАМКА-рецептор-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хлоріонний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бензодіазепіну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0B6656A3" w14:textId="77777777" w:rsidR="00A904C4" w:rsidRPr="0063699D" w:rsidRDefault="00FC2AAC" w:rsidP="00A565D1">
      <w:pPr>
        <w:pStyle w:val="ListParagraph"/>
        <w:numPr>
          <w:ilvl w:val="0"/>
          <w:numId w:val="1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агоністи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серотонінових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буспірон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70166668" w14:textId="77777777" w:rsidR="00A904C4" w:rsidRPr="0063699D" w:rsidRDefault="00FC2AAC" w:rsidP="00A565D1">
      <w:pPr>
        <w:pStyle w:val="ListParagraph"/>
        <w:numPr>
          <w:ilvl w:val="0"/>
          <w:numId w:val="1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різного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механізму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амізил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мепробамат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тріоксазин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66390A7" w14:textId="5CC51B4B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:</w:t>
      </w:r>
    </w:p>
    <w:p w14:paraId="54B12DA9" w14:textId="77777777" w:rsidR="00A904C4" w:rsidRPr="0063699D" w:rsidRDefault="00FC2AAC" w:rsidP="00A565D1">
      <w:pPr>
        <w:pStyle w:val="ListParagraph"/>
        <w:numPr>
          <w:ilvl w:val="0"/>
          <w:numId w:val="1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короткочасної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 xml:space="preserve">(Т1/2 до 6 год)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тріазолам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мідазолам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C3181D0" w14:textId="77777777" w:rsidR="00A904C4" w:rsidRPr="0063699D" w:rsidRDefault="00FC2AAC" w:rsidP="00A565D1">
      <w:pPr>
        <w:pStyle w:val="ListParagraph"/>
        <w:numPr>
          <w:ilvl w:val="0"/>
          <w:numId w:val="1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(6-24 год)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нозепам,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флунітразепам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24DE51A" w14:textId="77777777" w:rsidR="00A904C4" w:rsidRPr="0063699D" w:rsidRDefault="00FC2AAC" w:rsidP="00A565D1">
      <w:pPr>
        <w:pStyle w:val="ListParagraph"/>
        <w:numPr>
          <w:ilvl w:val="0"/>
          <w:numId w:val="1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(Т1/2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 год)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Т1/2 ≈ 100 год)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5AD670" w14:textId="40724CCB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спектром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гіпнотичної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:</w:t>
      </w:r>
    </w:p>
    <w:p w14:paraId="14E13ED0" w14:textId="77777777" w:rsidR="00A904C4" w:rsidRPr="0063699D" w:rsidRDefault="00FC2AAC" w:rsidP="00A565D1">
      <w:pPr>
        <w:pStyle w:val="ListParagraph"/>
        <w:numPr>
          <w:ilvl w:val="0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седативні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великі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0337DE9" w14:textId="77777777" w:rsidR="00A904C4" w:rsidRPr="0063699D" w:rsidRDefault="00FC2AAC" w:rsidP="00A565D1">
      <w:pPr>
        <w:pStyle w:val="ListParagraph"/>
        <w:numPr>
          <w:ilvl w:val="0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стреспротективну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активуючим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компонентом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буспірон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мебікар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2721DE1" w14:textId="1A74A46D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F122AC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медикаментозної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CBE38C" w14:textId="77777777" w:rsidR="00A904C4" w:rsidRPr="0063699D" w:rsidRDefault="00FC2AAC" w:rsidP="00A565D1">
      <w:pPr>
        <w:pStyle w:val="ListParagraph"/>
        <w:numPr>
          <w:ilvl w:val="0"/>
          <w:numId w:val="1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FE53B2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81AA047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083B995" w14:textId="77777777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735149" w14:textId="77777777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психозу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маячнею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галюцинаціями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психозу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постелі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у хворого настало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знепритомніння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ввели хворому?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B02344A" w14:textId="77777777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стресових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часто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протитревожний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місяць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постійному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2-х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подальшої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з’являлись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недомагання.Визначити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описане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E9CBB65" w14:textId="429FEF92" w:rsidR="00A904C4" w:rsidRPr="0063699D" w:rsidRDefault="00FC2AAC" w:rsidP="00A565D1">
      <w:pPr>
        <w:pStyle w:val="ListParagraph"/>
        <w:numPr>
          <w:ilvl w:val="1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CDFA98" w14:textId="77777777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готують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порекомендуєте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засипання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напередодні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2135816" w14:textId="77777777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неврозом,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надмірної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дратівливості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седативного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нежить, кашель,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кон’юктивіт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B2706AE" w14:textId="77777777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атаралгезія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2D23D1C" w14:textId="026011A5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артисту перед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виходом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сцену.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3EEA1A4" w14:textId="55BC8B29" w:rsidR="00A904C4" w:rsidRPr="0063699D" w:rsidRDefault="00FC2AAC" w:rsidP="00A565D1">
      <w:pPr>
        <w:pStyle w:val="ListParagraph"/>
        <w:numPr>
          <w:ilvl w:val="0"/>
          <w:numId w:val="1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</w:t>
      </w:r>
      <w:r w:rsidR="002C53B3" w:rsidRPr="0063699D">
        <w:rPr>
          <w:rFonts w:asciiTheme="majorBidi" w:hAnsiTheme="majorBidi" w:cstheme="majorBidi"/>
          <w:sz w:val="22"/>
          <w:lang w:val="ru-RU"/>
        </w:rPr>
        <w:t>і</w:t>
      </w:r>
      <w:proofErr w:type="spellEnd"/>
    </w:p>
    <w:p w14:paraId="49FA071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7EE43BD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2AA9695A" w14:textId="4A180D7A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валеріани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03B644F" w14:textId="77777777" w:rsidR="00A904C4" w:rsidRPr="0063699D" w:rsidRDefault="00FC2AAC" w:rsidP="00A565D1">
      <w:pPr>
        <w:pStyle w:val="ListParagraph"/>
        <w:numPr>
          <w:ilvl w:val="0"/>
          <w:numId w:val="1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</w:t>
      </w:r>
    </w:p>
    <w:p w14:paraId="4183F088" w14:textId="77777777" w:rsidR="00A904C4" w:rsidRPr="0063699D" w:rsidRDefault="00FC2AAC" w:rsidP="00A565D1">
      <w:pPr>
        <w:pStyle w:val="ListParagraph"/>
        <w:numPr>
          <w:ilvl w:val="0"/>
          <w:numId w:val="1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комплексному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</w:p>
    <w:p w14:paraId="7DAF7655" w14:textId="77777777" w:rsidR="00A904C4" w:rsidRPr="0063699D" w:rsidRDefault="00FC2AAC" w:rsidP="00A565D1">
      <w:pPr>
        <w:pStyle w:val="ListParagraph"/>
        <w:numPr>
          <w:ilvl w:val="0"/>
          <w:numId w:val="1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F5B8E6B" w14:textId="77777777" w:rsidR="00A904C4" w:rsidRPr="0063699D" w:rsidRDefault="00FC2AAC" w:rsidP="00A565D1">
      <w:pPr>
        <w:pStyle w:val="ListParagraph"/>
        <w:numPr>
          <w:ilvl w:val="0"/>
          <w:numId w:val="1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судомах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737C4F" w14:textId="77777777" w:rsidR="00A904C4" w:rsidRPr="0063699D" w:rsidRDefault="00FC2AAC" w:rsidP="00A565D1">
      <w:pPr>
        <w:pStyle w:val="ListParagraph"/>
        <w:numPr>
          <w:ilvl w:val="0"/>
          <w:numId w:val="1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депресії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74A996" w14:textId="6023EC29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сібазону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(седуксен,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719A8C85" w14:textId="77777777" w:rsidR="00A904C4" w:rsidRPr="0063699D" w:rsidRDefault="00FC2AAC" w:rsidP="00A565D1">
      <w:pPr>
        <w:pStyle w:val="ListParagraph"/>
        <w:numPr>
          <w:ilvl w:val="0"/>
          <w:numId w:val="1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Збуджувальний</w:t>
      </w:r>
      <w:proofErr w:type="spellEnd"/>
    </w:p>
    <w:p w14:paraId="510DD0E3" w14:textId="77777777" w:rsidR="00A904C4" w:rsidRPr="0063699D" w:rsidRDefault="00FC2AAC" w:rsidP="00A565D1">
      <w:pPr>
        <w:pStyle w:val="ListParagraph"/>
        <w:numPr>
          <w:ilvl w:val="0"/>
          <w:numId w:val="1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Протимікробний</w:t>
      </w:r>
      <w:proofErr w:type="spellEnd"/>
    </w:p>
    <w:p w14:paraId="1A137700" w14:textId="77777777" w:rsidR="00A904C4" w:rsidRPr="0063699D" w:rsidRDefault="00FC2AAC" w:rsidP="00A565D1">
      <w:pPr>
        <w:pStyle w:val="ListParagraph"/>
        <w:numPr>
          <w:ilvl w:val="0"/>
          <w:numId w:val="1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Ноотропний</w:t>
      </w:r>
      <w:proofErr w:type="spellEnd"/>
    </w:p>
    <w:p w14:paraId="77C8E901" w14:textId="77777777" w:rsidR="00A904C4" w:rsidRPr="0063699D" w:rsidRDefault="00FC2AAC" w:rsidP="00A565D1">
      <w:pPr>
        <w:pStyle w:val="ListParagraph"/>
        <w:numPr>
          <w:ilvl w:val="0"/>
          <w:numId w:val="1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Антипсихотичний</w:t>
      </w:r>
      <w:proofErr w:type="spellEnd"/>
    </w:p>
    <w:p w14:paraId="719FB96E" w14:textId="77777777" w:rsidR="00A904C4" w:rsidRPr="0063699D" w:rsidRDefault="00FC2AAC" w:rsidP="00A565D1">
      <w:pPr>
        <w:pStyle w:val="ListParagraph"/>
        <w:numPr>
          <w:ilvl w:val="0"/>
          <w:numId w:val="1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Транквілізуючий</w:t>
      </w:r>
      <w:proofErr w:type="spellEnd"/>
    </w:p>
    <w:p w14:paraId="1799AAB9" w14:textId="4E3CF731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феназепаму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D373520" w14:textId="77777777" w:rsidR="00A904C4" w:rsidRPr="0063699D" w:rsidRDefault="00FC2AAC" w:rsidP="00A565D1">
      <w:pPr>
        <w:pStyle w:val="ListParagraph"/>
        <w:numPr>
          <w:ilvl w:val="0"/>
          <w:numId w:val="1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скелетної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</w:p>
    <w:p w14:paraId="49FDF620" w14:textId="77777777" w:rsidR="00A904C4" w:rsidRPr="0063699D" w:rsidRDefault="00FC2AAC" w:rsidP="00A565D1">
      <w:pPr>
        <w:pStyle w:val="ListParagraph"/>
        <w:numPr>
          <w:ilvl w:val="0"/>
          <w:numId w:val="1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температуру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</w:p>
    <w:p w14:paraId="2ED7F9E0" w14:textId="77777777" w:rsidR="00A904C4" w:rsidRPr="0063699D" w:rsidRDefault="00FC2AAC" w:rsidP="00A565D1">
      <w:pPr>
        <w:pStyle w:val="ListParagraph"/>
        <w:numPr>
          <w:ilvl w:val="0"/>
          <w:numId w:val="1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сон</w:t>
      </w:r>
    </w:p>
    <w:p w14:paraId="2E99CE75" w14:textId="77777777" w:rsidR="00A904C4" w:rsidRPr="0063699D" w:rsidRDefault="00FC2AAC" w:rsidP="00A565D1">
      <w:pPr>
        <w:pStyle w:val="ListParagraph"/>
        <w:numPr>
          <w:ilvl w:val="0"/>
          <w:numId w:val="1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занепокоєння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напругу</w:t>
      </w:r>
      <w:proofErr w:type="spellEnd"/>
    </w:p>
    <w:p w14:paraId="5D922E4D" w14:textId="77777777" w:rsidR="00A904C4" w:rsidRPr="0063699D" w:rsidRDefault="00FC2AAC" w:rsidP="00A565D1">
      <w:pPr>
        <w:pStyle w:val="ListParagraph"/>
        <w:numPr>
          <w:ilvl w:val="0"/>
          <w:numId w:val="1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</w:t>
      </w:r>
    </w:p>
    <w:p w14:paraId="4C072AF8" w14:textId="12A854BA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A08549E" w14:textId="77777777" w:rsidR="00A904C4" w:rsidRPr="0063699D" w:rsidRDefault="00FC2AAC" w:rsidP="00A565D1">
      <w:pPr>
        <w:pStyle w:val="ListParagraph"/>
        <w:numPr>
          <w:ilvl w:val="0"/>
          <w:numId w:val="1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Триоксазин</w:t>
      </w:r>
      <w:proofErr w:type="spellEnd"/>
    </w:p>
    <w:p w14:paraId="3CA31A26" w14:textId="77777777" w:rsidR="00A904C4" w:rsidRPr="0063699D" w:rsidRDefault="00FC2AAC" w:rsidP="00A565D1">
      <w:pPr>
        <w:pStyle w:val="ListParagraph"/>
        <w:numPr>
          <w:ilvl w:val="0"/>
          <w:numId w:val="1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Аміназин</w:t>
      </w:r>
      <w:proofErr w:type="spellEnd"/>
    </w:p>
    <w:p w14:paraId="582EFB18" w14:textId="77777777" w:rsidR="00A904C4" w:rsidRPr="0063699D" w:rsidRDefault="00FC2AAC" w:rsidP="00A565D1">
      <w:pPr>
        <w:pStyle w:val="ListParagraph"/>
        <w:numPr>
          <w:ilvl w:val="0"/>
          <w:numId w:val="1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Прозерін</w:t>
      </w:r>
      <w:proofErr w:type="spellEnd"/>
    </w:p>
    <w:p w14:paraId="1D63B903" w14:textId="77777777" w:rsidR="00A904C4" w:rsidRPr="0063699D" w:rsidRDefault="00FC2AAC" w:rsidP="00A565D1">
      <w:pPr>
        <w:pStyle w:val="ListParagraph"/>
        <w:numPr>
          <w:ilvl w:val="0"/>
          <w:numId w:val="1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Мепротан</w:t>
      </w:r>
      <w:proofErr w:type="spellEnd"/>
    </w:p>
    <w:p w14:paraId="15BD7425" w14:textId="77777777" w:rsidR="00A904C4" w:rsidRPr="0063699D" w:rsidRDefault="00FC2AAC" w:rsidP="00A565D1">
      <w:pPr>
        <w:pStyle w:val="ListParagraph"/>
        <w:numPr>
          <w:ilvl w:val="0"/>
          <w:numId w:val="1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</w:p>
    <w:p w14:paraId="201D70EE" w14:textId="1C480087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4822ADC" w14:textId="77777777" w:rsidR="00A904C4" w:rsidRPr="0063699D" w:rsidRDefault="00FC2AAC" w:rsidP="00A565D1">
      <w:pPr>
        <w:pStyle w:val="ListParagraph"/>
        <w:numPr>
          <w:ilvl w:val="0"/>
          <w:numId w:val="1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ЦНС.</w:t>
      </w:r>
    </w:p>
    <w:p w14:paraId="30B30FF1" w14:textId="77777777" w:rsidR="00A904C4" w:rsidRPr="0063699D" w:rsidRDefault="00FC2AAC" w:rsidP="00A565D1">
      <w:pPr>
        <w:pStyle w:val="ListParagraph"/>
        <w:numPr>
          <w:ilvl w:val="0"/>
          <w:numId w:val="1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дофамінергічної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передачі</w:t>
      </w:r>
      <w:proofErr w:type="spellEnd"/>
    </w:p>
    <w:p w14:paraId="6077581B" w14:textId="77777777" w:rsidR="00A904C4" w:rsidRPr="0063699D" w:rsidRDefault="00FC2AAC" w:rsidP="00A565D1">
      <w:pPr>
        <w:pStyle w:val="ListParagraph"/>
        <w:numPr>
          <w:ilvl w:val="0"/>
          <w:numId w:val="1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5D7BEF8E" w14:textId="77777777" w:rsidR="00A904C4" w:rsidRPr="0063699D" w:rsidRDefault="00FC2AAC" w:rsidP="00A565D1">
      <w:pPr>
        <w:pStyle w:val="ListParagraph"/>
        <w:numPr>
          <w:ilvl w:val="0"/>
          <w:numId w:val="1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Центральна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дофаміноміметічна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76A1FC11" w14:textId="77777777" w:rsidR="00A904C4" w:rsidRPr="0063699D" w:rsidRDefault="00FC2AAC" w:rsidP="00A565D1">
      <w:pPr>
        <w:pStyle w:val="ListParagraph"/>
        <w:numPr>
          <w:ilvl w:val="0"/>
          <w:numId w:val="1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тромбоксану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4FFE14" w14:textId="51853D60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AD3204D" w14:textId="77777777" w:rsidR="00A904C4" w:rsidRPr="0063699D" w:rsidRDefault="00FC2AAC" w:rsidP="00A565D1">
      <w:pPr>
        <w:pStyle w:val="ListParagraph"/>
        <w:numPr>
          <w:ilvl w:val="0"/>
          <w:numId w:val="1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Антипсихотичні</w:t>
      </w:r>
      <w:proofErr w:type="spellEnd"/>
    </w:p>
    <w:p w14:paraId="108B1E6A" w14:textId="77777777" w:rsidR="00A904C4" w:rsidRPr="0063699D" w:rsidRDefault="00FC2AAC" w:rsidP="00A565D1">
      <w:pPr>
        <w:pStyle w:val="ListParagraph"/>
        <w:numPr>
          <w:ilvl w:val="0"/>
          <w:numId w:val="1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Седативний</w:t>
      </w:r>
      <w:proofErr w:type="spellEnd"/>
    </w:p>
    <w:p w14:paraId="441A8679" w14:textId="77777777" w:rsidR="00A904C4" w:rsidRPr="0063699D" w:rsidRDefault="00FC2AAC" w:rsidP="00A565D1">
      <w:pPr>
        <w:pStyle w:val="ListParagraph"/>
        <w:numPr>
          <w:ilvl w:val="0"/>
          <w:numId w:val="1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48A5B21D" w14:textId="77777777" w:rsidR="00A904C4" w:rsidRPr="0063699D" w:rsidRDefault="00FC2AAC" w:rsidP="00A565D1">
      <w:pPr>
        <w:pStyle w:val="ListParagraph"/>
        <w:numPr>
          <w:ilvl w:val="0"/>
          <w:numId w:val="1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Протиблювотна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17AEDA6E" w14:textId="77777777" w:rsidR="00A904C4" w:rsidRPr="0063699D" w:rsidRDefault="00FC2AAC" w:rsidP="00A565D1">
      <w:pPr>
        <w:pStyle w:val="ListParagraph"/>
        <w:numPr>
          <w:ilvl w:val="0"/>
          <w:numId w:val="1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9FE63E9" w14:textId="561D8FF1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F4BB318" w14:textId="77777777" w:rsidR="00A904C4" w:rsidRPr="0063699D" w:rsidRDefault="00FC2AAC" w:rsidP="00A565D1">
      <w:pPr>
        <w:pStyle w:val="ListParagraph"/>
        <w:numPr>
          <w:ilvl w:val="0"/>
          <w:numId w:val="1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</w:p>
    <w:p w14:paraId="36226434" w14:textId="77777777" w:rsidR="00A904C4" w:rsidRPr="0063699D" w:rsidRDefault="00FC2AAC" w:rsidP="00A565D1">
      <w:pPr>
        <w:pStyle w:val="ListParagraph"/>
        <w:numPr>
          <w:ilvl w:val="0"/>
          <w:numId w:val="1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Діарея</w:t>
      </w:r>
      <w:proofErr w:type="spellEnd"/>
    </w:p>
    <w:p w14:paraId="606AF97A" w14:textId="77777777" w:rsidR="00A904C4" w:rsidRPr="0063699D" w:rsidRDefault="00FC2AAC" w:rsidP="00A565D1">
      <w:pPr>
        <w:pStyle w:val="ListParagraph"/>
        <w:numPr>
          <w:ilvl w:val="0"/>
          <w:numId w:val="1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Гіпертермія</w:t>
      </w:r>
      <w:proofErr w:type="spellEnd"/>
    </w:p>
    <w:p w14:paraId="02F1AE51" w14:textId="77777777" w:rsidR="00A904C4" w:rsidRPr="0063699D" w:rsidRDefault="00FC2AAC" w:rsidP="00A565D1">
      <w:pPr>
        <w:pStyle w:val="ListParagraph"/>
        <w:numPr>
          <w:ilvl w:val="0"/>
          <w:numId w:val="1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паркінсонізм</w:t>
      </w:r>
      <w:proofErr w:type="spellEnd"/>
    </w:p>
    <w:p w14:paraId="0CB9099C" w14:textId="77777777" w:rsidR="00A904C4" w:rsidRPr="0063699D" w:rsidRDefault="00FC2AAC" w:rsidP="00A565D1">
      <w:pPr>
        <w:pStyle w:val="ListParagraph"/>
        <w:numPr>
          <w:ilvl w:val="0"/>
          <w:numId w:val="1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Гіпертензія</w:t>
      </w:r>
      <w:proofErr w:type="spellEnd"/>
    </w:p>
    <w:p w14:paraId="31B25149" w14:textId="3A009C97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0E51D0D" w14:textId="77777777" w:rsidR="00A904C4" w:rsidRPr="0063699D" w:rsidRDefault="00FC2AAC" w:rsidP="00A565D1">
      <w:pPr>
        <w:pStyle w:val="ListParagraph"/>
        <w:numPr>
          <w:ilvl w:val="0"/>
          <w:numId w:val="1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Аміназін</w:t>
      </w:r>
      <w:proofErr w:type="spellEnd"/>
    </w:p>
    <w:p w14:paraId="10984784" w14:textId="77777777" w:rsidR="00A904C4" w:rsidRPr="0063699D" w:rsidRDefault="00FC2AAC" w:rsidP="00A565D1">
      <w:pPr>
        <w:pStyle w:val="ListParagraph"/>
        <w:numPr>
          <w:ilvl w:val="0"/>
          <w:numId w:val="1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Тріфтазін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CFC4F3C" w14:textId="77777777" w:rsidR="00A904C4" w:rsidRPr="0063699D" w:rsidRDefault="00FC2AAC" w:rsidP="00A565D1">
      <w:pPr>
        <w:pStyle w:val="ListParagraph"/>
        <w:numPr>
          <w:ilvl w:val="0"/>
          <w:numId w:val="1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</w:p>
    <w:p w14:paraId="36787C70" w14:textId="77777777" w:rsidR="00A904C4" w:rsidRPr="0063699D" w:rsidRDefault="00FC2AAC" w:rsidP="00A565D1">
      <w:pPr>
        <w:pStyle w:val="ListParagraph"/>
        <w:numPr>
          <w:ilvl w:val="0"/>
          <w:numId w:val="1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Хлозепід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74AA95B" w14:textId="77777777" w:rsidR="00A904C4" w:rsidRPr="0063699D" w:rsidRDefault="00FC2AAC" w:rsidP="00A565D1">
      <w:pPr>
        <w:pStyle w:val="ListParagraph"/>
        <w:numPr>
          <w:ilvl w:val="0"/>
          <w:numId w:val="1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64FEBA4" w14:textId="2697BFB2" w:rsidR="00A904C4" w:rsidRPr="0063699D" w:rsidRDefault="00FC2AAC" w:rsidP="00A565D1">
      <w:pPr>
        <w:pStyle w:val="ListParagraph"/>
        <w:numPr>
          <w:ilvl w:val="0"/>
          <w:numId w:val="1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30FB56B" w14:textId="77777777" w:rsidR="00A904C4" w:rsidRPr="0063699D" w:rsidRDefault="00FC2AAC" w:rsidP="00A565D1">
      <w:pPr>
        <w:pStyle w:val="ListParagraph"/>
        <w:numPr>
          <w:ilvl w:val="0"/>
          <w:numId w:val="1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Психози</w:t>
      </w:r>
      <w:proofErr w:type="spellEnd"/>
    </w:p>
    <w:p w14:paraId="5CAF7E3F" w14:textId="77777777" w:rsidR="00A904C4" w:rsidRPr="0063699D" w:rsidRDefault="00FC2AAC" w:rsidP="00A565D1">
      <w:pPr>
        <w:pStyle w:val="ListParagraph"/>
        <w:numPr>
          <w:ilvl w:val="0"/>
          <w:numId w:val="1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Нейролептанальгезія</w:t>
      </w:r>
      <w:proofErr w:type="spellEnd"/>
    </w:p>
    <w:p w14:paraId="538B0F73" w14:textId="77777777" w:rsidR="00A904C4" w:rsidRPr="0063699D" w:rsidRDefault="00FC2AAC" w:rsidP="00A565D1">
      <w:pPr>
        <w:pStyle w:val="ListParagraph"/>
        <w:numPr>
          <w:ilvl w:val="0"/>
          <w:numId w:val="1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Психомоторне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</w:p>
    <w:p w14:paraId="18DCA372" w14:textId="77777777" w:rsidR="00A904C4" w:rsidRPr="0063699D" w:rsidRDefault="00FC2AAC" w:rsidP="00A565D1">
      <w:pPr>
        <w:pStyle w:val="ListParagraph"/>
        <w:numPr>
          <w:ilvl w:val="0"/>
          <w:numId w:val="1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</w:p>
    <w:p w14:paraId="6376F8C5" w14:textId="77777777" w:rsidR="00A904C4" w:rsidRPr="0063699D" w:rsidRDefault="00FC2AAC" w:rsidP="00A565D1">
      <w:pPr>
        <w:pStyle w:val="ListParagraph"/>
        <w:numPr>
          <w:ilvl w:val="0"/>
          <w:numId w:val="1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перелічене</w:t>
      </w:r>
      <w:proofErr w:type="spellEnd"/>
    </w:p>
    <w:p w14:paraId="66328BC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C297F4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F0497CB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E4007CA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№17. ЛІКАРСЬКІ ТА ХІМІЧНІ РЕЧОВИНИ, ЯКІ ВИКЛИКАЮТЬ ЗЛОВЖИВАННЯ, НАРКО- І ТОКСИКОМАНІЇ. МЕДИКО-СОЦІАЛЬНІ АСПЕКТИ ТА ДОПОМОГА ПРИ ГОСТРИХ ТА ХРОНІЧНИХ ОТРУЄННЯХ.</w:t>
      </w:r>
    </w:p>
    <w:p w14:paraId="497776F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71BF6D7" w14:textId="77777777" w:rsidR="00A904C4" w:rsidRPr="0063699D" w:rsidRDefault="00FC2AAC" w:rsidP="002C53B3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теми.</w:t>
      </w:r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пристрасть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серйозної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здоров'ю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суспільства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є причиною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багатьох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смертей.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молодого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D95B6A" w14:textId="77777777" w:rsidR="00A904C4" w:rsidRPr="0063699D" w:rsidRDefault="00FC2AAC" w:rsidP="002C53B3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заняття.</w:t>
      </w:r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співвідношення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користь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ризик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94CC05" w14:textId="77777777" w:rsidR="00A904C4" w:rsidRPr="0063699D" w:rsidRDefault="00FC2AAC" w:rsidP="002C53B3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4663C5D7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Епідеміологія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феномен.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поведінкова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Роль фактора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культури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CA9A3D7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опіатної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2FF6E09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Барбітурати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барбітуратами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заходи.</w:t>
      </w:r>
    </w:p>
    <w:p w14:paraId="6C2D1DB8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амфетамін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9D9FC81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Галюциногени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мескалін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ЛСД,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фенциклидин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AB8A0A0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Марихуана.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7F70A11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інгаляторно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(закис азоту,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хлоролформ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промислові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B4A1640" w14:textId="77777777" w:rsidR="00A904C4" w:rsidRPr="0063699D" w:rsidRDefault="00FC2AAC" w:rsidP="00A565D1">
      <w:pPr>
        <w:pStyle w:val="ListParagraph"/>
        <w:numPr>
          <w:ilvl w:val="0"/>
          <w:numId w:val="1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соціальні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447AA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221431D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21187419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таким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поведінкова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22A9E47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06D04C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психостимуляторів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871F0E4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галюциногенів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332948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неоперабельної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злоякісної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бланки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такому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3C36973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антидот.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B146C2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фенілпіперидина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DF43C31" w14:textId="77777777" w:rsidR="00A904C4" w:rsidRPr="0063699D" w:rsidRDefault="00FC2AAC" w:rsidP="00A565D1">
      <w:pPr>
        <w:pStyle w:val="ListParagraph"/>
        <w:numPr>
          <w:ilvl w:val="0"/>
          <w:numId w:val="1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Людина,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неспокою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озноб,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зафіксував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гіпервентиляцію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гіпертермію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стверджує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12 год назад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стало причиною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вищевказаного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</w:t>
      </w:r>
    </w:p>
    <w:p w14:paraId="4DB61B1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E39FB6C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Підготуйте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коротку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доповідь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на одну з тем:</w:t>
      </w:r>
    </w:p>
    <w:p w14:paraId="716F55AB" w14:textId="77777777" w:rsidR="00A904C4" w:rsidRPr="0063699D" w:rsidRDefault="00FC2AAC" w:rsidP="00A565D1">
      <w:pPr>
        <w:pStyle w:val="ListParagraph"/>
        <w:numPr>
          <w:ilvl w:val="0"/>
          <w:numId w:val="1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Тютюнопаління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як глобальна проблема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людства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366F7D" w14:textId="77777777" w:rsidR="00A904C4" w:rsidRPr="0063699D" w:rsidRDefault="00FC2AAC" w:rsidP="00A565D1">
      <w:pPr>
        <w:pStyle w:val="ListParagraph"/>
        <w:numPr>
          <w:ilvl w:val="0"/>
          <w:numId w:val="1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сп’яніння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І як з ним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боротися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5FFDAD" w14:textId="77777777" w:rsidR="00A904C4" w:rsidRPr="0063699D" w:rsidRDefault="00FC2AAC" w:rsidP="00A565D1">
      <w:pPr>
        <w:pStyle w:val="ListParagraph"/>
        <w:numPr>
          <w:ilvl w:val="0"/>
          <w:numId w:val="1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93CBF0" w14:textId="77777777" w:rsidR="00A904C4" w:rsidRPr="0063699D" w:rsidRDefault="00FC2AAC" w:rsidP="00A565D1">
      <w:pPr>
        <w:pStyle w:val="ListParagraph"/>
        <w:numPr>
          <w:ilvl w:val="0"/>
          <w:numId w:val="1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0373DA" w14:textId="77777777" w:rsidR="00A904C4" w:rsidRPr="0063699D" w:rsidRDefault="00FC2AAC" w:rsidP="00A565D1">
      <w:pPr>
        <w:pStyle w:val="ListParagraph"/>
        <w:numPr>
          <w:ilvl w:val="0"/>
          <w:numId w:val="1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805ED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295CB1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79C3D9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DC3D100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4162AE18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649380A3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5E874058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25EF1EC6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7C33E243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4E731B97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7472F7F4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6C814DFE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29E93066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7F7929B3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01F504CE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5BF290F7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1D7CD5EA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4F9083CD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5A56163F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29F2B823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06BE2B25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6CD6C93F" w14:textId="77777777" w:rsidR="002C53B3" w:rsidRPr="0063699D" w:rsidRDefault="002C53B3" w:rsidP="002C53B3">
      <w:pPr>
        <w:spacing w:after="0" w:line="360" w:lineRule="auto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645F87C6" w14:textId="4889E303" w:rsidR="002C53B3" w:rsidRPr="0063699D" w:rsidRDefault="002C53B3" w:rsidP="002C53B3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ЛІКАРСЬКІ ЗАСОБИ, ЩО ВПЛИВАЮТЬ</w:t>
      </w:r>
    </w:p>
    <w:p w14:paraId="3FE8A992" w14:textId="77777777" w:rsidR="002C53B3" w:rsidRPr="0063699D" w:rsidRDefault="002C53B3" w:rsidP="002C53B3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НА СЕРЦЕВО-СУДИННУ СИСТЕМУ</w:t>
      </w:r>
    </w:p>
    <w:p w14:paraId="02F81D1A" w14:textId="1F297535" w:rsidR="00A904C4" w:rsidRPr="0063699D" w:rsidRDefault="002C53B3" w:rsidP="002C53B3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№18. ЗАГАЛЬНІ ПРИНЦИПИ ЛІКУВАННЯСЕРЦЕВОЇ НЕДОСТАТНОСТІ. ОТРУЄННЯ СЕРЦЕВИМИ ГЛІКОЗИДАМИ ТА ПРИНЦИПИ ЛІКУВАННЯ.</w:t>
      </w:r>
    </w:p>
    <w:p w14:paraId="038120F3" w14:textId="77777777" w:rsidR="00A904C4" w:rsidRPr="0063699D" w:rsidRDefault="00FC2AAC" w:rsidP="002C53B3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ІХС,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пороки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міокардіопатії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потреби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напруження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роботу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енергетичні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витрати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Такими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вазоділятатори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BD9CE18" w14:textId="77777777" w:rsidR="00A904C4" w:rsidRPr="0063699D" w:rsidRDefault="00FC2AAC" w:rsidP="002C53B3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DC4219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8494E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F6433C8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22346E9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неглікозидної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E644EE1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одержання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стандартизація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структура.</w:t>
      </w:r>
    </w:p>
    <w:p w14:paraId="6932FFB4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Уайтеринг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Е. 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Пелікан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С. П.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Боткін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Н. А. Бубнов, І. П.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Богоявленський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І. П. Павлов, Н. Я.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Чистович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648880DE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тканинах,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3C4B4BD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силу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ритм,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автоматизм,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C56ACAD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унітіол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етилендіамінтетраоцтової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742B1F8B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5660844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Дегіталізація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657DA6B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неглікозідної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362F9D0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1-адренорецептори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57166A37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амринон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милринон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11F5AF07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9485A5D" w14:textId="77777777" w:rsidR="00A904C4" w:rsidRPr="0063699D" w:rsidRDefault="00FC2AAC" w:rsidP="00A565D1">
      <w:pPr>
        <w:pStyle w:val="ListParagraph"/>
        <w:numPr>
          <w:ilvl w:val="0"/>
          <w:numId w:val="1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амлодипін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вазодилататори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7BF6BD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597F6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1C87692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2798AF1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анамнезі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гепатит,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звичайну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препарату,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спрямовані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провести? </w:t>
      </w:r>
    </w:p>
    <w:p w14:paraId="4BD41977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настою 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Ι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ступеня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входить до складу препарату?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фармакинетики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инотропної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2E1C2DF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часом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епігастрії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альмагель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 рази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альмагелю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послаблюється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помітив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9FDBA48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протиарітмічний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баланс.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5E02AC2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донатор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сульфгідрильних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D51CB6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спричиненої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1BB297D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433832A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73BCB89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гіперкаліємію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кашель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смаку.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FC021E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E9E6FB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дігітоксину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целаніду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корглікону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відсоток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ШКТ, початок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(%),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ліпідах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(%),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4EF9DD" w14:textId="77777777" w:rsidR="00A904C4" w:rsidRPr="0063699D" w:rsidRDefault="00FC2AAC" w:rsidP="00A565D1">
      <w:pPr>
        <w:pStyle w:val="ListParagraph"/>
        <w:numPr>
          <w:ilvl w:val="0"/>
          <w:numId w:val="1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неглікозидного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такими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форма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DD43C1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2134AE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192C61F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середньотерапевтична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два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спричинило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6B744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</w:p>
    <w:p w14:paraId="4FD85B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</w:p>
    <w:p w14:paraId="3A457D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</w:p>
    <w:p w14:paraId="16F982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</w:p>
    <w:p w14:paraId="7D1C3A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</w:p>
    <w:p w14:paraId="3EEA2D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задишку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першу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8DC97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</w:p>
    <w:p w14:paraId="01B721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996C4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Папаверін</w:t>
      </w:r>
      <w:proofErr w:type="spellEnd"/>
    </w:p>
    <w:p w14:paraId="57EA1A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</w:p>
    <w:p w14:paraId="4B07A3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Раунатин</w:t>
      </w:r>
      <w:proofErr w:type="spellEnd"/>
    </w:p>
    <w:p w14:paraId="7F2885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65-річна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необґрунтованих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часу. Вона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госпіталізована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першочергові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09667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</w:p>
    <w:p w14:paraId="350D77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дигітоксина</w:t>
      </w:r>
      <w:proofErr w:type="spellEnd"/>
    </w:p>
    <w:p w14:paraId="60BB1A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Ввести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</w:p>
    <w:p w14:paraId="04F528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C2440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Ввести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глюконат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</w:p>
    <w:p w14:paraId="25C9F3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рекомендовано пройти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курс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препарат?</w:t>
      </w:r>
    </w:p>
    <w:p w14:paraId="4F9D4E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Кордарон</w:t>
      </w:r>
      <w:proofErr w:type="spellEnd"/>
    </w:p>
    <w:p w14:paraId="60EA05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</w:p>
    <w:p w14:paraId="0CCF03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Корглікон</w:t>
      </w:r>
      <w:proofErr w:type="spellEnd"/>
    </w:p>
    <w:p w14:paraId="7CD692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Кордіамін</w:t>
      </w:r>
      <w:proofErr w:type="spellEnd"/>
    </w:p>
    <w:p w14:paraId="4EAC3AA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0540B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50-літнього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тахіаритмією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кардиотонічний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33852B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</w:p>
    <w:p w14:paraId="52C995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Допамін</w:t>
      </w:r>
      <w:proofErr w:type="spellEnd"/>
    </w:p>
    <w:p w14:paraId="1A7C7F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</w:t>
      </w:r>
      <w:proofErr w:type="spellEnd"/>
    </w:p>
    <w:p w14:paraId="352F3E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Аміодарон</w:t>
      </w:r>
      <w:proofErr w:type="spellEnd"/>
    </w:p>
    <w:p w14:paraId="7072DAF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Мілдронат</w:t>
      </w:r>
      <w:proofErr w:type="spellEnd"/>
    </w:p>
    <w:p w14:paraId="0146E9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лівошлункову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87607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Бемегрід</w:t>
      </w:r>
      <w:proofErr w:type="spellEnd"/>
    </w:p>
    <w:p w14:paraId="0311C5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E2018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Этімізол</w:t>
      </w:r>
      <w:proofErr w:type="spellEnd"/>
    </w:p>
    <w:p w14:paraId="086168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Вінпоцетін</w:t>
      </w:r>
      <w:proofErr w:type="spellEnd"/>
    </w:p>
    <w:p w14:paraId="1BF7D3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Пірацетам</w:t>
      </w:r>
      <w:proofErr w:type="spellEnd"/>
    </w:p>
    <w:p w14:paraId="0D81C4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блідість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акроціаноз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поверхневе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показано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6501B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Корглікон</w:t>
      </w:r>
      <w:proofErr w:type="spellEnd"/>
    </w:p>
    <w:p w14:paraId="0A3A56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</w:p>
    <w:p w14:paraId="7B0CEE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Кордіамін</w:t>
      </w:r>
      <w:proofErr w:type="spellEnd"/>
    </w:p>
    <w:p w14:paraId="3A352F1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Нітрогліцерин</w:t>
      </w:r>
      <w:proofErr w:type="spellEnd"/>
    </w:p>
    <w:p w14:paraId="255B66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3E7580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гомозиготних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мишей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дефектом гену,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структуру бета1-адренорецептора,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досліджували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інотропну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свою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умов?  </w:t>
      </w:r>
    </w:p>
    <w:p w14:paraId="3CC3F0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3E006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462137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1911CE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70EF35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399D1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67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порадив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з:  </w:t>
      </w:r>
    </w:p>
    <w:p w14:paraId="0F12A2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Коргліконом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E0B5B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Еуфіліном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FA87F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E4196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52DCA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Нітрогліцерином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8B3D6A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бригади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263EBE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</w:t>
      </w:r>
      <w:proofErr w:type="spellEnd"/>
    </w:p>
    <w:p w14:paraId="502D7B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Настойка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горицвіту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весняного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BD88B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D6FA5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таблетках  </w:t>
      </w:r>
    </w:p>
    <w:p w14:paraId="7F31C4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34CCA2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63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полягає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23F512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цАМФ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BD22B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внутрішньоклітинного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Na</w:t>
      </w:r>
      <w:r w:rsidRPr="0063699D">
        <w:rPr>
          <w:rFonts w:asciiTheme="majorBidi" w:hAnsiTheme="majorBidi" w:cstheme="majorBidi"/>
          <w:sz w:val="22"/>
          <w:lang w:val="ru-RU"/>
        </w:rPr>
        <w:t>+</w:t>
      </w:r>
    </w:p>
    <w:p w14:paraId="18D0712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внутрішньоклітинного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Ca</w:t>
      </w:r>
      <w:r w:rsidRPr="0063699D">
        <w:rPr>
          <w:rFonts w:asciiTheme="majorBidi" w:hAnsiTheme="majorBidi" w:cstheme="majorBidi"/>
          <w:sz w:val="22"/>
          <w:lang w:val="ru-RU"/>
        </w:rPr>
        <w:t>++</w:t>
      </w:r>
    </w:p>
    <w:p w14:paraId="0F9120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Na</w:t>
      </w:r>
      <w:r w:rsidRPr="0063699D">
        <w:rPr>
          <w:rFonts w:asciiTheme="majorBidi" w:hAnsiTheme="majorBidi" w:cstheme="majorBidi"/>
          <w:sz w:val="22"/>
          <w:lang w:val="ru-RU"/>
        </w:rPr>
        <w:t>+/</w:t>
      </w:r>
      <w:r w:rsidRPr="0063699D">
        <w:rPr>
          <w:rFonts w:asciiTheme="majorBidi" w:hAnsiTheme="majorBidi" w:cstheme="majorBidi"/>
          <w:sz w:val="22"/>
        </w:rPr>
        <w:t>K</w:t>
      </w:r>
      <w:r w:rsidRPr="0063699D">
        <w:rPr>
          <w:rFonts w:asciiTheme="majorBidi" w:hAnsiTheme="majorBidi" w:cstheme="majorBidi"/>
          <w:sz w:val="22"/>
          <w:lang w:val="ru-RU"/>
        </w:rPr>
        <w:t xml:space="preserve">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D8E73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циклооксигенази</w:t>
      </w:r>
      <w:proofErr w:type="spellEnd"/>
    </w:p>
    <w:p w14:paraId="6CEF812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унітіол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B39A8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іонізованого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Са2+</w:t>
      </w:r>
    </w:p>
    <w:p w14:paraId="2E145E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сульфгідрильними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групами</w:t>
      </w:r>
      <w:proofErr w:type="spellEnd"/>
    </w:p>
    <w:p w14:paraId="5E7A52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К+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міокардіоцити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5CE32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Na</w:t>
      </w:r>
      <w:r w:rsidRPr="0063699D">
        <w:rPr>
          <w:rFonts w:asciiTheme="majorBidi" w:hAnsiTheme="majorBidi" w:cstheme="majorBidi"/>
          <w:sz w:val="22"/>
          <w:lang w:val="ru-RU"/>
        </w:rPr>
        <w:t xml:space="preserve">+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2626EB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АТФ-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</w:t>
      </w:r>
      <w:proofErr w:type="spellEnd"/>
    </w:p>
    <w:p w14:paraId="353E4E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кардіосклерозу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фармакодинамінчих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3254882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FF88CC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D3E4A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9B423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дромотропний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EB304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батмотропний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4AE056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31285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вазомоторний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  </w:t>
      </w:r>
    </w:p>
    <w:p w14:paraId="68A8CD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EEC49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9CF82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підкоркові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центри</w:t>
      </w:r>
      <w:proofErr w:type="spellEnd"/>
    </w:p>
    <w:p w14:paraId="68C539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1484C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Амринону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мілринону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 </w:t>
      </w:r>
    </w:p>
    <w:p w14:paraId="7DB1D6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A845D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1-рецепторів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</w:p>
    <w:p w14:paraId="3302A3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</w:p>
    <w:p w14:paraId="073CD1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</w:p>
    <w:p w14:paraId="43465E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1-рецепторів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</w:p>
    <w:p w14:paraId="7D9218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сечогінний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8CC27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Тріамтерен</w:t>
      </w:r>
      <w:proofErr w:type="spellEnd"/>
    </w:p>
    <w:p w14:paraId="7B24DF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Клопамід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0AC9A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Фурасемід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BD12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Діхлотіазид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8093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Манніт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79D627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BD6C71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99FC99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2058DB5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19.  АНТИАРИТМІЧНІ ЗАСОБИ. СУЧАСНІ        ПІДХОДИ ДО ФАРМАКОТЕРАПІЇ АРИТМІЙ.</w:t>
      </w:r>
    </w:p>
    <w:p w14:paraId="3A1A2927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18A99330" w14:textId="77777777" w:rsidR="00A904C4" w:rsidRPr="0063699D" w:rsidRDefault="00FC2AAC" w:rsidP="002C53B3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запобігають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Причинами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екстракардіальні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перших належать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кардіоміопатії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міокардіодистрофії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ІХС, до других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нейрорефлекторні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балансу,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належать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так і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практичного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будь-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805FFF" w14:textId="77777777" w:rsidR="00A904C4" w:rsidRPr="0063699D" w:rsidRDefault="00FC2AAC" w:rsidP="002C53B3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EF7F0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5E8C4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3DBF7D83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ритму. </w:t>
      </w:r>
    </w:p>
    <w:p w14:paraId="763EE5A0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підходи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65FC1F90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етіотропні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ендокринних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антитиреоїдні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(НПЗЗ,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голодування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коронарозширювальні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1453BBA5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патогенетичні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фазах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циклу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автоматизму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мембраностабілізуючі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Са2+- і К+-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тахіаритміях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брадіаритміях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B5264BB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52EF5830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брадіаритміях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1705D3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тахіаритміях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5474811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мембраностабілізуючі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 :</w:t>
      </w:r>
    </w:p>
    <w:p w14:paraId="7AA49AE6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А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подовжують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ЕРП;</w:t>
      </w:r>
    </w:p>
    <w:p w14:paraId="17D76AE2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В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вкорочують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ЕРП;</w:t>
      </w:r>
    </w:p>
    <w:p w14:paraId="3E2C275C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С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чинять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ЕРП.</w:t>
      </w:r>
    </w:p>
    <w:p w14:paraId="3EEEC44C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8ED6336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603F305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кардіоселективні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8EEFF2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подовжуючі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ЕРП): </w:t>
      </w:r>
    </w:p>
    <w:p w14:paraId="5697C465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IV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17563A59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2093222" w14:textId="77777777" w:rsidR="00A904C4" w:rsidRPr="0063699D" w:rsidRDefault="00FC2AAC" w:rsidP="002C53B3">
      <w:pPr>
        <w:pStyle w:val="ListParagraph"/>
        <w:spacing w:after="0" w:line="360" w:lineRule="auto"/>
        <w:ind w:left="142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змішані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D53F56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новокаінаміду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EB78D2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діфеніну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86DB11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пропафенону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8EFFA7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CF299C4" w14:textId="4A6CEFFA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аміодарону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соталолу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019D7D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ділтіазему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03A179" w14:textId="163F8BCF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D56695C" w14:textId="7BCE511A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раувольфії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аконіту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дерева,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14D66C" w14:textId="3A3F12EE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572CB91" w14:textId="6251C4EB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F86DD1" w14:textId="77777777" w:rsidR="00A904C4" w:rsidRPr="0063699D" w:rsidRDefault="00FC2AAC" w:rsidP="00A565D1">
      <w:pPr>
        <w:pStyle w:val="ListParagraph"/>
        <w:numPr>
          <w:ilvl w:val="0"/>
          <w:numId w:val="1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899B33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B7DC3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52B3F459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B1E40E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декомпенсованою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вадою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ритму,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боячись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F86D23E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наступило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Пояснить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антиаритмічної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23C503D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ЕКГ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 і Б,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PQ</w:t>
      </w:r>
      <w:r w:rsidRPr="0063699D">
        <w:rPr>
          <w:rFonts w:asciiTheme="majorBidi" w:hAnsiTheme="majorBidi" w:cstheme="majorBidi"/>
          <w:sz w:val="22"/>
          <w:lang w:val="ru-RU"/>
        </w:rPr>
        <w:t xml:space="preserve"> і комплексу </w:t>
      </w:r>
      <w:r w:rsidRPr="0063699D">
        <w:rPr>
          <w:rFonts w:asciiTheme="majorBidi" w:hAnsiTheme="majorBidi" w:cstheme="majorBidi"/>
          <w:sz w:val="22"/>
        </w:rPr>
        <w:t>QRS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QT</w:t>
      </w:r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PQ</w:t>
      </w:r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r w:rsidRPr="0063699D">
        <w:rPr>
          <w:rFonts w:asciiTheme="majorBidi" w:hAnsiTheme="majorBidi" w:cstheme="majorBidi"/>
          <w:sz w:val="22"/>
        </w:rPr>
        <w:t>QT</w:t>
      </w:r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комплексу </w:t>
      </w:r>
      <w:r w:rsidRPr="0063699D">
        <w:rPr>
          <w:rFonts w:asciiTheme="majorBidi" w:hAnsiTheme="majorBidi" w:cstheme="majorBidi"/>
          <w:sz w:val="22"/>
        </w:rPr>
        <w:t>QRS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DF2B72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вихідна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частота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передсердь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становила 320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частота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- 80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частота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передсердь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становила 220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хворого?</w:t>
      </w:r>
    </w:p>
    <w:p w14:paraId="129294DA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ритму, рефрактерного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контрольному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відвідуванні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задишку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кашель хворого, а сам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поскаржився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світлобоязнь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райдужних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особливо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ввечері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пігментних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розумової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працездатності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обличчя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гомілок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C6519E8" w14:textId="77777777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суправентрикулярною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перорально. Через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нормалізувався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гомілках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щиколотках,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проходили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сечогінних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пульс - 50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АТ - 100/60 мм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ст.,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ЕКГ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атріовентрикулярна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блокада.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920A13D" w14:textId="2FB2B781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3D662F3" w14:textId="7563B1F9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29ECA30" w14:textId="77777777" w:rsidR="00A904C4" w:rsidRPr="0063699D" w:rsidRDefault="00FC2AAC" w:rsidP="00A565D1">
      <w:pPr>
        <w:pStyle w:val="ListParagraph"/>
        <w:numPr>
          <w:ilvl w:val="0"/>
          <w:numId w:val="1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брадисистолічній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0BF58F8" w14:textId="77777777" w:rsidR="00A904C4" w:rsidRPr="0063699D" w:rsidRDefault="00FC2AAC" w:rsidP="00A565D1">
      <w:pPr>
        <w:pStyle w:val="ListParagraph"/>
        <w:numPr>
          <w:ilvl w:val="0"/>
          <w:numId w:val="1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приступу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пароксизмальної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імпульсів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передсердях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7C51182" w14:textId="77777777" w:rsidR="00A904C4" w:rsidRPr="0063699D" w:rsidRDefault="00FC2AAC" w:rsidP="00A565D1">
      <w:pPr>
        <w:pStyle w:val="ListParagraph"/>
        <w:numPr>
          <w:ilvl w:val="0"/>
          <w:numId w:val="1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інфаркту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E3DAC53" w14:textId="77777777" w:rsidR="00A904C4" w:rsidRPr="0063699D" w:rsidRDefault="00FC2AAC" w:rsidP="00A565D1">
      <w:pPr>
        <w:pStyle w:val="ListParagraph"/>
        <w:numPr>
          <w:ilvl w:val="0"/>
          <w:numId w:val="1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наперстянки;</w:t>
      </w:r>
    </w:p>
    <w:p w14:paraId="7F08CEFB" w14:textId="77777777" w:rsidR="00A904C4" w:rsidRPr="0063699D" w:rsidRDefault="00FC2AAC" w:rsidP="00A565D1">
      <w:pPr>
        <w:pStyle w:val="ListParagraph"/>
        <w:numPr>
          <w:ilvl w:val="0"/>
          <w:numId w:val="1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атріовентрикулярній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блукаючого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нерва.</w:t>
      </w:r>
    </w:p>
    <w:p w14:paraId="0FF9636E" w14:textId="6A459DCB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інфаркту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небезпечна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ліквідувати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тактику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D682A55" w14:textId="2F7CA15B" w:rsidR="00A904C4" w:rsidRPr="0063699D" w:rsidRDefault="00FC2AAC" w:rsidP="00A565D1">
      <w:pPr>
        <w:pStyle w:val="ListParagraph"/>
        <w:numPr>
          <w:ilvl w:val="0"/>
          <w:numId w:val="1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неприємні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приступи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потьмарення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свідомості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і ЕКГ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атріо-вентрикулярної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ІІ ст.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02CE1A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4D8ED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711386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анамнезі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астма,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</w:t>
      </w:r>
    </w:p>
    <w:p w14:paraId="150B53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E80024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Аймалін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E55F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D99F4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63DEE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10153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AE581A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блукаючого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нерва </w:t>
      </w:r>
    </w:p>
    <w:p w14:paraId="01AC6F0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міокардіоцитах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F2BA38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симпатичних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2D38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9EDC6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1E4CD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інфаркту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нормалізувався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введено? </w:t>
      </w:r>
    </w:p>
    <w:p w14:paraId="11A400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</w:p>
    <w:p w14:paraId="5BA6861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Анестезин </w:t>
      </w:r>
    </w:p>
    <w:p w14:paraId="1E7354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497166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E76AE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A1D721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Н., 48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ст.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припинення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приступу? </w:t>
      </w:r>
    </w:p>
    <w:p w14:paraId="66AF11A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Сустак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-форте</w:t>
      </w:r>
    </w:p>
    <w:p w14:paraId="65462F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0A990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41E622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CA861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2A076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зоб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ритму? </w:t>
      </w:r>
    </w:p>
    <w:p w14:paraId="30DDEF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Сальбутамол</w:t>
      </w:r>
      <w:proofErr w:type="spellEnd"/>
    </w:p>
    <w:p w14:paraId="4D4530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261FA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3E38B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B75D7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2CE19D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брадикардію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7C33F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</w:t>
      </w:r>
    </w:p>
    <w:p w14:paraId="0855C02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CB9F62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Етмозин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52624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34A31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05CAB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бронхообструктивний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затруднення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кашель.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E2537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Аймалін</w:t>
      </w:r>
      <w:proofErr w:type="spellEnd"/>
    </w:p>
    <w:p w14:paraId="44C516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0953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8C9AE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C32C9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616C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свинки створена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експериментальна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модель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демонстрац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ї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7B943E9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 </w:t>
      </w:r>
    </w:p>
    <w:p w14:paraId="0131CA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E305C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Справляє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мембраностаб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л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зуючу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047E9A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1DBF1B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-1-адренорецептори </w:t>
      </w:r>
    </w:p>
    <w:p w14:paraId="1DD463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інфарктом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77ECA4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Аймал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н</w:t>
      </w:r>
    </w:p>
    <w:p w14:paraId="4C648B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>. Х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н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дин </w:t>
      </w:r>
    </w:p>
    <w:p w14:paraId="484F40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6DCB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д </w:t>
      </w:r>
    </w:p>
    <w:p w14:paraId="462113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Л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докаїн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DF5CA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миготливої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набряк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сечогінний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ввести в першу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 </w:t>
      </w:r>
    </w:p>
    <w:p w14:paraId="595CCE4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62F36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Тріамтерен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1FAB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Верошпірон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0EAF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F815E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Еуфілін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0262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гомозиготних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мишей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дефектом гену,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структуру бета1-адренорецепторів,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досліджували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інотропну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свою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умов?  </w:t>
      </w:r>
    </w:p>
    <w:p w14:paraId="538F8E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55B1C5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Мезатон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35C33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325A27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5D789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8C78E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приступ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мерехтливої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1 мл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дігоксину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10 мл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10 мл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язик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валідол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7AAEBF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</w:p>
    <w:p w14:paraId="1CFAAF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82103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59CF2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1091B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Валідол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57ED29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інфаркту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нормалізувався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введено?  </w:t>
      </w:r>
    </w:p>
    <w:p w14:paraId="6D61B48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</w:p>
    <w:p w14:paraId="5856CE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Анестезин  </w:t>
      </w:r>
    </w:p>
    <w:p w14:paraId="15340E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</w:p>
    <w:p w14:paraId="0919370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Панангін</w:t>
      </w:r>
      <w:proofErr w:type="spellEnd"/>
    </w:p>
    <w:p w14:paraId="27609E1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</w:p>
    <w:p w14:paraId="409DF2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надшлуночкової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696B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 </w:t>
      </w:r>
    </w:p>
    <w:p w14:paraId="153ADC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</w:t>
      </w:r>
    </w:p>
    <w:p w14:paraId="0E2744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</w:t>
      </w:r>
    </w:p>
    <w:p w14:paraId="1375E2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 </w:t>
      </w:r>
    </w:p>
    <w:p w14:paraId="2C88A0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07353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передсердно-шлуночковий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блок.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атріовентрикулярної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3571C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Аміодарон</w:t>
      </w:r>
      <w:proofErr w:type="spellEnd"/>
    </w:p>
    <w:p w14:paraId="2FF14E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</w:t>
      </w:r>
      <w:proofErr w:type="spellEnd"/>
    </w:p>
    <w:p w14:paraId="57618A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</w:p>
    <w:p w14:paraId="540BCD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</w:p>
    <w:p w14:paraId="63DBA3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C1B55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зокрема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3FBCB1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2-адренорецептори</w:t>
      </w:r>
    </w:p>
    <w:p w14:paraId="44E409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 1-адренорецептори </w:t>
      </w:r>
    </w:p>
    <w:p w14:paraId="7B5A688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</w:p>
    <w:p w14:paraId="5669D5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канали</w:t>
      </w:r>
    </w:p>
    <w:p w14:paraId="3524AF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</w:p>
    <w:p w14:paraId="5B647D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електрокардіограмі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подовження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r w:rsidRPr="0063699D">
        <w:rPr>
          <w:rFonts w:asciiTheme="majorBidi" w:hAnsiTheme="majorBidi" w:cstheme="majorBidi"/>
          <w:sz w:val="22"/>
        </w:rPr>
        <w:t>Q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393CC5E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</w:p>
    <w:p w14:paraId="6B7FE6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Празозин</w:t>
      </w:r>
    </w:p>
    <w:p w14:paraId="24B1618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</w:p>
    <w:p w14:paraId="43F7FD2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1BB835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Платифілін</w:t>
      </w:r>
      <w:proofErr w:type="spellEnd"/>
    </w:p>
    <w:p w14:paraId="04DB436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протиепілептичний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притаманно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AB4948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реполяризацію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рефрактерний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CB343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 1-адренорецептори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43A2F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міокарда</w:t>
      </w:r>
      <w:proofErr w:type="spellEnd"/>
    </w:p>
    <w:p w14:paraId="773788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878C9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наведене</w:t>
      </w:r>
      <w:proofErr w:type="spellEnd"/>
    </w:p>
    <w:p w14:paraId="3CCCD9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пароксизмальна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19BAB0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Аміодарон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2A14ECA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Дипіридамол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FC819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Ериніт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A95008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Карбокромен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1426C1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6C39DD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атріовентрикулярну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систему?  </w:t>
      </w:r>
    </w:p>
    <w:p w14:paraId="02E945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A0AEBA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FFF16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Дилтіазем</w:t>
      </w:r>
      <w:proofErr w:type="spellEnd"/>
    </w:p>
    <w:p w14:paraId="1815AD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Амлодипін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2A96D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ретард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E7471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B9E23F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CD70EA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159040B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20. АНТИГІПЕРТЕНЗИВНІ ЗАСОБИ. КОМБІНОВАНЕ ЗАСТОСУВАННЯ.ПРИНЦИПИ ЛІКУВАННЯ АРТЕРІАЛЬНОЇ ГІПЕРТЕНЗІЇ.</w:t>
      </w:r>
    </w:p>
    <w:p w14:paraId="1EFCCD79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63636CA1" w14:textId="77777777" w:rsidR="00A904C4" w:rsidRPr="0063699D" w:rsidRDefault="00FC2AAC" w:rsidP="002C53B3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теми.</w:t>
      </w:r>
      <w:r w:rsidRPr="0063699D">
        <w:rPr>
          <w:rFonts w:asciiTheme="majorBidi" w:hAnsiTheme="majorBidi" w:cstheme="majorBidi"/>
          <w:sz w:val="22"/>
          <w:lang w:val="ru-RU"/>
        </w:rPr>
        <w:t>Артеріальною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вважають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систолічного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140 мм рт. ст.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діастоличного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90 мм. рт. ст.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стабільне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вимірюваннях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старшій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сягає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45-50%.</w:t>
      </w:r>
    </w:p>
    <w:p w14:paraId="784B35E0" w14:textId="77777777" w:rsidR="00A904C4" w:rsidRPr="0063699D" w:rsidRDefault="00FC2AAC" w:rsidP="002C53B3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станах.</w:t>
      </w:r>
    </w:p>
    <w:p w14:paraId="785EC6F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703BD7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5890A1A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Нейроендокринні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55548EF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анксіолітиків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снодійних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DBC938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синаптичну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передачу:</w:t>
      </w:r>
    </w:p>
    <w:p w14:paraId="51C365B9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225820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основного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ЦНС,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9BAF5F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карведілол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, роботу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потребу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атріовентрикулярну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A3B0FD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Піроксан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5C9E62D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Празозин,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доксазозин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D902762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Бензогексоній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E43CF0A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вазодилятаторів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6A96F7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Апрессін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гідралазин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дибазол: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ЧСС і потребу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2E3D87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Папаверин,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дротаверин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6FB1592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амлодипін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дилтиазем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агрегацію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775E59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>водно-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сільовий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на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гуморальни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АТ</w:t>
      </w:r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36B7424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еналаприл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синтез альдостерону,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брадикініну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5373ED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Лозартан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89325B1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199B92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171E038" w14:textId="77777777" w:rsidR="00A904C4" w:rsidRPr="0063699D" w:rsidRDefault="00FC2AAC" w:rsidP="00A565D1">
      <w:pPr>
        <w:pStyle w:val="ListParagraph"/>
        <w:numPr>
          <w:ilvl w:val="0"/>
          <w:numId w:val="1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B3965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C9A705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BD40442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FB4253A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Хлопчик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знайшов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скляний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флакон з таблетками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проковтнув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 таблеток,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півгодини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закладеність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носа,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загальмованість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втратила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свідомість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бліда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звужені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сухожильні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- 10 в/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., пульс - 60 в/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наповнення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АТ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лежачи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- 60/20 мм рт. ст., на ЕКГ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атриовентрикулярна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блокада.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могло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запропонуйте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D050653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обличчя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тиждень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гомілок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щиколоток.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4D07957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гепатитом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проявив хороший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Хворого перевели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неефективним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терапевтичної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CCBDA9E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задишка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кашель. АТ - 90/60 мм рт. ст.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Запропонуйте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8EBB57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Швидкодіючий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салуретичний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сильно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хлору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висхідній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петлі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Генле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проксимальних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дистальних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звивистих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канальцях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ацидозу й алкалозу.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невідкладних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форсованого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B5A735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синтетичного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моторику кишечника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хромафінної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наднирників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каротидних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клубочків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холинорецептори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холинорецептори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контрольованої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спазмах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ендартеріїт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акомодації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міхура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4DC9BB6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br/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амлодипін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еналаприл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ла</w:t>
      </w:r>
      <w:r w:rsidRPr="0063699D">
        <w:rPr>
          <w:rFonts w:asciiTheme="majorBidi" w:hAnsiTheme="majorBidi" w:cstheme="majorBidi"/>
          <w:sz w:val="22"/>
        </w:rPr>
        <w:t>β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доксазозин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лозартан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норваск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козаар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енап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кардура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рауседил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корвітол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омнік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престаріум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апровель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індап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4E4779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C18A2D5" w14:textId="77777777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82B8FDC" w14:textId="77777777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 xml:space="preserve">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A3AB387" w14:textId="77777777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9061C42" w14:textId="77777777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A76DE21" w14:textId="48530A56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D345CC5" w14:textId="77777777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АПФ;</w:t>
      </w:r>
    </w:p>
    <w:p w14:paraId="3CD7E807" w14:textId="52DF7B8F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ІІ</w:t>
      </w:r>
    </w:p>
    <w:p w14:paraId="41ED350D" w14:textId="77777777" w:rsidR="00A904C4" w:rsidRPr="0063699D" w:rsidRDefault="00FC2AAC" w:rsidP="00A565D1">
      <w:pPr>
        <w:pStyle w:val="ListParagraph"/>
        <w:numPr>
          <w:ilvl w:val="0"/>
          <w:numId w:val="1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4190BC3" w14:textId="27619E82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коротко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E52217" w14:textId="77777777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кожного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59958F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центру; </w:t>
      </w:r>
    </w:p>
    <w:p w14:paraId="5BCB7A8B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кризу; </w:t>
      </w:r>
    </w:p>
    <w:p w14:paraId="28292068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4CCCFD90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чином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негативного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інотропного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F285799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нейротропної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79B58410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439840D7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1-адреноблокатор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2FC48A7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37C129F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судинорозширювальний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29E34371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E9F0C30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ренін-ангиотензинової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6A34184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401521A5" w14:textId="77777777" w:rsidR="00A904C4" w:rsidRPr="0063699D" w:rsidRDefault="00FC2AAC" w:rsidP="00A565D1">
      <w:pPr>
        <w:pStyle w:val="ListParagraph"/>
        <w:numPr>
          <w:ilvl w:val="0"/>
          <w:numId w:val="1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5B895BB" w14:textId="7B5F55D1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</w:t>
      </w:r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терапевт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хворобою. У одного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-псих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Другий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пієлонефритом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третього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Зробіть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54D1CC" w14:textId="2BA072C5" w:rsidR="00A904C4" w:rsidRPr="0063699D" w:rsidRDefault="00FC2AAC" w:rsidP="00A565D1">
      <w:pPr>
        <w:pStyle w:val="ListParagraph"/>
        <w:numPr>
          <w:ilvl w:val="0"/>
          <w:numId w:val="1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"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"</w:t>
      </w:r>
    </w:p>
    <w:p w14:paraId="72012EB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268FCE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00BA80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алкоголю у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0DDFDD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4A09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36506A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5BCBB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547A11C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09D9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кризу?  </w:t>
      </w:r>
    </w:p>
    <w:p w14:paraId="16F3E4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Платифілін</w:t>
      </w:r>
      <w:proofErr w:type="spellEnd"/>
    </w:p>
    <w:p w14:paraId="2581D61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Но-шпа  </w:t>
      </w:r>
    </w:p>
    <w:p w14:paraId="00FF0F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Резерпин  </w:t>
      </w:r>
    </w:p>
    <w:p w14:paraId="540BA8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E4314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E64B9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парентерально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протисудомну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жовчогінне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вводили?</w:t>
      </w:r>
    </w:p>
    <w:p w14:paraId="091BCD0A" w14:textId="77777777" w:rsidR="00A904C4" w:rsidRPr="0063699D" w:rsidRDefault="00FC2AAC" w:rsidP="00A565D1">
      <w:pPr>
        <w:pStyle w:val="ListParagraph"/>
        <w:numPr>
          <w:ilvl w:val="0"/>
          <w:numId w:val="1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0A95BDA5" w14:textId="4CAC7C1E" w:rsidR="00A904C4" w:rsidRPr="0063699D" w:rsidRDefault="00FC2AAC" w:rsidP="00A565D1">
      <w:pPr>
        <w:pStyle w:val="ListParagraph"/>
        <w:numPr>
          <w:ilvl w:val="0"/>
          <w:numId w:val="1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Дібазол</w:t>
      </w:r>
      <w:proofErr w:type="spellEnd"/>
    </w:p>
    <w:p w14:paraId="2D992195" w14:textId="3BCF608D" w:rsidR="00A904C4" w:rsidRPr="0063699D" w:rsidRDefault="00FC2AAC" w:rsidP="00A565D1">
      <w:pPr>
        <w:pStyle w:val="ListParagraph"/>
        <w:numPr>
          <w:ilvl w:val="0"/>
          <w:numId w:val="1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</w:p>
    <w:p w14:paraId="66AA2545" w14:textId="37FC949B" w:rsidR="00A904C4" w:rsidRPr="0063699D" w:rsidRDefault="00FC2AAC" w:rsidP="00A565D1">
      <w:pPr>
        <w:pStyle w:val="ListParagraph"/>
        <w:numPr>
          <w:ilvl w:val="0"/>
          <w:numId w:val="1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Но-шпа</w:t>
      </w:r>
    </w:p>
    <w:p w14:paraId="2864C799" w14:textId="7549C72A" w:rsidR="00A904C4" w:rsidRPr="0063699D" w:rsidRDefault="00FC2AAC" w:rsidP="00A565D1">
      <w:pPr>
        <w:pStyle w:val="ListParagraph"/>
        <w:numPr>
          <w:ilvl w:val="0"/>
          <w:numId w:val="1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Апресін</w:t>
      </w:r>
      <w:proofErr w:type="spellEnd"/>
    </w:p>
    <w:p w14:paraId="3D49F1E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млявість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байдужість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Трохи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пізніше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8D20308" w14:textId="77777777" w:rsidR="00A904C4" w:rsidRPr="0063699D" w:rsidRDefault="00FC2AAC" w:rsidP="00A565D1">
      <w:pPr>
        <w:pStyle w:val="ListParagraph"/>
        <w:numPr>
          <w:ilvl w:val="0"/>
          <w:numId w:val="1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Дібазол</w:t>
      </w:r>
      <w:proofErr w:type="spellEnd"/>
    </w:p>
    <w:p w14:paraId="0BCB3B20" w14:textId="77777777" w:rsidR="00A904C4" w:rsidRPr="0063699D" w:rsidRDefault="00FC2AAC" w:rsidP="00A565D1">
      <w:pPr>
        <w:pStyle w:val="ListParagraph"/>
        <w:numPr>
          <w:ilvl w:val="0"/>
          <w:numId w:val="1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</w:p>
    <w:p w14:paraId="0EA7FFB6" w14:textId="77777777" w:rsidR="00A904C4" w:rsidRPr="0063699D" w:rsidRDefault="00FC2AAC" w:rsidP="00A565D1">
      <w:pPr>
        <w:pStyle w:val="ListParagraph"/>
        <w:numPr>
          <w:ilvl w:val="0"/>
          <w:numId w:val="1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</w:p>
    <w:p w14:paraId="5E09AEB9" w14:textId="77777777" w:rsidR="00A904C4" w:rsidRPr="0063699D" w:rsidRDefault="00FC2AAC" w:rsidP="00A565D1">
      <w:pPr>
        <w:pStyle w:val="ListParagraph"/>
        <w:numPr>
          <w:ilvl w:val="0"/>
          <w:numId w:val="1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</w:p>
    <w:p w14:paraId="3480E598" w14:textId="77777777" w:rsidR="00A904C4" w:rsidRPr="0063699D" w:rsidRDefault="00FC2AAC" w:rsidP="00A565D1">
      <w:pPr>
        <w:pStyle w:val="ListParagraph"/>
        <w:numPr>
          <w:ilvl w:val="0"/>
          <w:numId w:val="1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</w:p>
    <w:p w14:paraId="4FF4D1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кризу 66-річній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повторного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того ж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млявість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уповільнена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свідомості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E1FDBA3" w14:textId="77777777" w:rsidR="00A904C4" w:rsidRPr="0063699D" w:rsidRDefault="00FC2AAC" w:rsidP="00A565D1">
      <w:pPr>
        <w:pStyle w:val="ListParagraph"/>
        <w:numPr>
          <w:ilvl w:val="0"/>
          <w:numId w:val="2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Хлористий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калій</w:t>
      </w:r>
      <w:proofErr w:type="spellEnd"/>
    </w:p>
    <w:p w14:paraId="2739E617" w14:textId="77777777" w:rsidR="00A904C4" w:rsidRPr="0063699D" w:rsidRDefault="00FC2AAC" w:rsidP="00A565D1">
      <w:pPr>
        <w:pStyle w:val="ListParagraph"/>
        <w:numPr>
          <w:ilvl w:val="0"/>
          <w:numId w:val="2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Хлористий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натрій</w:t>
      </w:r>
      <w:proofErr w:type="spellEnd"/>
    </w:p>
    <w:p w14:paraId="733CCD27" w14:textId="5E17952B" w:rsidR="00A904C4" w:rsidRPr="0063699D" w:rsidRDefault="00FC2AAC" w:rsidP="00A565D1">
      <w:pPr>
        <w:pStyle w:val="ListParagraph"/>
        <w:numPr>
          <w:ilvl w:val="0"/>
          <w:numId w:val="2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Хлористий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кальцій</w:t>
      </w:r>
      <w:proofErr w:type="spellEnd"/>
    </w:p>
    <w:p w14:paraId="7E975856" w14:textId="77777777" w:rsidR="00A904C4" w:rsidRPr="0063699D" w:rsidRDefault="00FC2AAC" w:rsidP="00A565D1">
      <w:pPr>
        <w:pStyle w:val="ListParagraph"/>
        <w:numPr>
          <w:ilvl w:val="0"/>
          <w:numId w:val="2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вугілля</w:t>
      </w:r>
      <w:proofErr w:type="spellEnd"/>
    </w:p>
    <w:p w14:paraId="0F24CF29" w14:textId="77777777" w:rsidR="00A904C4" w:rsidRPr="0063699D" w:rsidRDefault="00FC2AAC" w:rsidP="00A565D1">
      <w:pPr>
        <w:pStyle w:val="ListParagraph"/>
        <w:numPr>
          <w:ilvl w:val="0"/>
          <w:numId w:val="2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Перманганат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</w:p>
    <w:p w14:paraId="122C0B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ввели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</w:t>
      </w:r>
    </w:p>
    <w:p w14:paraId="3EBD0D2F" w14:textId="2FB49D1A" w:rsidR="00A904C4" w:rsidRPr="0063699D" w:rsidRDefault="00FC2AAC" w:rsidP="00A565D1">
      <w:pPr>
        <w:pStyle w:val="ListParagraph"/>
        <w:numPr>
          <w:ilvl w:val="0"/>
          <w:numId w:val="2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75AF9D76" w14:textId="6EA1A897" w:rsidR="00A904C4" w:rsidRPr="0063699D" w:rsidRDefault="00FC2AAC" w:rsidP="00A565D1">
      <w:pPr>
        <w:pStyle w:val="ListParagraph"/>
        <w:numPr>
          <w:ilvl w:val="0"/>
          <w:numId w:val="2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гідрохлорід</w:t>
      </w:r>
      <w:proofErr w:type="spellEnd"/>
    </w:p>
    <w:p w14:paraId="6D38AC74" w14:textId="06ED688B" w:rsidR="00A904C4" w:rsidRPr="0063699D" w:rsidRDefault="00FC2AAC" w:rsidP="00A565D1">
      <w:pPr>
        <w:pStyle w:val="ListParagraph"/>
        <w:numPr>
          <w:ilvl w:val="0"/>
          <w:numId w:val="2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Оксітоцин</w:t>
      </w:r>
      <w:proofErr w:type="spellEnd"/>
    </w:p>
    <w:p w14:paraId="323CD042" w14:textId="77777777" w:rsidR="00A904C4" w:rsidRPr="0063699D" w:rsidRDefault="00FC2AAC" w:rsidP="00A565D1">
      <w:pPr>
        <w:pStyle w:val="ListParagraph"/>
        <w:numPr>
          <w:ilvl w:val="0"/>
          <w:numId w:val="2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</w:p>
    <w:p w14:paraId="620E4007" w14:textId="77777777" w:rsidR="00A904C4" w:rsidRPr="0063699D" w:rsidRDefault="00FC2AAC" w:rsidP="00A565D1">
      <w:pPr>
        <w:pStyle w:val="ListParagraph"/>
        <w:numPr>
          <w:ilvl w:val="0"/>
          <w:numId w:val="2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</w:p>
    <w:p w14:paraId="57BB34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лужноземельного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введений?</w:t>
      </w:r>
    </w:p>
    <w:p w14:paraId="43D5D717" w14:textId="77777777" w:rsidR="00A904C4" w:rsidRPr="0063699D" w:rsidRDefault="00FC2AAC" w:rsidP="00A565D1">
      <w:pPr>
        <w:pStyle w:val="ListParagraph"/>
        <w:numPr>
          <w:ilvl w:val="0"/>
          <w:numId w:val="2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Хлористий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калій</w:t>
      </w:r>
      <w:proofErr w:type="spellEnd"/>
    </w:p>
    <w:p w14:paraId="7DA9635F" w14:textId="77777777" w:rsidR="00A904C4" w:rsidRPr="0063699D" w:rsidRDefault="00FC2AAC" w:rsidP="00A565D1">
      <w:pPr>
        <w:pStyle w:val="ListParagraph"/>
        <w:numPr>
          <w:ilvl w:val="0"/>
          <w:numId w:val="2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</w:p>
    <w:p w14:paraId="6656216E" w14:textId="77777777" w:rsidR="00A904C4" w:rsidRPr="0063699D" w:rsidRDefault="00FC2AAC" w:rsidP="00A565D1">
      <w:pPr>
        <w:pStyle w:val="ListParagraph"/>
        <w:numPr>
          <w:ilvl w:val="0"/>
          <w:numId w:val="2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114D64C9" w14:textId="77777777" w:rsidR="00A904C4" w:rsidRPr="0063699D" w:rsidRDefault="00FC2AAC" w:rsidP="00A565D1">
      <w:pPr>
        <w:pStyle w:val="ListParagraph"/>
        <w:numPr>
          <w:ilvl w:val="0"/>
          <w:numId w:val="2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лактат</w:t>
      </w:r>
      <w:proofErr w:type="spellEnd"/>
    </w:p>
    <w:p w14:paraId="6120351B" w14:textId="77777777" w:rsidR="00A904C4" w:rsidRPr="0063699D" w:rsidRDefault="00FC2AAC" w:rsidP="00A565D1">
      <w:pPr>
        <w:pStyle w:val="ListParagraph"/>
        <w:numPr>
          <w:ilvl w:val="0"/>
          <w:numId w:val="2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Бензогексоній</w:t>
      </w:r>
      <w:proofErr w:type="spellEnd"/>
    </w:p>
    <w:p w14:paraId="2BA22E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кашель.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7E23246" w14:textId="77777777" w:rsidR="00A904C4" w:rsidRPr="0063699D" w:rsidRDefault="00FC2AAC" w:rsidP="00A565D1">
      <w:pPr>
        <w:pStyle w:val="ListParagraph"/>
        <w:numPr>
          <w:ilvl w:val="0"/>
          <w:numId w:val="2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</w:t>
      </w:r>
    </w:p>
    <w:p w14:paraId="0BAF4BA0" w14:textId="77777777" w:rsidR="00A904C4" w:rsidRPr="0063699D" w:rsidRDefault="00FC2AAC" w:rsidP="00A565D1">
      <w:pPr>
        <w:pStyle w:val="ListParagraph"/>
        <w:numPr>
          <w:ilvl w:val="0"/>
          <w:numId w:val="2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Діуретики</w:t>
      </w:r>
      <w:proofErr w:type="spellEnd"/>
    </w:p>
    <w:p w14:paraId="5EF4E256" w14:textId="77777777" w:rsidR="00A904C4" w:rsidRPr="0063699D" w:rsidRDefault="00FC2AAC" w:rsidP="00A565D1">
      <w:pPr>
        <w:pStyle w:val="ListParagraph"/>
        <w:numPr>
          <w:ilvl w:val="0"/>
          <w:numId w:val="2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глікозиди</w:t>
      </w:r>
      <w:proofErr w:type="spellEnd"/>
    </w:p>
    <w:p w14:paraId="739BD355" w14:textId="77777777" w:rsidR="00A904C4" w:rsidRPr="0063699D" w:rsidRDefault="00FC2AAC" w:rsidP="00A565D1">
      <w:pPr>
        <w:pStyle w:val="ListParagraph"/>
        <w:numPr>
          <w:ilvl w:val="0"/>
          <w:numId w:val="2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Статини</w:t>
      </w:r>
      <w:proofErr w:type="spellEnd"/>
    </w:p>
    <w:p w14:paraId="3C0758C5" w14:textId="77777777" w:rsidR="00A904C4" w:rsidRPr="0063699D" w:rsidRDefault="00FC2AAC" w:rsidP="00A565D1">
      <w:pPr>
        <w:pStyle w:val="ListParagraph"/>
        <w:numPr>
          <w:ilvl w:val="0"/>
          <w:numId w:val="2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Гангліоблокатори</w:t>
      </w:r>
      <w:proofErr w:type="spellEnd"/>
    </w:p>
    <w:p w14:paraId="00E53E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комплексному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5A82CDE" w14:textId="77777777" w:rsidR="00A904C4" w:rsidRPr="0063699D" w:rsidRDefault="00FC2AAC" w:rsidP="00A565D1">
      <w:pPr>
        <w:pStyle w:val="ListParagraph"/>
        <w:numPr>
          <w:ilvl w:val="0"/>
          <w:numId w:val="2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Сіднокарб</w:t>
      </w:r>
      <w:proofErr w:type="spellEnd"/>
    </w:p>
    <w:p w14:paraId="4FCE4965" w14:textId="77777777" w:rsidR="00A904C4" w:rsidRPr="0063699D" w:rsidRDefault="00FC2AAC" w:rsidP="00A565D1">
      <w:pPr>
        <w:pStyle w:val="ListParagraph"/>
        <w:numPr>
          <w:ilvl w:val="0"/>
          <w:numId w:val="2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Амантадин</w:t>
      </w:r>
      <w:proofErr w:type="spellEnd"/>
    </w:p>
    <w:p w14:paraId="37E279BD" w14:textId="77777777" w:rsidR="00A904C4" w:rsidRPr="0063699D" w:rsidRDefault="00FC2AAC" w:rsidP="00A565D1">
      <w:pPr>
        <w:pStyle w:val="ListParagraph"/>
        <w:numPr>
          <w:ilvl w:val="0"/>
          <w:numId w:val="2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Омнопон</w:t>
      </w:r>
      <w:proofErr w:type="spellEnd"/>
    </w:p>
    <w:p w14:paraId="06651D88" w14:textId="77777777" w:rsidR="00A904C4" w:rsidRPr="0063699D" w:rsidRDefault="00FC2AAC" w:rsidP="00A565D1">
      <w:pPr>
        <w:pStyle w:val="ListParagraph"/>
        <w:numPr>
          <w:ilvl w:val="0"/>
          <w:numId w:val="2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</w:p>
    <w:p w14:paraId="702AA406" w14:textId="77777777" w:rsidR="00A904C4" w:rsidRPr="0063699D" w:rsidRDefault="00FC2AAC" w:rsidP="00A565D1">
      <w:pPr>
        <w:pStyle w:val="ListParagraph"/>
        <w:numPr>
          <w:ilvl w:val="0"/>
          <w:numId w:val="2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Нітразепам</w:t>
      </w:r>
      <w:proofErr w:type="spellEnd"/>
    </w:p>
    <w:p w14:paraId="2EE36E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606485A" w14:textId="77777777" w:rsidR="00A904C4" w:rsidRPr="0063699D" w:rsidRDefault="00FC2AAC" w:rsidP="00A565D1">
      <w:pPr>
        <w:pStyle w:val="ListParagraph"/>
        <w:numPr>
          <w:ilvl w:val="0"/>
          <w:numId w:val="2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Амлодипін</w:t>
      </w:r>
      <w:proofErr w:type="spellEnd"/>
    </w:p>
    <w:p w14:paraId="1A1291A5" w14:textId="77777777" w:rsidR="00A904C4" w:rsidRPr="0063699D" w:rsidRDefault="00FC2AAC" w:rsidP="00A565D1">
      <w:pPr>
        <w:pStyle w:val="ListParagraph"/>
        <w:numPr>
          <w:ilvl w:val="0"/>
          <w:numId w:val="2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Ізадрин</w:t>
      </w:r>
      <w:proofErr w:type="spellEnd"/>
    </w:p>
    <w:p w14:paraId="556A1E76" w14:textId="77777777" w:rsidR="00A904C4" w:rsidRPr="0063699D" w:rsidRDefault="00FC2AAC" w:rsidP="00A565D1">
      <w:pPr>
        <w:pStyle w:val="ListParagraph"/>
        <w:numPr>
          <w:ilvl w:val="0"/>
          <w:numId w:val="2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Празозин</w:t>
      </w:r>
    </w:p>
    <w:p w14:paraId="631F858F" w14:textId="77777777" w:rsidR="00A904C4" w:rsidRPr="0063699D" w:rsidRDefault="00FC2AAC" w:rsidP="00A565D1">
      <w:pPr>
        <w:pStyle w:val="ListParagraph"/>
        <w:numPr>
          <w:ilvl w:val="0"/>
          <w:numId w:val="2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Талінолол</w:t>
      </w:r>
      <w:proofErr w:type="spellEnd"/>
    </w:p>
    <w:p w14:paraId="4B539FFB" w14:textId="77777777" w:rsidR="00A904C4" w:rsidRPr="0063699D" w:rsidRDefault="00FC2AAC" w:rsidP="00A565D1">
      <w:pPr>
        <w:pStyle w:val="ListParagraph"/>
        <w:numPr>
          <w:ilvl w:val="0"/>
          <w:numId w:val="2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Хінідин</w:t>
      </w:r>
      <w:proofErr w:type="spellEnd"/>
    </w:p>
    <w:p w14:paraId="622D42A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запропонованих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придатна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7D625AFA" w14:textId="148D7DDD" w:rsidR="00A904C4" w:rsidRPr="0063699D" w:rsidRDefault="00FC2AAC" w:rsidP="00A565D1">
      <w:pPr>
        <w:pStyle w:val="ListParagraph"/>
        <w:numPr>
          <w:ilvl w:val="0"/>
          <w:numId w:val="2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1491B03" w14:textId="20E3B32E" w:rsidR="00A904C4" w:rsidRPr="0063699D" w:rsidRDefault="00FC2AAC" w:rsidP="00A565D1">
      <w:pPr>
        <w:pStyle w:val="ListParagraph"/>
        <w:numPr>
          <w:ilvl w:val="0"/>
          <w:numId w:val="2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9E1509" w14:textId="01DA1CA4" w:rsidR="00A904C4" w:rsidRPr="0063699D" w:rsidRDefault="00FC2AAC" w:rsidP="00A565D1">
      <w:pPr>
        <w:pStyle w:val="ListParagraph"/>
        <w:numPr>
          <w:ilvl w:val="0"/>
          <w:numId w:val="2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Кордіамін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799D708" w14:textId="55BBAC62" w:rsidR="00A904C4" w:rsidRPr="0063699D" w:rsidRDefault="00FC2AAC" w:rsidP="00A565D1">
      <w:pPr>
        <w:pStyle w:val="ListParagraph"/>
        <w:numPr>
          <w:ilvl w:val="0"/>
          <w:numId w:val="2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Ефедрин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DB22CC" w14:textId="053DE309" w:rsidR="00A904C4" w:rsidRPr="0063699D" w:rsidRDefault="00FC2AAC" w:rsidP="00A565D1">
      <w:pPr>
        <w:pStyle w:val="ListParagraph"/>
        <w:numPr>
          <w:ilvl w:val="0"/>
          <w:numId w:val="2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8D2E49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бензогексоній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очікувати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0D9878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смакових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відчуттів</w:t>
      </w:r>
      <w:proofErr w:type="spellEnd"/>
    </w:p>
    <w:p w14:paraId="2D428C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>. Синдрому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</w:p>
    <w:p w14:paraId="6D2614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Пригнічувальної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систему. </w:t>
      </w:r>
    </w:p>
    <w:p w14:paraId="68E4C5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B668F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8A3CC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кризом.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ввести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EDBAC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846D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F6BF2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Но-шпа </w:t>
      </w:r>
    </w:p>
    <w:p w14:paraId="1B4D58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3673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0F55F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при систематичному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кашель.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причиною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06ED5F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</w:p>
    <w:p w14:paraId="3712CD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Дихлотіазид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612B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Празозин </w:t>
      </w:r>
    </w:p>
    <w:p w14:paraId="15DF21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Еналаприл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03D6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A49B4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поліклініки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намагався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-консультант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заперечив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8A2AE05" w14:textId="77777777" w:rsidR="00A904C4" w:rsidRPr="0063699D" w:rsidRDefault="00FC2AAC" w:rsidP="00A565D1">
      <w:pPr>
        <w:pStyle w:val="ListParagraph"/>
        <w:numPr>
          <w:ilvl w:val="0"/>
          <w:numId w:val="2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3FADE7E" w14:textId="77777777" w:rsidR="00A904C4" w:rsidRPr="0063699D" w:rsidRDefault="00FC2AAC" w:rsidP="00A565D1">
      <w:pPr>
        <w:pStyle w:val="ListParagraph"/>
        <w:numPr>
          <w:ilvl w:val="0"/>
          <w:numId w:val="2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Холецистит </w:t>
      </w:r>
    </w:p>
    <w:p w14:paraId="0A36581A" w14:textId="77777777" w:rsidR="00A904C4" w:rsidRPr="0063699D" w:rsidRDefault="00FC2AAC" w:rsidP="00A565D1">
      <w:pPr>
        <w:pStyle w:val="ListParagraph"/>
        <w:numPr>
          <w:ilvl w:val="0"/>
          <w:numId w:val="2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Нефрит </w:t>
      </w:r>
    </w:p>
    <w:p w14:paraId="61DE8621" w14:textId="77777777" w:rsidR="00A904C4" w:rsidRPr="0063699D" w:rsidRDefault="00FC2AAC" w:rsidP="00A565D1">
      <w:pPr>
        <w:pStyle w:val="ListParagraph"/>
        <w:numPr>
          <w:ilvl w:val="0"/>
          <w:numId w:val="2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Міокардит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CC9208" w14:textId="77777777" w:rsidR="00A904C4" w:rsidRPr="0063699D" w:rsidRDefault="00FC2AAC" w:rsidP="00A565D1">
      <w:pPr>
        <w:pStyle w:val="ListParagraph"/>
        <w:numPr>
          <w:ilvl w:val="0"/>
          <w:numId w:val="2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Панкреатит  </w:t>
      </w:r>
    </w:p>
    <w:p w14:paraId="330B01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гіпотіазидом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серцебиття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сухожильних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перистальтики кишечника.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причиною такого стану?</w:t>
      </w:r>
    </w:p>
    <w:p w14:paraId="485553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C5E6E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Гіперурікемія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B7CC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Гіпонатріємія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F3ED9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9199F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Гіперкальціємія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715C5F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з'ясувалося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ренін-ангіотензінову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95833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Апресін</w:t>
      </w:r>
      <w:proofErr w:type="spellEnd"/>
    </w:p>
    <w:p w14:paraId="77BAAE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FCECBC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B6C44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8B8B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7D54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(АТ - 200/110 мм рт. ст.),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Через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почуттів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задухи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утруднення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вашу тактику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2323AA3" w14:textId="77777777" w:rsidR="00A904C4" w:rsidRPr="0063699D" w:rsidRDefault="00FC2AAC" w:rsidP="00A565D1">
      <w:pPr>
        <w:pStyle w:val="ListParagraph"/>
        <w:numPr>
          <w:ilvl w:val="0"/>
          <w:numId w:val="2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2-адренорецепторів 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1-адреноблокатор. </w:t>
      </w:r>
    </w:p>
    <w:p w14:paraId="1C00590E" w14:textId="77777777" w:rsidR="00A904C4" w:rsidRPr="0063699D" w:rsidRDefault="00FC2AAC" w:rsidP="00A565D1">
      <w:pPr>
        <w:pStyle w:val="ListParagraph"/>
        <w:numPr>
          <w:ilvl w:val="0"/>
          <w:numId w:val="2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1-адренорецепторів.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2-адреноблокатор.</w:t>
      </w:r>
    </w:p>
    <w:p w14:paraId="54653FC2" w14:textId="77777777" w:rsidR="00A904C4" w:rsidRPr="0063699D" w:rsidRDefault="00FC2AAC" w:rsidP="00A565D1">
      <w:pPr>
        <w:pStyle w:val="ListParagraph"/>
        <w:numPr>
          <w:ilvl w:val="0"/>
          <w:numId w:val="2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бронхоспастична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еуфілін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B4BCEDE" w14:textId="77777777" w:rsidR="00A904C4" w:rsidRPr="0063699D" w:rsidRDefault="00FC2AAC" w:rsidP="00A565D1">
      <w:pPr>
        <w:pStyle w:val="ListParagraph"/>
        <w:numPr>
          <w:ilvl w:val="0"/>
          <w:numId w:val="2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64BE8E0" w14:textId="77777777" w:rsidR="00A904C4" w:rsidRPr="0063699D" w:rsidRDefault="00FC2AAC" w:rsidP="00A565D1">
      <w:pPr>
        <w:pStyle w:val="ListParagraph"/>
        <w:numPr>
          <w:ilvl w:val="0"/>
          <w:numId w:val="2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антигістамінні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931A5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вертикального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098AEF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Бензогексоній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7D1A9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</w:p>
    <w:p w14:paraId="0672CD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</w:p>
    <w:p w14:paraId="7D4496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4B4420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Папаверіну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гідрохлорід</w:t>
      </w:r>
      <w:proofErr w:type="spellEnd"/>
    </w:p>
    <w:p w14:paraId="0FA01B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закріпи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C549C1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Папаверін</w:t>
      </w:r>
      <w:proofErr w:type="spellEnd"/>
    </w:p>
    <w:p w14:paraId="24F5F3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A96F5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C5752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172D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3816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спазмом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</w:t>
      </w:r>
    </w:p>
    <w:p w14:paraId="0BC81320" w14:textId="77777777" w:rsidR="00A904C4" w:rsidRPr="0063699D" w:rsidRDefault="00FC2AAC" w:rsidP="00A565D1">
      <w:pPr>
        <w:pStyle w:val="ListParagraph"/>
        <w:numPr>
          <w:ilvl w:val="0"/>
          <w:numId w:val="2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Празозін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5926BCC" w14:textId="77777777" w:rsidR="00A904C4" w:rsidRPr="0063699D" w:rsidRDefault="00FC2AAC" w:rsidP="00A565D1">
      <w:pPr>
        <w:pStyle w:val="ListParagraph"/>
        <w:numPr>
          <w:ilvl w:val="0"/>
          <w:numId w:val="2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3E3B4A" w14:textId="77777777" w:rsidR="00A904C4" w:rsidRPr="0063699D" w:rsidRDefault="00FC2AAC" w:rsidP="00A565D1">
      <w:pPr>
        <w:pStyle w:val="ListParagraph"/>
        <w:numPr>
          <w:ilvl w:val="0"/>
          <w:numId w:val="2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Аміназин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77558FA" w14:textId="77777777" w:rsidR="00A904C4" w:rsidRPr="0063699D" w:rsidRDefault="00FC2AAC" w:rsidP="00A565D1">
      <w:pPr>
        <w:pStyle w:val="ListParagraph"/>
        <w:numPr>
          <w:ilvl w:val="0"/>
          <w:numId w:val="2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BE35984" w14:textId="77777777" w:rsidR="00A904C4" w:rsidRPr="0063699D" w:rsidRDefault="00FC2AAC" w:rsidP="00A565D1">
      <w:pPr>
        <w:pStyle w:val="ListParagraph"/>
        <w:numPr>
          <w:ilvl w:val="0"/>
          <w:numId w:val="2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EE0F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Об’єктивне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показало: АТ 90/55 мм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Решта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межах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6E770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женьшеню </w:t>
      </w:r>
    </w:p>
    <w:p w14:paraId="07C20C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валеріани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A6253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Стрихніну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92D73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FB92AE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DAE88E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стомлюваність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безсоння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 200\100 мм.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рт.ст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BC5C7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Празозин</w:t>
      </w:r>
    </w:p>
    <w:p w14:paraId="2D7E8B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</w:p>
    <w:p w14:paraId="6AAAA3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Дихлотіазид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F48D3A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</w:p>
    <w:p w14:paraId="17EBF3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1E197B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початковою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0,025 гр. 2 рази в день. Через 7-8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тремтіння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балансу в сторону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685C0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Дихлотіазид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42BC01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Спіронолактон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7D742D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Триамтерен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D13EB6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303B326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Манітол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A0A4F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гломерулонефриту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такого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88F00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ангіотензинперетворюючого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ферменту; </w:t>
      </w:r>
    </w:p>
    <w:p w14:paraId="112434A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3505DF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3D50F8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66B766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3AAAF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60F36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ІІ</w:t>
      </w:r>
    </w:p>
    <w:p w14:paraId="10996F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води </w:t>
      </w:r>
    </w:p>
    <w:p w14:paraId="6951DF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50000F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води </w:t>
      </w:r>
    </w:p>
    <w:p w14:paraId="6C30DD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карбоангідрази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9AA15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7D1616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Каптоприл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3665A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89A00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Празозін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0BCBF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A9DA6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Дихлотіазид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0BD3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спіронолактон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ослабленням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фактору?</w:t>
      </w:r>
    </w:p>
    <w:p w14:paraId="69C1AD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ІІ</w:t>
      </w:r>
    </w:p>
    <w:p w14:paraId="46248A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2D96F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Ангіотензинперетворюючого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 </w:t>
      </w:r>
    </w:p>
    <w:p w14:paraId="6AA3EE0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Альдостерону </w:t>
      </w:r>
    </w:p>
    <w:p w14:paraId="2DEF96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Брадикініну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7A1F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лозартан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козаар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? </w:t>
      </w:r>
    </w:p>
    <w:p w14:paraId="77138A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3C1F4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2BE8A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2E174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ангіотензинперетворюючого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 </w:t>
      </w:r>
    </w:p>
    <w:p w14:paraId="7E4ECC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06B6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гідрохлортіазидом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болю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спричинило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C8467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Гіпонатріємія</w:t>
      </w:r>
      <w:proofErr w:type="spellEnd"/>
    </w:p>
    <w:p w14:paraId="4E83567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Гіпохлоремічний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алкалоз </w:t>
      </w:r>
    </w:p>
    <w:p w14:paraId="1F99F4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03517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CAD6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об’єму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циркулюючої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</w:p>
    <w:p w14:paraId="638994B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(56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метилдопа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препарату. </w:t>
      </w:r>
    </w:p>
    <w:p w14:paraId="301BE17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8A46A2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689BD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.Блокада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D31F55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.Блокада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09E0E0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ангіотензинперетворюючого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фактора </w:t>
      </w:r>
    </w:p>
    <w:p w14:paraId="0A8D135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12AA5B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C23A25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E189790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№21. ЗАСОБИ, ЩО ВПЛИВАЮТЬ НА КРОВООБІГ МОЗКУ ТА ПЕРИФЕРИЧНИЙ КРОВООБІГ. ФАРМАКОТЕРАПІЯ МІГРЕНІ. АНГІОПРОТЕКТОРИ.</w:t>
      </w:r>
    </w:p>
    <w:p w14:paraId="507B379E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22118D1B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ушкодження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Вони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призвести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інвалідизації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загибелі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ведуть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тимчасової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працездатності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Згідно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статистичними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темпів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числа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ЦНС.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100 млн.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жителів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припадає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500 тис.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інсультів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церебральних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ВООЗ,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смертність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інсультів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становить 12-15 %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тобто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2-3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злоякісних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65EFD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омолодження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інвалідизації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працездатного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представляють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51FD1EA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вазоактивних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ангіопротекторів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 </w:t>
      </w:r>
    </w:p>
    <w:p w14:paraId="40C4DC3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B402A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79838E9" w14:textId="21224883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комплексної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</w:p>
    <w:p w14:paraId="35CC26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Антитромботичні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3F1A1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17C44D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антикоагулянти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(гепарин,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фраксипарин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0DCF56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фибринолитики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стрептоліаза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актелизе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7BF06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фібринолізу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амінокапронова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кислота).</w:t>
      </w:r>
    </w:p>
    <w:p w14:paraId="1672AC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цинаризин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флунаризин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843E5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(аминофиллин,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інстенон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пентоксифілін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трентал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папаверин, дибазол, но-шпа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FBCF8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ницерголин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дигідроерготамін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дигідроэрготоксин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F8A7D1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Ноотропи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аминолон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пірацетам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пікамілон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EEB1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гідролізати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церебролізин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актовегін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солкосерил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1E5D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5ECDAE3" w14:textId="7099D07D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lastRenderedPageBreak/>
        <w:t>Класифікація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спастичної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паралітичної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</w:p>
    <w:p w14:paraId="5A96007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дигідроерготамін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дигидроэрготоксин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суматриптан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імігран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79DCD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BD9A9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Судинорозширювальні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83C62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Ноотропи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F957D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атеросклерозу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ЛПНЩ і ЛПВЩ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атеросклерозу.</w:t>
      </w:r>
    </w:p>
    <w:p w14:paraId="24FD2FF5" w14:textId="3428661B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Ангіопротектори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0259F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E5EEEE6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холестерину:</w:t>
      </w:r>
    </w:p>
    <w:p w14:paraId="7AFFD806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аніонообмінні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смоли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секвестранти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холестирамін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колестипол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40F62A7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холестерину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ловастатин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симвастатин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флувастатин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бігуаніди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пробукол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D487FE7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лінетол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липостабил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поліспонін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15F9597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тригліцеридів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4AFA7F12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безафібрат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гемфіброзил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фенофібрат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),</w:t>
      </w:r>
    </w:p>
    <w:p w14:paraId="06E9BEBE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</w:t>
      </w:r>
    </w:p>
    <w:p w14:paraId="50473EDD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эндурацин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4374D5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Гиперальфалипопротеинемічні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біофлавоноїди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EE5F356" w14:textId="77777777" w:rsidR="00A904C4" w:rsidRPr="0063699D" w:rsidRDefault="00FC2AAC" w:rsidP="00A565D1">
      <w:pPr>
        <w:pStyle w:val="ListParagraph"/>
        <w:numPr>
          <w:ilvl w:val="0"/>
          <w:numId w:val="2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стабілізують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атерогенні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ліпопротеїди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гепарин,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хонсурид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хондроїтинсульфатів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6B4E9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дипіридамол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пентоксифілін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тиклопідин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клопідогрел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плавикс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ламифибан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тирофибан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2570D9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544D5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токоферол,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убіхінон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дубинол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мористерол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рутин,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флакумин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глутатіон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липамид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цистамин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CAED0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глутаминова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77465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ендотелиотропні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пармідін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етамзілат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добезилат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троксевазин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репарил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ескузан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ніфедипін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</w:p>
    <w:p w14:paraId="3FD36362" w14:textId="7C760D44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B987B46" w14:textId="1E1E35C2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BDE9A6" w14:textId="0EC77797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7B948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периферичний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A1167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Гангліоблокатори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C895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21EB0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7702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Ендотеліотропні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6A84A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32CA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9B49F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Антигіпоксанти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470FEE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Антикоагулянти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F038B7" w14:textId="34D46CCD" w:rsidR="00A904C4" w:rsidRPr="0063699D" w:rsidRDefault="00FC2AAC" w:rsidP="00A565D1">
      <w:pPr>
        <w:pStyle w:val="ListParagraph"/>
        <w:numPr>
          <w:ilvl w:val="0"/>
          <w:numId w:val="2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BC98E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5438AC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2B2F9D48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B19458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поступила хвора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перенесеного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інсульту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94CEDC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гіперліпідемія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D08E10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комплексному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церебросклерозу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холестерину).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1E6C1DF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болями.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спазмами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церебральних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внести схему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CA85B7B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вітамінопрепаратів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тригліцеридів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обличчя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верхньої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тулуба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1CA64DB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Блокатор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постінсультному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C8C2A54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ангіопатії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40D3A0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спастичній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спастичної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паралітичної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A036562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Антиатеросклеротичний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холестатичний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гепатит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F554CA6" w14:textId="7ECA949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гідролізат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66A534D" w14:textId="08FBD8FC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Антиагрегант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жарознижувальну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аналгетичну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80A6008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ГМГ-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редуктази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12C915" w14:textId="77777777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барвінку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агрегацію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8B8EA9F" w14:textId="49795488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90D8DE3" w14:textId="3F96FAE1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холестерину,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міальгію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808F2D0" w14:textId="2EF0F76F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інсульт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вену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краплинно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агрегацію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АТ і пульс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істотно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A57FBFD" w14:textId="476A2A92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54 роки,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клімактеричних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місяців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зазначила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почастішали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практично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виявлялися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C6AFE5D" w14:textId="4F7D12B6" w:rsidR="00A904C4" w:rsidRPr="0063699D" w:rsidRDefault="00FC2AAC" w:rsidP="00A565D1">
      <w:pPr>
        <w:pStyle w:val="ListParagraph"/>
        <w:numPr>
          <w:ilvl w:val="0"/>
          <w:numId w:val="2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Молода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знімала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таблетках,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болю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вдалося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1 год вона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одну дозу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день приступ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і 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 таблетки.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вщух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стали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мерзнути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розцінила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провісники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зробила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підшкірну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ін'єкцію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ін'єкції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болючість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ціаноз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доставлена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ціанотичні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холодна,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пульсація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підколінних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нітропрусид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внутрішньовенно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три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безперервної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інфузії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температура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ціаноз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пульсація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підколінних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нітропрусиду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AD0D6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CE702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455E88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36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облітеруючий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ендоартеріїт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6B223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B1113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9177E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5695A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5BF69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Дипіридамол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B33ED0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218BF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7ED2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Гепарин</w:t>
      </w:r>
    </w:p>
    <w:p w14:paraId="1E52D3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A927C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0B224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Ніцерголін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D1E34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AC795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C035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9DD10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Вінпоцетин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0DE4B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Синкумар</w:t>
      </w:r>
      <w:proofErr w:type="spellEnd"/>
    </w:p>
    <w:p w14:paraId="5B0088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Ніцерголін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E8D62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барвинку:</w:t>
      </w:r>
    </w:p>
    <w:p w14:paraId="51158C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Синкумар</w:t>
      </w:r>
      <w:proofErr w:type="spellEnd"/>
    </w:p>
    <w:p w14:paraId="42B52B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B45AA0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Вінпоцетин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A9871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Ніцерголін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551078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Цинаризин</w:t>
      </w:r>
      <w:proofErr w:type="spellEnd"/>
    </w:p>
    <w:p w14:paraId="509B91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7B2D91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E3652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50B99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Вінпоцетин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901A07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Ніцерголін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E757B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Пікамілон</w:t>
      </w:r>
      <w:proofErr w:type="spellEnd"/>
    </w:p>
    <w:p w14:paraId="5C0807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чином,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позитивна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ГАМК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B1FFA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4D014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нейронах </w:t>
      </w:r>
    </w:p>
    <w:p w14:paraId="4DA60BD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Звуженням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621AF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внутрішньочерепного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54DB4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Психоседативною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</w:p>
    <w:p w14:paraId="110B87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трициклічних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26A7CA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Карбамазепін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A3C8E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Амітриптилін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040EA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57344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21C44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Пікамілон</w:t>
      </w:r>
      <w:proofErr w:type="spellEnd"/>
    </w:p>
    <w:p w14:paraId="218F140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Ангіопротектор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коронарні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08FFDE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Ловостатин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09C6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Гепарин </w:t>
      </w:r>
    </w:p>
    <w:p w14:paraId="210394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Дипіридамол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16392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Ніцерголін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3F0F5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Пікамілон</w:t>
      </w:r>
      <w:proofErr w:type="spellEnd"/>
    </w:p>
    <w:p w14:paraId="4DFEAC6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водорозчинного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триглицерідів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почервоніння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обличчя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верхньої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тулупа:  </w:t>
      </w:r>
    </w:p>
    <w:p w14:paraId="3E292F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Пентоксифілін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D104F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</w:t>
      </w:r>
    </w:p>
    <w:p w14:paraId="05BDB0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Цинаризин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92EE5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</w:t>
      </w:r>
    </w:p>
    <w:p w14:paraId="7723D8D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Токоферолу ацетат</w:t>
      </w:r>
    </w:p>
    <w:p w14:paraId="3541A47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лізергінової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є:</w:t>
      </w:r>
    </w:p>
    <w:p w14:paraId="324E46B6" w14:textId="77777777" w:rsidR="00A904C4" w:rsidRPr="0063699D" w:rsidRDefault="00FC2AAC" w:rsidP="00A565D1">
      <w:pPr>
        <w:pStyle w:val="ListParagraph"/>
        <w:numPr>
          <w:ilvl w:val="0"/>
          <w:numId w:val="2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Парацетомол</w:t>
      </w:r>
      <w:proofErr w:type="spellEnd"/>
    </w:p>
    <w:p w14:paraId="7FFB8EC7" w14:textId="77777777" w:rsidR="00A904C4" w:rsidRPr="0063699D" w:rsidRDefault="00FC2AAC" w:rsidP="00A565D1">
      <w:pPr>
        <w:pStyle w:val="ListParagraph"/>
        <w:numPr>
          <w:ilvl w:val="0"/>
          <w:numId w:val="2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Пірацетам</w:t>
      </w:r>
      <w:proofErr w:type="spellEnd"/>
    </w:p>
    <w:p w14:paraId="70A16040" w14:textId="77777777" w:rsidR="00A904C4" w:rsidRPr="0063699D" w:rsidRDefault="00FC2AAC" w:rsidP="00A565D1">
      <w:pPr>
        <w:pStyle w:val="ListParagraph"/>
        <w:numPr>
          <w:ilvl w:val="0"/>
          <w:numId w:val="2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Дипірідамол</w:t>
      </w:r>
      <w:proofErr w:type="spellEnd"/>
    </w:p>
    <w:p w14:paraId="79F6701B" w14:textId="77777777" w:rsidR="00A904C4" w:rsidRPr="0063699D" w:rsidRDefault="00FC2AAC" w:rsidP="00A565D1">
      <w:pPr>
        <w:pStyle w:val="ListParagraph"/>
        <w:numPr>
          <w:ilvl w:val="0"/>
          <w:numId w:val="2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Метисергід</w:t>
      </w:r>
      <w:proofErr w:type="spellEnd"/>
    </w:p>
    <w:p w14:paraId="7E37BB8F" w14:textId="77777777" w:rsidR="00A904C4" w:rsidRPr="0063699D" w:rsidRDefault="00FC2AAC" w:rsidP="00A565D1">
      <w:pPr>
        <w:pStyle w:val="ListParagraph"/>
        <w:numPr>
          <w:ilvl w:val="0"/>
          <w:numId w:val="2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Карбамазепін</w:t>
      </w:r>
      <w:proofErr w:type="spellEnd"/>
    </w:p>
    <w:p w14:paraId="3B2351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метисергіду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полягає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:</w:t>
      </w:r>
    </w:p>
    <w:p w14:paraId="54FEC6D4" w14:textId="77777777" w:rsidR="00A904C4" w:rsidRPr="0063699D" w:rsidRDefault="00FC2AAC" w:rsidP="00A565D1">
      <w:pPr>
        <w:pStyle w:val="ListParagraph"/>
        <w:numPr>
          <w:ilvl w:val="0"/>
          <w:numId w:val="2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5-НТ</w:t>
      </w:r>
      <w:r w:rsidRPr="0063699D">
        <w:rPr>
          <w:rFonts w:asciiTheme="majorBidi" w:hAnsiTheme="majorBidi" w:cstheme="majorBidi"/>
          <w:sz w:val="22"/>
        </w:rPr>
        <w:t>ID</w:t>
      </w:r>
      <w:r w:rsidRPr="0063699D">
        <w:rPr>
          <w:rFonts w:asciiTheme="majorBidi" w:hAnsiTheme="majorBidi" w:cstheme="majorBidi"/>
          <w:sz w:val="22"/>
          <w:lang w:val="ru-RU"/>
        </w:rPr>
        <w:t xml:space="preserve">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4D1EA834" w14:textId="77777777" w:rsidR="00A904C4" w:rsidRPr="0063699D" w:rsidRDefault="00FC2AAC" w:rsidP="00A565D1">
      <w:pPr>
        <w:pStyle w:val="ListParagraph"/>
        <w:numPr>
          <w:ilvl w:val="0"/>
          <w:numId w:val="2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</w:p>
    <w:p w14:paraId="2C27B007" w14:textId="77777777" w:rsidR="00A904C4" w:rsidRPr="0063699D" w:rsidRDefault="00FC2AAC" w:rsidP="00A565D1">
      <w:pPr>
        <w:pStyle w:val="ListParagraph"/>
        <w:numPr>
          <w:ilvl w:val="0"/>
          <w:numId w:val="2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холінорецепторів</w:t>
      </w:r>
      <w:proofErr w:type="spellEnd"/>
    </w:p>
    <w:p w14:paraId="0998CDEB" w14:textId="77777777" w:rsidR="00A904C4" w:rsidRPr="0063699D" w:rsidRDefault="00FC2AAC" w:rsidP="00A565D1">
      <w:pPr>
        <w:pStyle w:val="ListParagraph"/>
        <w:numPr>
          <w:ilvl w:val="0"/>
          <w:numId w:val="2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2-рецепторів</w:t>
      </w:r>
    </w:p>
    <w:p w14:paraId="46206DE3" w14:textId="77777777" w:rsidR="00A904C4" w:rsidRPr="0063699D" w:rsidRDefault="00FC2AAC" w:rsidP="00A565D1">
      <w:pPr>
        <w:pStyle w:val="ListParagraph"/>
        <w:numPr>
          <w:ilvl w:val="0"/>
          <w:numId w:val="2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дофамінових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2-рецепторів</w:t>
      </w:r>
    </w:p>
    <w:p w14:paraId="65247C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атеросклерозом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ловастатин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0,04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1 раз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43BC94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Синтез холестерину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вночі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49DB2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сонливості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</w:p>
    <w:p w14:paraId="20C2DD4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вечірній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всмоктується</w:t>
      </w:r>
      <w:proofErr w:type="spellEnd"/>
    </w:p>
    <w:p w14:paraId="6EB0C6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Катаболізм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вночі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EB6AD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Холестерин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вночі</w:t>
      </w:r>
      <w:proofErr w:type="spellEnd"/>
    </w:p>
    <w:p w14:paraId="111CD8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автомобільної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катастрофи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?</w:t>
      </w:r>
    </w:p>
    <w:p w14:paraId="1ABCD0A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Кетамін</w:t>
      </w:r>
      <w:proofErr w:type="spellEnd"/>
    </w:p>
    <w:p w14:paraId="589E5F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4EB820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Гексенал</w:t>
      </w:r>
      <w:proofErr w:type="spellEnd"/>
    </w:p>
    <w:p w14:paraId="08D1B4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</w:p>
    <w:p w14:paraId="700A24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</w:t>
      </w:r>
      <w:proofErr w:type="spellEnd"/>
    </w:p>
    <w:p w14:paraId="5019CC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палить.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поставлений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облітеруючий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ендартеріїт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8C541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Но-шпа</w:t>
      </w:r>
    </w:p>
    <w:p w14:paraId="1268F0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Папаверин </w:t>
      </w:r>
    </w:p>
    <w:p w14:paraId="5EEF04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Фентоламін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29E6E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Дибазол </w:t>
      </w:r>
    </w:p>
    <w:p w14:paraId="62F90E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Верапаміл</w:t>
      </w:r>
      <w:proofErr w:type="spellEnd"/>
    </w:p>
    <w:p w14:paraId="07A1CE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пам'яті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ліпопротеїдів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щільності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атеросклероз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показаний хворому? </w:t>
      </w:r>
    </w:p>
    <w:p w14:paraId="6580E1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Ловастатин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48DB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Дибазол </w:t>
      </w:r>
    </w:p>
    <w:p w14:paraId="320ECA5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Німодипін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C751A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Міноксидил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38CA1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Капотен</w:t>
      </w:r>
      <w:proofErr w:type="spellEnd"/>
    </w:p>
    <w:p w14:paraId="352D0DE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атеросклерозу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одинз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холестерину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 3-гідрокси-3-метилглютарил-КоА-редуктази.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C7AA2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Ловастатин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7C8E8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</w:t>
      </w:r>
    </w:p>
    <w:p w14:paraId="619E0C2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Холестирамін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745AF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Клофібрат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2D5BE3" w14:textId="0D3F7349" w:rsidR="00A904C4" w:rsidRPr="0063699D" w:rsidRDefault="00FC2AAC" w:rsidP="0059166B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Пробукол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FB0D5F2" w14:textId="77777777" w:rsidR="0059166B" w:rsidRPr="0063699D" w:rsidRDefault="0059166B" w:rsidP="0063699D">
      <w:pPr>
        <w:pageBreakBefore/>
        <w:spacing w:after="240" w:line="240" w:lineRule="auto"/>
        <w:rPr>
          <w:rFonts w:asciiTheme="majorBidi" w:hAnsiTheme="majorBidi" w:cstheme="majorBidi"/>
          <w:b/>
          <w:sz w:val="22"/>
          <w:lang w:val="ru-RU"/>
        </w:rPr>
      </w:pPr>
    </w:p>
    <w:p w14:paraId="132ADF25" w14:textId="2EF97BDB" w:rsidR="00A904C4" w:rsidRPr="0063699D" w:rsidRDefault="00A904C4" w:rsidP="0059166B">
      <w:pPr>
        <w:pageBreakBefore/>
        <w:spacing w:after="240" w:line="240" w:lineRule="auto"/>
        <w:rPr>
          <w:rFonts w:asciiTheme="majorBidi" w:hAnsiTheme="majorBidi" w:cstheme="majorBidi"/>
          <w:sz w:val="22"/>
          <w:lang w:val="ru-RU"/>
        </w:rPr>
      </w:pPr>
    </w:p>
    <w:p w14:paraId="3E0C97EE" w14:textId="77777777" w:rsidR="0059166B" w:rsidRPr="0063699D" w:rsidRDefault="0059166B" w:rsidP="0059166B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ЛІКАРСЬКІ ЗАСОБИ, ЩО ВПЛИВАЮТЬ НА ПРОЦЕСИ ОБМІНУ РЕЧОВИН</w:t>
      </w:r>
    </w:p>
    <w:p w14:paraId="6EBF5373" w14:textId="3FB4DF0B" w:rsidR="00A904C4" w:rsidRPr="0063699D" w:rsidRDefault="0059166B" w:rsidP="0059166B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bCs/>
          <w:sz w:val="22"/>
          <w:lang w:val="ru-RU"/>
        </w:rPr>
        <w:t>Тема 22.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 СУЧАСНІ ПРОБЛЕМИ ЛІКУВАННЯ ЦУКРОВОГО ДІАБЕТУ. ІНСУЛІНИ. НОВІТНІ ПРОТИДІАБЕТИЧНІ ЗАСОБИ. НЕБАЖАНА ДІЯ.</w:t>
      </w:r>
    </w:p>
    <w:p w14:paraId="3CF147C8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найпоширеніших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країнах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0,8 до 4-6 %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тенденцію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генералізованого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атеросклерозу,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прогресуючого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капілярів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сітківки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очей,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тяжких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адекватного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приречені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F5B97CE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протидіабетичних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DB6CA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7E388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F07B7AB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1E0C56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проблеми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9CC2AC4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8916DC8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деградація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E2D5D90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D6B10DD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F72C6ED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органів-мішеней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146475F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транспортери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02CAFBF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D5F20FB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скелетні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5811AEC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жирову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тканину.</w:t>
      </w:r>
    </w:p>
    <w:p w14:paraId="64F28C20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F690E6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Короткодіючі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(4-6 год.)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(15-30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ін'єкцій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актрапид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хумалог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хумулін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ін'єкцій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нейтральний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МК),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нейтральний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актрапид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илетин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21A943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(8-12 год)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-цинк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суспензія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аморфна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семиленте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изофана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суспензія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хумулін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НПХ)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6743C8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(20-30 год.)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(4-8 год)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-цинк-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суспензія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кристалічна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A044B2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70/30,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хумулін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70/30 і др. </w:t>
      </w:r>
    </w:p>
    <w:p w14:paraId="76783003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BD6CAA3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портативний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інжектор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авторучки;</w:t>
      </w:r>
    </w:p>
    <w:p w14:paraId="7A28D09D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замкнутим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циклом»;</w:t>
      </w:r>
    </w:p>
    <w:p w14:paraId="0AD80B8D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циклом»;</w:t>
      </w:r>
    </w:p>
    <w:p w14:paraId="1D3FE516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інтраназальне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7442DB2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D99E20D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381E524" w14:textId="0A23AC80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Імунопатологічні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405671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бичачий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свинячий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44410804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(потреба у великих дозах).</w:t>
      </w:r>
    </w:p>
    <w:p w14:paraId="0DDD4890" w14:textId="70A0516F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 в/в 20-40 мл 40 % р-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п/к 0,5 мл 0,1 % р-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.). </w:t>
      </w:r>
    </w:p>
    <w:p w14:paraId="7D357E3F" w14:textId="38318111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Ліподистрофія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ін'єкції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8393119" w14:textId="4093CE83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51D4974" w14:textId="77777777" w:rsidR="00A904C4" w:rsidRPr="0063699D" w:rsidRDefault="00FC2AAC" w:rsidP="00A565D1">
      <w:pPr>
        <w:pStyle w:val="ListParagraph"/>
        <w:numPr>
          <w:ilvl w:val="0"/>
          <w:numId w:val="2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дегідратації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(в/в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1-2 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сольових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1F97918D" w14:textId="77777777" w:rsidR="00A904C4" w:rsidRPr="0063699D" w:rsidRDefault="00FC2AAC" w:rsidP="00A565D1">
      <w:pPr>
        <w:pStyle w:val="ListParagraph"/>
        <w:numPr>
          <w:ilvl w:val="0"/>
          <w:numId w:val="2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(в/в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50-100 ОД простого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6-20 % р-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до 12 ОД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 год п/к,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орієнтуючись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4B7A0B9" w14:textId="77777777" w:rsidR="00A904C4" w:rsidRPr="0063699D" w:rsidRDefault="00FC2AAC" w:rsidP="00A565D1">
      <w:pPr>
        <w:pStyle w:val="ListParagraph"/>
        <w:numPr>
          <w:ilvl w:val="0"/>
          <w:numId w:val="2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ацидозу при рН &lt;7,2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39D8C28" w14:textId="77777777" w:rsidR="00A904C4" w:rsidRPr="0063699D" w:rsidRDefault="00FC2AAC" w:rsidP="00A565D1">
      <w:pPr>
        <w:pStyle w:val="ListParagraph"/>
        <w:numPr>
          <w:ilvl w:val="0"/>
          <w:numId w:val="2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балансу.</w:t>
      </w:r>
    </w:p>
    <w:p w14:paraId="2E16C827" w14:textId="77777777" w:rsidR="00A904C4" w:rsidRPr="0063699D" w:rsidRDefault="00FC2AAC" w:rsidP="00A565D1">
      <w:pPr>
        <w:pStyle w:val="ListParagraph"/>
        <w:numPr>
          <w:ilvl w:val="0"/>
          <w:numId w:val="2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09500B" w14:textId="38B19B2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F508199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i/>
          <w:iCs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iCs/>
          <w:sz w:val="22"/>
          <w:lang w:val="ru-RU"/>
        </w:rPr>
        <w:t>сульфанілсечовини</w:t>
      </w:r>
      <w:proofErr w:type="spellEnd"/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: </w:t>
      </w:r>
    </w:p>
    <w:p w14:paraId="7E88AEFC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1-го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букарбон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CADE2AB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2-го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хлорпропамід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манінил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глифазин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5DDB455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3-го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глімепірид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амаріл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55BDE2B" w14:textId="32FEF6EF" w:rsidR="00A904C4" w:rsidRPr="0063699D" w:rsidRDefault="0059166B" w:rsidP="0059166B">
      <w:pPr>
        <w:spacing w:after="0" w:line="360" w:lineRule="auto"/>
        <w:ind w:left="36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    </w:t>
      </w:r>
      <w:proofErr w:type="spellStart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>Бігуаніди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буформін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глібутид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метформін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06707C9" w14:textId="5DE45A74" w:rsidR="00A904C4" w:rsidRPr="0063699D" w:rsidRDefault="0059166B" w:rsidP="0059166B">
      <w:pPr>
        <w:spacing w:after="0" w:line="360" w:lineRule="auto"/>
        <w:ind w:left="36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    </w:t>
      </w:r>
      <w:proofErr w:type="spellStart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>Різних</w:t>
      </w:r>
      <w:proofErr w:type="spellEnd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>хімічних</w:t>
      </w:r>
      <w:proofErr w:type="spellEnd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>груп</w:t>
      </w:r>
      <w:proofErr w:type="spellEnd"/>
      <w:r w:rsidR="00FC2AAC" w:rsidRPr="0063699D">
        <w:rPr>
          <w:rFonts w:asciiTheme="majorBidi" w:hAnsiTheme="majorBidi" w:cstheme="majorBidi"/>
          <w:i/>
          <w:iCs/>
          <w:sz w:val="22"/>
          <w:lang w:val="ru-RU"/>
        </w:rPr>
        <w:t>.</w:t>
      </w:r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тіозолідона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розиглітазон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піоглітазон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акарбоза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глюкобай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/,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глифазин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збір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Арфазетин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»)</w:t>
      </w:r>
    </w:p>
    <w:p w14:paraId="6BA2A713" w14:textId="1BA13091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9F063CF" w14:textId="1AEEF1CE" w:rsidR="00A904C4" w:rsidRPr="0063699D" w:rsidRDefault="0059166B" w:rsidP="0059166B">
      <w:pPr>
        <w:spacing w:after="0" w:line="360" w:lineRule="auto"/>
        <w:ind w:left="36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   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підшлункової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631E938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глюкагону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3CCEE32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7DAE0E3" w14:textId="5D1B47DD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другого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2F22D85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лейкопенія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тромбоцитопенія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жовтяниця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5FC924FA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Серцево-судинні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ризику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ІХС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29C669C" w14:textId="77777777" w:rsidR="00A904C4" w:rsidRPr="0063699D" w:rsidRDefault="00FC2AAC" w:rsidP="0059166B">
      <w:pPr>
        <w:pStyle w:val="ListParagraph"/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Гастроінтестінальні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прояви.</w:t>
      </w:r>
    </w:p>
    <w:p w14:paraId="051935B5" w14:textId="28204754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Бігуаніди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32E1BB9" w14:textId="0C9BD84B" w:rsidR="00A904C4" w:rsidRPr="0063699D" w:rsidRDefault="0059166B" w:rsidP="0059166B">
      <w:pPr>
        <w:spacing w:after="0" w:line="360" w:lineRule="auto"/>
        <w:ind w:left="36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   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лактацидемія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аж до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лактоцидемічної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коми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(особливо у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гіпоксією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AEA602D" w14:textId="77777777" w:rsidR="00A904C4" w:rsidRPr="0063699D" w:rsidRDefault="00FC2AAC" w:rsidP="0059166B">
      <w:pPr>
        <w:spacing w:after="0" w:line="360" w:lineRule="auto"/>
        <w:ind w:left="36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присмак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епігастрії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пронос,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анорексія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785B43" w14:textId="2B50CFD1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тіозолідону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520D08" w14:textId="01E129E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Вторинна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антидіабетичних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6CAB0C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8EC26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6850174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795978F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24-річної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інсулінзалежний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200 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0E40950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інсулінозалежного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150 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461D07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D45CA7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F3349B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поєднаного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букарбан-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хлорпропамід-бутадіон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глібенкламід-тетрациклін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букарбон-аспірин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хлорпропамід-етіонаміду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535F228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197A5D2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вторинна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1C15974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інсулінонезалежного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91B432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тіозолідону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DBAC212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Короткодіючий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0B4198F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пролонгованої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4567CD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u w:val="single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u w:val="single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u w:val="single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ультратард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актрапід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інсулін-семіленте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актрапід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хумулін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НПХ,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хумалог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u w:val="single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u w:val="single"/>
          <w:lang w:val="ru-RU"/>
        </w:rPr>
        <w:t>: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тваринного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Для кожного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9AC100C" w14:textId="77777777" w:rsidR="00A904C4" w:rsidRPr="0063699D" w:rsidRDefault="00FC2AAC" w:rsidP="00A565D1">
      <w:pPr>
        <w:pStyle w:val="ListParagraph"/>
        <w:numPr>
          <w:ilvl w:val="0"/>
          <w:numId w:val="2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Наступні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u w:val="single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u w:val="single"/>
          <w:lang w:val="ru-RU"/>
        </w:rPr>
        <w:t>: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глюкобай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глюренорм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глібутид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манініл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сіофор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u w:val="single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сульфонілсечовини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сульфонілсечовини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бігуаніди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F0577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758C9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642C6A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регулярного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гірше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тривога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тремор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707EF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267A660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Бутамід</w:t>
      </w:r>
      <w:proofErr w:type="spellEnd"/>
    </w:p>
    <w:p w14:paraId="40A9AE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</w:p>
    <w:p w14:paraId="489B43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</w:p>
    <w:p w14:paraId="0788AA1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Глібутід</w:t>
      </w:r>
      <w:proofErr w:type="spellEnd"/>
    </w:p>
    <w:p w14:paraId="20F319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56-річного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сечовипускання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2921D8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транспорт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</w:p>
    <w:p w14:paraId="1281A2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утилізації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</w:p>
    <w:p w14:paraId="1239C5A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С.Стимулює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острівців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Лангерганса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D6009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альфа-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острівців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Лангерганса</w:t>
      </w:r>
      <w:proofErr w:type="spellEnd"/>
    </w:p>
    <w:p w14:paraId="7853CD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кишечнику</w:t>
      </w:r>
    </w:p>
    <w:p w14:paraId="4205B1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70-річного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інсулінонезалежний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вводити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F8789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Мерказоліл</w:t>
      </w:r>
      <w:proofErr w:type="spellEnd"/>
    </w:p>
    <w:p w14:paraId="3DADC4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</w:p>
    <w:p w14:paraId="4E63A4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FA877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Паратиреоідін</w:t>
      </w:r>
      <w:proofErr w:type="spellEnd"/>
    </w:p>
    <w:p w14:paraId="5CF15B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Е. Кортизон</w:t>
      </w:r>
    </w:p>
    <w:p w14:paraId="3240FF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60-річного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глюкозурію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</w:t>
      </w:r>
    </w:p>
    <w:p w14:paraId="029723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Корглікон</w:t>
      </w:r>
      <w:proofErr w:type="spellEnd"/>
    </w:p>
    <w:p w14:paraId="7B2F2B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</w:p>
    <w:p w14:paraId="5B9F20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С. Окситоцин</w:t>
      </w:r>
    </w:p>
    <w:p w14:paraId="02A4E7B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 Панкреатин</w:t>
      </w:r>
    </w:p>
    <w:p w14:paraId="0B5AB8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2619F4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похилого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 типу,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ожирінням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атеросклерозом,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базальною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гиперінсулінемією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628B0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</w:p>
    <w:p w14:paraId="41F93C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</w:p>
    <w:p w14:paraId="1183F22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Ретаболіл</w:t>
      </w:r>
      <w:proofErr w:type="spellEnd"/>
    </w:p>
    <w:p w14:paraId="0DEDEF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Ловастатин</w:t>
      </w:r>
      <w:proofErr w:type="spellEnd"/>
    </w:p>
    <w:p w14:paraId="7C0EBA1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Амлодипін</w:t>
      </w:r>
      <w:proofErr w:type="spellEnd"/>
    </w:p>
    <w:p w14:paraId="5C05226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ангіопатією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сульфонілсечовини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другого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мікроциркуляцію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добре переноситься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</w:t>
      </w:r>
    </w:p>
    <w:p w14:paraId="4C067A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Глібутід</w:t>
      </w:r>
      <w:proofErr w:type="spellEnd"/>
    </w:p>
    <w:p w14:paraId="2F833A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В.Глібенкламід</w:t>
      </w:r>
      <w:proofErr w:type="spellEnd"/>
    </w:p>
    <w:p w14:paraId="5854F0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Акарбоза</w:t>
      </w:r>
      <w:proofErr w:type="spellEnd"/>
    </w:p>
    <w:p w14:paraId="4D94E10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</w:p>
    <w:p w14:paraId="6389451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</w:p>
    <w:p w14:paraId="242D9AF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60-річний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Семіленте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впродовж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9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годину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49ED4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глікогенолізу</w:t>
      </w:r>
      <w:proofErr w:type="spellEnd"/>
    </w:p>
    <w:p w14:paraId="5C45DD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напіврозпаду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глюкагону</w:t>
      </w:r>
    </w:p>
    <w:p w14:paraId="7F4CC9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напіврозпаду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Семіленте</w:t>
      </w:r>
      <w:proofErr w:type="spellEnd"/>
    </w:p>
    <w:p w14:paraId="3FDB66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біодоступності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Семіленте</w:t>
      </w:r>
      <w:proofErr w:type="spellEnd"/>
    </w:p>
    <w:p w14:paraId="5EF55A8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</w:p>
    <w:p w14:paraId="059E112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доставлений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коматозному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анамнезу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Об'єктивно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Куссмауля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запах ацетону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введений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C05F7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</w:p>
    <w:p w14:paraId="2BF07D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409F24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Ізадрін</w:t>
      </w:r>
      <w:proofErr w:type="spellEnd"/>
    </w:p>
    <w:p w14:paraId="4CA17D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5444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DC5DD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невідкладної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AD931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</w:p>
    <w:p w14:paraId="2949BC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ацетат</w:t>
      </w:r>
    </w:p>
    <w:p w14:paraId="0CDDB44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r w:rsidRPr="0063699D">
        <w:rPr>
          <w:rFonts w:asciiTheme="majorBidi" w:hAnsiTheme="majorBidi" w:cstheme="majorBidi"/>
          <w:sz w:val="22"/>
        </w:rPr>
        <w:t>L</w:t>
      </w:r>
      <w:r w:rsidRPr="0063699D">
        <w:rPr>
          <w:rFonts w:asciiTheme="majorBidi" w:hAnsiTheme="majorBidi" w:cstheme="majorBidi"/>
          <w:sz w:val="22"/>
          <w:lang w:val="ru-RU"/>
        </w:rPr>
        <w:t>-тироксин</w:t>
      </w:r>
    </w:p>
    <w:p w14:paraId="305B036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</w:p>
    <w:p w14:paraId="2E9D816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</w:p>
    <w:p w14:paraId="6B7AD6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ІІ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627AB3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підшлунковою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залозою</w:t>
      </w:r>
      <w:proofErr w:type="spellEnd"/>
    </w:p>
    <w:p w14:paraId="1852F1F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</w:p>
    <w:p w14:paraId="411857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О2</w:t>
      </w:r>
    </w:p>
    <w:p w14:paraId="5DD0B03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фагоцитоз,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хемотаксис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лейкоцитів</w:t>
      </w:r>
      <w:proofErr w:type="spellEnd"/>
    </w:p>
    <w:p w14:paraId="2A0613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карбоангідразу</w:t>
      </w:r>
      <w:proofErr w:type="spellEnd"/>
    </w:p>
    <w:p w14:paraId="462866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медсестра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помилково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майже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подвійну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свідомості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Поставлено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ввести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16FFA61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</w:p>
    <w:p w14:paraId="6893D72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AB318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</w:p>
    <w:p w14:paraId="13C23B2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Глюкозу   </w:t>
      </w:r>
    </w:p>
    <w:p w14:paraId="1D6353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68C1D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цукрознижуючий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 </w:t>
      </w:r>
    </w:p>
    <w:p w14:paraId="48632B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F7AB4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17918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DBD9D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бігуанідів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E487A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сульфонілсечовини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D80025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компенсований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ендокринолога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стану.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свербіння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поліурія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протидіабетичний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бігуанідів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 </w:t>
      </w:r>
    </w:p>
    <w:p w14:paraId="42E6C2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Акарбоза</w:t>
      </w:r>
      <w:proofErr w:type="spellEnd"/>
    </w:p>
    <w:p w14:paraId="29CD4F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471BC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Гліклазид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5A65B4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Глібенкламід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AB783E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Метформін</w:t>
      </w:r>
      <w:proofErr w:type="spellEnd"/>
    </w:p>
    <w:p w14:paraId="3D4BD9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параметрів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21F195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Транспорт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амінокислот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BFF56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глюконеогенезу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DA1E6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Транспорт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70A76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тригліцеридів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77392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глікогену</w:t>
      </w:r>
      <w:proofErr w:type="spellEnd"/>
    </w:p>
    <w:p w14:paraId="47CE2C2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B805D9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693FF2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6B0D1C3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23. ЛІКАРСЬКІ ЗАСОБИ, ЩО ВПЛИВАЮТЬ НА ФОСФОРНО-КАЛЬЦІЄВИЙ ОБМІН. ПРИНЦИПИ ЛІКУВАННЯ ОСТЕОПОРОЗУ ТА ОСТЕОХОНДРОЗУ. ПРОТИПОДАГРИЧНІ ЗАСОБИ. КИСЛОТИ, ЛУГИ.ПРЕПАРАТИ ЛУЖНИХ ТА ЛУЖНОЗЕМЕЛЬНИХ МЕТАЛІВ.</w:t>
      </w:r>
    </w:p>
    <w:p w14:paraId="086C0813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337E7966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фосфор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відіграють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гомеостазу,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фосфору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остеопорозу,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остеомаляції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фіброзного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остеїту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604164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життєдіяльності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середовища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гомеостазу. Одним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ланок є кислотно-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рівновага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сторону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ацидозу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алкалозу.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рівноваги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лужноземельних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осмотична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5D640B6" w14:textId="77777777" w:rsidR="00A904C4" w:rsidRPr="0063699D" w:rsidRDefault="00FC2AAC">
      <w:pPr>
        <w:spacing w:before="120" w:after="12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фосфорно-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підібрати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лужноземельних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77D471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C1CB6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49671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Регулювання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кальцієво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-фосфорного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</w:p>
    <w:p w14:paraId="6A943FCE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гомеостазу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460BDFE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Паратиреоїдний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гормон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роль;</w:t>
      </w:r>
    </w:p>
    <w:p w14:paraId="1E65924A" w14:textId="24CCCCA0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паратиреоїдного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гормону (ПТГ).</w:t>
      </w:r>
    </w:p>
    <w:p w14:paraId="39A9F2A1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Вторинні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гомеостазу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</w:p>
    <w:p w14:paraId="47CDEAD9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Кальцитонін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роль.</w:t>
      </w:r>
    </w:p>
    <w:p w14:paraId="41B750F0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гомеостазу.</w:t>
      </w:r>
    </w:p>
    <w:p w14:paraId="30A8D351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участь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7BF92E1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Негормональні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гомеостаз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72B460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Бісфосфонати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7EC3A2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23E1F6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фосфору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A0787A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Гіперкальціємія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Салуретики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Біфосфонати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этиндронат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памідронат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оксиетилідендифосфонова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Кальцитонін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Митраміцин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23ABF8F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Гіпокальціємія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прояви.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2D37F41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Остеопороз, причини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Етидронат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6C5C432" w14:textId="77777777" w:rsidR="00A904C4" w:rsidRPr="0063699D" w:rsidRDefault="00FC2AAC" w:rsidP="00A565D1">
      <w:pPr>
        <w:pStyle w:val="ListParagraph"/>
        <w:numPr>
          <w:ilvl w:val="0"/>
          <w:numId w:val="2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Педжета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кальцитоніну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бисфосфонатами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0475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остеопорозу та остеохондрозу.</w:t>
      </w:r>
    </w:p>
    <w:p w14:paraId="320C3B9C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інтраартикулярних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57A41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біосинтетичних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хондроцитах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3FE19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хрящовій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BD93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Нормолизація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синовіальної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D454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Протекторна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хряща .</w:t>
      </w:r>
    </w:p>
    <w:p w14:paraId="43BCD5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запального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47460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синдрому.</w:t>
      </w:r>
    </w:p>
    <w:p w14:paraId="4F55FAE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запального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87DFB1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навколосуглобових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9D46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внутрішньокісткового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регіонального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A15F6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D6222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Стратегія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медикаментозної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остеоартрозу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</w:p>
    <w:p w14:paraId="45E7FD71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Хондромодулююча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хондропротекторна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хондростимулююча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хрящ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румалон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артепорон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мукартрін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хондроїтинсульфат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гіалуронова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алфлутоп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FF2AD64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НПЗЗ.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антранілової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вольтарен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піразолону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пропіонової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бруфен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індолуксусної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оксикамів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мелоксикам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кеторолак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німесулід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целекоксиб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димексин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BF2D142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Кортикостероїди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кортизон,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триамцинолон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D52BB9A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Остеохин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9F3C8A1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алое, ФІБС,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склоподібне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 АТФ.</w:t>
      </w:r>
    </w:p>
    <w:p w14:paraId="08649F7C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внутрішньокістковий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регіональний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но-шпа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47071B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лізосомальних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Гордокс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контрикал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трисалол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E84CFC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энзимнотерапії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чинять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нормолізуючу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Еленіум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міолостан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DE1F89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06CA9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Г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Урікозуричні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3A5FE53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21A9C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ксантиноксидазу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1F5BF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бензбромарон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B87ECF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FE58785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канальцях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бензобромарон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пробеніцид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сульфінпіразон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антуран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уродан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кебузон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38CB542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уралит,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солуран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магурлит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блемарен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8128ACD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алломарон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бензобромарон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7A63D4FA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азотистих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шлаків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сечокам'яній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уролесан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фітолізин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цистенал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2EE7A6C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подагри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колхіцин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71DB67F5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302355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кислот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лугів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резорбтивна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6C83B23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травного тракту.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917D97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кислотами і лугами.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A8BD575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4188CDE8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систем;</w:t>
      </w:r>
    </w:p>
    <w:p w14:paraId="38502668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роль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5DE378C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солей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05F8E8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солей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</w:p>
    <w:p w14:paraId="252AD0A6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солей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6932726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651DB83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жовчогінний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D5EEA10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D462781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7664279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депримуюча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ЦНС.</w:t>
      </w:r>
    </w:p>
    <w:p w14:paraId="09110828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D72A518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солей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приготування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плазмозамінних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перфузійних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2347D42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Ізотонічні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розчини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плазмо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-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кровозамінників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2B62A6A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10. </w:t>
      </w:r>
      <w:r w:rsidRPr="0063699D">
        <w:rPr>
          <w:rFonts w:asciiTheme="majorBidi" w:hAnsiTheme="majorBidi" w:cstheme="majorBidi"/>
          <w:i/>
          <w:sz w:val="22"/>
          <w:lang w:val="ru-RU"/>
        </w:rPr>
        <w:t>Глюкоза</w:t>
      </w:r>
      <w:r w:rsidRPr="0063699D">
        <w:rPr>
          <w:rFonts w:asciiTheme="majorBidi" w:hAnsiTheme="majorBidi" w:cstheme="majorBidi"/>
          <w:sz w:val="22"/>
          <w:lang w:val="ru-RU"/>
        </w:rPr>
        <w:t xml:space="preserve">,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енергетичне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осмотичну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185EB63" w14:textId="77777777" w:rsidR="00A904C4" w:rsidRPr="0063699D" w:rsidRDefault="00FC2AAC" w:rsidP="0059166B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11.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Кисень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9A42EB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AA14F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97357E9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0055E4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подагри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CEBFA46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остеопорозі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ED1F3B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НПЗЗ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оксикамів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артриті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D3DF12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лізосомальних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2177B3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НПЗЗ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антранілової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7F9F6C8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Остеотропний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7D07BD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Стимулятор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хрящової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остеохондрозу.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69E902A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внутрішньокістковий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регіональний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C0D5F12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НПЗЗ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804F7C7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остеомаляції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A256A7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клімактеричного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остеопорозу.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клімактеричного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остеопорозу.</w:t>
      </w:r>
    </w:p>
    <w:p w14:paraId="1BE2F17A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гіперкальціємії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фосфорно-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C56A09F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Соляна кислота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гіпоацидному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5CE2A8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салуретиків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701A47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7ACE810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F4F9896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Плазмозамінники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парентерального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харчування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».</w:t>
      </w:r>
    </w:p>
    <w:p w14:paraId="6B9D862F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Дифосфонат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Педжета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31B529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Хондропротекторний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EFF9194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канальцях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D80B0A3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ксантиноксидазу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D0516D5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азотистих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шлаків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сечокам'яній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749DD5D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подагри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BE3FE1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Протиподагрічний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8A587C3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ізотонічний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560254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Сольовий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кровозамінник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A43D16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Кровозамінник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6C85667" w14:textId="77777777" w:rsidR="00A904C4" w:rsidRPr="0063699D" w:rsidRDefault="00FC2AAC" w:rsidP="00A565D1">
      <w:pPr>
        <w:pStyle w:val="ListParagraph"/>
        <w:numPr>
          <w:ilvl w:val="0"/>
          <w:numId w:val="2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Кровозамінник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ацидозі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A765F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7007A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0857D23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перелому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окістя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C2955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</w:p>
    <w:p w14:paraId="48CFC1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</w:p>
    <w:p w14:paraId="65489AA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Циклофосфан</w:t>
      </w:r>
      <w:proofErr w:type="spellEnd"/>
    </w:p>
    <w:p w14:paraId="2D6199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</w:p>
    <w:p w14:paraId="143BB9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Циклоспорин</w:t>
      </w:r>
      <w:proofErr w:type="spellEnd"/>
    </w:p>
    <w:p w14:paraId="5259F6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низкою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гіпервітамінозу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притаманно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гіпервітамінозу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059EC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</w:p>
    <w:p w14:paraId="74DF0C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</w:p>
    <w:p w14:paraId="2BE31D0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присмак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2DD40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Гіпокальціємія</w:t>
      </w:r>
      <w:proofErr w:type="spellEnd"/>
    </w:p>
    <w:p w14:paraId="3D0524F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</w:p>
    <w:p w14:paraId="09683F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ангіоспазму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ін’єкційній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20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почервоніння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свербіння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обличчя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верхньої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тулуба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зникло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40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 </w:t>
      </w:r>
    </w:p>
    <w:p w14:paraId="7F4779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741FB5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7F80F52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14B086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Піридоксин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68D58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Рибофлавін</w:t>
      </w:r>
      <w:proofErr w:type="spellEnd"/>
    </w:p>
    <w:p w14:paraId="777FF9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консолідації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перелому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реабілітації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ретаболіл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 </w:t>
      </w:r>
    </w:p>
    <w:p w14:paraId="0387105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Фемінізація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F8A76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Схуднення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DFA96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Маскулінізація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798F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Катаболічний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F9408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D1A3B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подагрою,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27826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Ксантиноксидази</w:t>
      </w:r>
      <w:proofErr w:type="spellEnd"/>
    </w:p>
    <w:p w14:paraId="66766D6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Аденинфосфорибозилтрансферази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84EFE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Гуаніндезамінази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97F99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Гіпоксантинфосфорибозилтрансферази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F1FA54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Аденозиндезамінази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C152E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65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кислоту.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буде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439564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Пелагра</w:t>
      </w:r>
      <w:proofErr w:type="spellEnd"/>
    </w:p>
    <w:p w14:paraId="55339A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кровоносних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</w:p>
    <w:p w14:paraId="37B93E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A3EB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 Атеросклероз</w:t>
      </w:r>
    </w:p>
    <w:p w14:paraId="2380C9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Е. Гепатит</w:t>
      </w:r>
    </w:p>
    <w:p w14:paraId="1EC5C68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те,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погано спить, сильно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намистоподібні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стовщення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ребрах,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викривлення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ніжок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буде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?</w:t>
      </w:r>
    </w:p>
    <w:p w14:paraId="245D998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ацетат  </w:t>
      </w:r>
    </w:p>
    <w:p w14:paraId="35D7DF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Токоферолу ацетат  </w:t>
      </w:r>
    </w:p>
    <w:p w14:paraId="35AA180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Ергокальциферолу</w:t>
      </w:r>
      <w:proofErr w:type="spellEnd"/>
    </w:p>
    <w:p w14:paraId="59695C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Рибофлавіну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A1EBE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87B21C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подагри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продукт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тканинах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сечею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6CB97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Гіпоксантин</w:t>
      </w:r>
      <w:proofErr w:type="spellEnd"/>
    </w:p>
    <w:p w14:paraId="3B726E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Аденозин  </w:t>
      </w:r>
    </w:p>
    <w:p w14:paraId="2FF52CD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</w:t>
      </w:r>
      <w:proofErr w:type="spellEnd"/>
    </w:p>
    <w:p w14:paraId="6BC4E8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C1C28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5F59C8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55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подагри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урикозуричної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125AE7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</w:p>
    <w:p w14:paraId="446DB7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0221D6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</w:p>
    <w:p w14:paraId="77CF8F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ксантиноксидази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0CA989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легкорозчинних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солей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</w:p>
    <w:p w14:paraId="274C72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ортопедичне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остеопорозу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асептичного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некрозу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стегна.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першу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AC817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глюконат  </w:t>
      </w:r>
    </w:p>
    <w:p w14:paraId="293F6A8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0E6C49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</w:p>
    <w:p w14:paraId="30109E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Кальцітонін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AC2F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Ціанокобаламін</w:t>
      </w:r>
      <w:proofErr w:type="spellEnd"/>
    </w:p>
    <w:p w14:paraId="50ABE53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Хлопчику 9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карієс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проводили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кальцитоніну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розраховував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D84D6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остеобластів</w:t>
      </w:r>
      <w:proofErr w:type="spellEnd"/>
    </w:p>
    <w:p w14:paraId="1C2387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гліколізу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A0EC9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порожнині</w:t>
      </w:r>
      <w:proofErr w:type="spellEnd"/>
    </w:p>
    <w:p w14:paraId="445E6E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фтору  </w:t>
      </w:r>
    </w:p>
    <w:p w14:paraId="75D0034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слини</w:t>
      </w:r>
      <w:proofErr w:type="spellEnd"/>
    </w:p>
    <w:p w14:paraId="4819AE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артриту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1C54C92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фосфоліпази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А2</w:t>
      </w:r>
    </w:p>
    <w:p w14:paraId="7BB63B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циклооксигенази-1  </w:t>
      </w:r>
    </w:p>
    <w:p w14:paraId="1911D4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 Блокада циклооксигенази-2</w:t>
      </w:r>
    </w:p>
    <w:p w14:paraId="5C209C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фолатсинтетази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A19D4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фолатредуктази</w:t>
      </w:r>
      <w:proofErr w:type="spellEnd"/>
    </w:p>
    <w:p w14:paraId="7C057C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Хлопчик 15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потрапив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аварію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місяців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перебуває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постільному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режимі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схуднення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стану.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азоту,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97BF9B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Прогестерон</w:t>
      </w:r>
    </w:p>
    <w:p w14:paraId="2428AF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7F064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</w:p>
    <w:p w14:paraId="6C49254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D26F3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Ретаболіл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687F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дегідратації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35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крововиливу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плазмозамінник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циркулює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 </w:t>
      </w:r>
    </w:p>
    <w:p w14:paraId="45E95D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Рінгера-Лока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24BF98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Реополіглюкін</w:t>
      </w:r>
      <w:proofErr w:type="spellEnd"/>
    </w:p>
    <w:p w14:paraId="653EAE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0,9%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хлориду  </w:t>
      </w:r>
    </w:p>
    <w:p w14:paraId="30B933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Полідез</w:t>
      </w:r>
      <w:proofErr w:type="spellEnd"/>
    </w:p>
    <w:p w14:paraId="4BF5B4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5%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2C0D56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синдрому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рівноваги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(алкалоз).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16AEADB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 </w:t>
      </w:r>
    </w:p>
    <w:p w14:paraId="464A60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E7267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 </w:t>
      </w:r>
    </w:p>
    <w:p w14:paraId="75EE38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карбонат  </w:t>
      </w:r>
    </w:p>
    <w:p w14:paraId="4EEE84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 </w:t>
      </w:r>
    </w:p>
    <w:p w14:paraId="2F6852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на подагру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регулярно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пронос,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хвора?  </w:t>
      </w:r>
    </w:p>
    <w:p w14:paraId="503D8F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Парацетамол  </w:t>
      </w:r>
    </w:p>
    <w:p w14:paraId="64B682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8B59B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A0883A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3AF75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D29AC5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2C4754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5D49E6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8CCCAD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38FD2E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1724E3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92FEE9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C27D919" w14:textId="619950BF" w:rsidR="0059166B" w:rsidRPr="0063699D" w:rsidRDefault="0059166B" w:rsidP="0059166B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ЛІКАРСЬКІ  ЗАСОБИ,  ЩО  ВПЛИВАЮТЬ</w:t>
      </w:r>
    </w:p>
    <w:p w14:paraId="4FC0854D" w14:textId="77777777" w:rsidR="0059166B" w:rsidRPr="0063699D" w:rsidRDefault="0059166B" w:rsidP="0059166B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НА ІМУННІ  ПРОЦЕСИ</w:t>
      </w:r>
    </w:p>
    <w:p w14:paraId="74A4DACE" w14:textId="333DB6C4" w:rsidR="00A904C4" w:rsidRPr="0063699D" w:rsidRDefault="0059166B" w:rsidP="0059166B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24. ОСНОВНІ ЗАСАДИ СУЧАСНОЇ ІМУНОФАРМАКОЛОГІЇ. ВАКЦИНИ, ІМУНОГЛОБУЛІНИ ТА ІНШІ СКЛАДНІ БІОЛОГІЧНО-АКТИВНІ ПРЕПАРАТИ. ОСОБЛИВОСТІ ТА УМОВИ ЗАСТОСУВАННЯ. ПОВІЛЬНО ДІЮЧІ ПРОТИЗАПАЛЬНІ ЗАСОБИ.</w:t>
      </w:r>
    </w:p>
    <w:p w14:paraId="736AFD41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будь-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залежать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вірулентності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обраного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протиінфекційного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одужання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відіграють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імуномодулятори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особливого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досягла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медико-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биологічна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дисципліна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тварин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A82A085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імуномодулятори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54FC8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768F5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208CDE8B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імуномодулятори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423B88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</w:p>
    <w:p w14:paraId="22F2C3B9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замісна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імунодефіцити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564B5896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23925E2B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пригничуюча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1334BC5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імуносупресивної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7EEAE96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антиметаболіти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азотиоприн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бреквинар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микофенолат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моферил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мизорибин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4AACB185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алкілуючі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циклофосфамід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хлорбутин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5E230CE9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циклоспорин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такролімус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рапамицин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хлорамфенікол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1B33F6F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дактіноміцін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даунорубицин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блеомицин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5495314E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7A916F14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антилимфоцитарний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глобулін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(АЛГ),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антимоноцитарний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глобулін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(АТГ),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моноклональні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(ОКТ-3,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зенапакс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385F38C5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напроксен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3811A3A0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вінкристин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вінбластин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аспарагиназа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салазопиридазин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17BF0499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6202266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імуносупресантів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9D45B19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ШКТ,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схильність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2B7C931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канцерогенність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цитостатики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репродуктивної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(10-70 %),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тератогенність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затримка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росту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синдром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гіперпігментації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геморагічні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алопеція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2FAE20FD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імуностимулюючої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463448A0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імунітету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пурину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піримідину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пентоксил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ED2FD3C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(макрофаги)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нуклеінат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зимозан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(БЦЖ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пірогенал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продигіозан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F49E234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лімфоцити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дибазол,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тактивін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тимоген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вілозен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цинку,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інтерлейкіни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(ІЛ-2);</w:t>
      </w:r>
    </w:p>
    <w:p w14:paraId="3077C4F3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лімфоцити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мієлопід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тафицин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даларгін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енкефаліни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амастатин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7DCB72DE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</w:t>
      </w:r>
      <w:r w:rsidRPr="0063699D">
        <w:rPr>
          <w:rFonts w:asciiTheme="majorBidi" w:hAnsiTheme="majorBidi" w:cstheme="majorBidi"/>
          <w:sz w:val="22"/>
        </w:rPr>
        <w:t>K</w:t>
      </w:r>
      <w:r w:rsidRPr="0063699D">
        <w:rPr>
          <w:rFonts w:asciiTheme="majorBidi" w:hAnsiTheme="majorBidi" w:cstheme="majorBidi"/>
          <w:sz w:val="22"/>
          <w:lang w:val="ru-RU"/>
        </w:rPr>
        <w:t xml:space="preserve"> та В-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лимфокаїни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противірусні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изопринозин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плаценти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102B1A1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елеутерококу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лимоннику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С, Е, А;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F650E15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2DA15FE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імуностимуляторів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438A98D3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Імуноглобуліни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15B18B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10.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648E1A2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вакцин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іммуногена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504F046" w14:textId="77777777" w:rsidR="00A904C4" w:rsidRPr="0063699D" w:rsidRDefault="00FC2AAC" w:rsidP="00A565D1">
      <w:pPr>
        <w:pStyle w:val="ListParagraph"/>
        <w:numPr>
          <w:ilvl w:val="0"/>
          <w:numId w:val="2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цільномікробні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цільновіріонні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виготовлення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свою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цілісність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98280E6" w14:textId="77777777" w:rsidR="00A904C4" w:rsidRPr="0063699D" w:rsidRDefault="00FC2AAC" w:rsidP="00A565D1">
      <w:pPr>
        <w:pStyle w:val="ListParagraph"/>
        <w:numPr>
          <w:ilvl w:val="0"/>
          <w:numId w:val="2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продуктів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життєдіяльності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інтегральних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компонентів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E97DEBB" w14:textId="77777777" w:rsidR="00A904C4" w:rsidRPr="0063699D" w:rsidRDefault="00FC2AAC" w:rsidP="00A565D1">
      <w:pPr>
        <w:pStyle w:val="ListParagraph"/>
        <w:numPr>
          <w:ilvl w:val="0"/>
          <w:numId w:val="2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генно-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інженерні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продукти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експресії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3488A58" w14:textId="77777777" w:rsidR="00A904C4" w:rsidRPr="0063699D" w:rsidRDefault="00FC2AAC" w:rsidP="00A565D1">
      <w:pPr>
        <w:pStyle w:val="ListParagraph"/>
        <w:numPr>
          <w:ilvl w:val="0"/>
          <w:numId w:val="2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химерні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векторні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контролює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протективного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убудований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нешкідливий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те,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буде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щепленого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нарешті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</w:t>
      </w:r>
    </w:p>
    <w:p w14:paraId="00F026B8" w14:textId="77777777" w:rsidR="00A904C4" w:rsidRPr="0063699D" w:rsidRDefault="00FC2AAC" w:rsidP="00A565D1">
      <w:pPr>
        <w:pStyle w:val="ListParagraph"/>
        <w:numPr>
          <w:ilvl w:val="0"/>
          <w:numId w:val="2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де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іммуногена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аналог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протективного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методом прямого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синтезу.</w:t>
      </w:r>
    </w:p>
    <w:p w14:paraId="1809FEAB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вакцин:</w:t>
      </w:r>
    </w:p>
    <w:p w14:paraId="527BA4D6" w14:textId="77777777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убиті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(вакцина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коклюшу,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вакцина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сказу, вакцина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гепатиту А);</w:t>
      </w:r>
    </w:p>
    <w:p w14:paraId="6C6F8C5B" w14:textId="77777777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поліомієліту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кору, паротиту,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краснухи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E6862B7" w14:textId="77777777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корпускулярні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коклюшна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(як компонент АКДС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Тетракок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антирабична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лептоспирозна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грипозні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цельновирионні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енцефаліту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гепатиту А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Аваксим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));</w:t>
      </w:r>
    </w:p>
    <w:p w14:paraId="559FD06F" w14:textId="77777777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полісахаридні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Менинго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А+З, Акт-ХІБ,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23,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Тифим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ацеллюлярні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коклюшні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F0C16E0" w14:textId="77777777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векторні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рекомбинантні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(рекомбинантна вакцина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гепатиту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, вакцина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ротавирусной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3DD68670" w14:textId="1EB2E38D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рибосомальні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дизентерійна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ИРС-19, Бронхо-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мунал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Рибомунил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9F0424A" w14:textId="77777777" w:rsidR="00A904C4" w:rsidRPr="0063699D" w:rsidRDefault="00FC2AAC" w:rsidP="00A565D1">
      <w:pPr>
        <w:pStyle w:val="ListParagraph"/>
        <w:numPr>
          <w:ilvl w:val="0"/>
          <w:numId w:val="2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другої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кон'юговані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суб'єдиничні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рекомбинантні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векторні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12BF549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Позитивні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одержання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вакцин.</w:t>
      </w:r>
    </w:p>
    <w:p w14:paraId="4E6DDAA5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69BFB6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EC85CD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етіотропною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2D5FDC3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абсолютній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ступінь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74F815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спрямованості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супресія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модуляція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ступеня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in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vitro</w:t>
      </w:r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конкретного хворого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«маятника»).</w:t>
      </w:r>
    </w:p>
    <w:p w14:paraId="605E1A17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курсу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нейроендокринних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1BC3BE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Поєднання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ланки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310C44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супровідної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5B0680B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імуномодуляторів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конкретного хворого.</w:t>
      </w:r>
    </w:p>
    <w:p w14:paraId="7B943194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зростає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тяжкому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багаторазовому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3EF4D2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пам'ятати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дефіциту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ланки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імунітету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компенсує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431872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поспішних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висновків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півроку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020DA682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рецидивів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своєчасне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0B97B94" w14:textId="77777777" w:rsidR="00A904C4" w:rsidRPr="0063699D" w:rsidRDefault="00FC2AAC" w:rsidP="00A565D1">
      <w:pPr>
        <w:pStyle w:val="ListParagraph"/>
        <w:numPr>
          <w:ilvl w:val="0"/>
          <w:numId w:val="2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мікроелементів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адаптогенів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сорбціоної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6C6B901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12.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B43CD8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вогнище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8F105F" w14:textId="77777777" w:rsidR="00A904C4" w:rsidRPr="0063699D" w:rsidRDefault="00FC2AAC" w:rsidP="0059166B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14.Фармакологічні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флуметазону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пілавату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73E78C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15.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D86DA4C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16.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7179CA" w14:textId="77777777" w:rsidR="00A904C4" w:rsidRPr="0063699D" w:rsidRDefault="00FC2AAC" w:rsidP="0059166B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17.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золота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ауранофин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ауротиомалат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15A0E9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6EF0A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B627CD3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5BA982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трансплантації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імунодепресантів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запобігання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відторгнення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трансплантата.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запобігання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 у 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рецепту препарат за Вашим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82A7A3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простудні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імунітету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65CFA9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рецепт:</w:t>
      </w:r>
    </w:p>
    <w:p w14:paraId="6ADC701E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тимуса,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імунодефіцитних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станах, вводиться парентерально;</w:t>
      </w:r>
    </w:p>
    <w:p w14:paraId="25C6140E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нуклеїнової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лейкопоез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лейкопенії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млявому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ран;</w:t>
      </w:r>
    </w:p>
    <w:p w14:paraId="3AFC18F4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цитокінів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противірусну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імуностимулюючу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антипроліферативну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456277F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гістаміноблокаторів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ЦНС;</w:t>
      </w:r>
    </w:p>
    <w:p w14:paraId="283631B1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перешкоджає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виробленню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типу;</w:t>
      </w:r>
    </w:p>
    <w:p w14:paraId="421D2533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імуногенез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цитокінів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антиген-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антитіло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уповільненого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типу.</w:t>
      </w:r>
    </w:p>
    <w:p w14:paraId="7328DD75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Протималярійний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поліартриті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C4B9BC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Протиревматичний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цитостатичну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лейкоцитарну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інфільтрацію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запалених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1607E2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антиметаболіт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3957D9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вибірковим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систему.</w:t>
      </w:r>
    </w:p>
    <w:p w14:paraId="45EBFC38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37C8C3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алкілуючу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1DA134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антиметаболіт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урикозуричну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BE22DA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систему.</w:t>
      </w:r>
    </w:p>
    <w:p w14:paraId="344BF2AB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інгаляційного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імуносупресивної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0A94C0E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зовнішнього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D7AF4B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ланки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ланку.</w:t>
      </w:r>
    </w:p>
    <w:p w14:paraId="426CB3E7" w14:textId="77777777" w:rsidR="00A904C4" w:rsidRPr="0063699D" w:rsidRDefault="00FC2AAC" w:rsidP="00A565D1">
      <w:pPr>
        <w:pStyle w:val="ListParagraph"/>
        <w:numPr>
          <w:ilvl w:val="0"/>
          <w:numId w:val="2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поліартриті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F3E6EB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92A85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6F5CC8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32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склеродермії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імуносупресивний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протималярійний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 </w:t>
      </w:r>
    </w:p>
    <w:p w14:paraId="55883A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Азатіоприн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6628B0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1F722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0EF22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1010B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Хлорохін</w:t>
      </w:r>
      <w:proofErr w:type="spellEnd"/>
    </w:p>
    <w:p w14:paraId="101D2D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лейкопоезу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колоніостимулюючих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4A797EB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Гемостимулін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1FF74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Лейкоген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01884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Пентоксил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7950F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Філграстим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C88C2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Ферковен</w:t>
      </w:r>
      <w:proofErr w:type="spellEnd"/>
    </w:p>
    <w:p w14:paraId="559061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імуностимулятор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імуностимуляторів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E8D1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 </w:t>
      </w:r>
    </w:p>
    <w:p w14:paraId="64B312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млявим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44CE1F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уповільненого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 </w:t>
      </w:r>
    </w:p>
    <w:p w14:paraId="329927F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89FEB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назване</w:t>
      </w:r>
      <w:proofErr w:type="spellEnd"/>
    </w:p>
    <w:p w14:paraId="6A0753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імуностимулятора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 </w:t>
      </w:r>
    </w:p>
    <w:p w14:paraId="362A13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Азатіоприн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72B3B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08B69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Циклофосфан</w:t>
      </w:r>
      <w:proofErr w:type="spellEnd"/>
    </w:p>
    <w:p w14:paraId="1F47EB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51FD1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50AC3D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показано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коливань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горомонів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надниркових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7AAD09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Всю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B49F8A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2/3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залишилось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вдень  </w:t>
      </w:r>
    </w:p>
    <w:p w14:paraId="3FD515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Всю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ввечері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C9E33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Рівномірно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дня  </w:t>
      </w:r>
    </w:p>
    <w:p w14:paraId="0C207AF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2/3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ввечері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те,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залишилось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519F4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артриту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вибрав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5FB56C6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4E0C43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Парацетамол  </w:t>
      </w:r>
    </w:p>
    <w:p w14:paraId="477F78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 </w:t>
      </w:r>
    </w:p>
    <w:p w14:paraId="003CE7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</w:p>
    <w:p w14:paraId="3B99B37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28652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поліартрит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 </w:t>
      </w:r>
    </w:p>
    <w:p w14:paraId="4625DB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циклооксигенази</w:t>
      </w:r>
      <w:proofErr w:type="spellEnd"/>
    </w:p>
    <w:p w14:paraId="356F0A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00378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фосфоліпази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0327B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ліпооксигенази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  </w:t>
      </w:r>
    </w:p>
    <w:p w14:paraId="4BC33A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BA3DF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56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поліартрит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 </w:t>
      </w:r>
    </w:p>
    <w:p w14:paraId="78BCCA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DAF8B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28957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 Седуксен 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79F804C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ADCA16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Парацетамол</w:t>
      </w:r>
    </w:p>
    <w:p w14:paraId="3D280A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ревматоїдного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артриту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нездужання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некротична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гранулоцитів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443866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Парацетамол</w:t>
      </w:r>
    </w:p>
    <w:p w14:paraId="42D2DA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Димексид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E036FF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Піроксикам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4EB82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 </w:t>
      </w:r>
    </w:p>
    <w:p w14:paraId="69EA96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789828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оскільки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циклооксигенази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буде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знижуватись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1621B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Простагландинів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4BB505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A9B7E5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Йодтиронінів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3A4C0E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Катехоламінів</w:t>
      </w:r>
      <w:proofErr w:type="spellEnd"/>
    </w:p>
    <w:p w14:paraId="12D723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Лейкотриєнів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28504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аміногликозидами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фагоцитів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титр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антитіл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</w:t>
      </w:r>
    </w:p>
    <w:p w14:paraId="23FD2B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426B63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Ферроцерон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D8FF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1BBBD7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Вікасол</w:t>
      </w:r>
      <w:proofErr w:type="spellEnd"/>
    </w:p>
    <w:p w14:paraId="1044596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92762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статусу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піодермією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поглинальної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фагоцитів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нейтрофілів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6FA68F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2F98D85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</w:p>
    <w:p w14:paraId="15B065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тимусу   </w:t>
      </w:r>
    </w:p>
    <w:p w14:paraId="2B4363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Лізоцим</w:t>
      </w:r>
      <w:proofErr w:type="spellEnd"/>
    </w:p>
    <w:p w14:paraId="535F6C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</w:p>
    <w:p w14:paraId="0EC1F13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іонізуючого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опромінювання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імунограмі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відмічене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Т-ланки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імунітету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  </w:t>
      </w:r>
    </w:p>
    <w:p w14:paraId="414F9C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Азатиопрін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2630EC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DEBAC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Дексометазон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15326CF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</w:p>
    <w:p w14:paraId="4A8C22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Настойку женьшеню</w:t>
      </w:r>
    </w:p>
    <w:p w14:paraId="7D207D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артритом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гарячку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себе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задовільно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став причиною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28AAF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  </w:t>
      </w:r>
    </w:p>
    <w:p w14:paraId="7D79D9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692F3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Суліндак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0E8173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Еуфілін</w:t>
      </w:r>
      <w:proofErr w:type="spellEnd"/>
    </w:p>
    <w:p w14:paraId="17469A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AA15F8A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BDAF87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4A7AC412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2C0D475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AA37841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C4910BC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A13BBD5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219DBC8" w14:textId="77777777" w:rsidR="00A904C4" w:rsidRPr="0063699D" w:rsidRDefault="00FC2AAC" w:rsidP="0059166B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25. СТИМУЛЯТОРИ МЕТАБОЛІЧНИХ ПРОЦЕСІВ.</w:t>
      </w:r>
    </w:p>
    <w:p w14:paraId="051155BC" w14:textId="362DF325" w:rsidR="00A904C4" w:rsidRPr="0063699D" w:rsidRDefault="00FC2AAC" w:rsidP="0059166B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ФЕРМЕНТАТИВНІ ЗАСОБИ ТА ІНГІБІТОРИ ФЕРМЕНТІВ.</w:t>
      </w:r>
    </w:p>
    <w:p w14:paraId="0512CB1E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3D06EBC1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широке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багатьох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станах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D8F2B3F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87AEB7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EA77344" w14:textId="77777777" w:rsidR="00A904C4" w:rsidRPr="0063699D" w:rsidRDefault="00FC2AAC" w:rsidP="0059166B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ab/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28FDE566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2F5650E6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енергозабезпечення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D6A4F0A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Глюкоза.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шоках,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колапсах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антиінтоксикаційної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266F10D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Триметазидин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трофіки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сітлівки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ока. </w:t>
      </w:r>
    </w:p>
    <w:p w14:paraId="123A3EF7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Гепатопротекторна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F8E48E5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АТФ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енергозабезпечення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08F57C0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амінокислот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626436E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Глутамінова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епілепсії у дорослих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ДЦП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F5B558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антиінтоксикаційної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Гепатопротекторна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дистрофії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3AB767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Церебролізин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ЦНС. </w:t>
      </w:r>
    </w:p>
    <w:p w14:paraId="649ABA5D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EC7AB9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бджіл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продукти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життєдіяльності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12CC520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Апілак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прополіс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апізатрон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віпросал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отоларингології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судинорозширювальна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аналгезуюча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D93461F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5F609DF" w14:textId="58949CBD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Карнітин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схуднення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навантаженнях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ендокринної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AE59E74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алое.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5FCBE74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233AC9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регенерацію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тканин:</w:t>
      </w:r>
    </w:p>
    <w:p w14:paraId="4E931845" w14:textId="50DF475D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Актовегін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C16F471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Солкосерил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дерматологічній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7AC8A0A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антигіпоксанти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1386631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Эмоксипин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мікроциркуляції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B5475B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Токоферол.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дистрофічних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47F5AED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4D03374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гнійно-некротичних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трипсин,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хімотрипсин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хімопсін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терилітин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дезоксирибонуклеаза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коллагеназа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профезим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5252BEA2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пепсин,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панкреатин,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панзинорм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фестал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мезим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-форте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B68305B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фібринолітичні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фібринолізин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стрептокіназа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стрептодеказа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урокіназа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алтеплаза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713F549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аспарагиназа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3B5F6BE" w14:textId="7D7A7743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хворобах,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хворобах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</w:t>
      </w:r>
      <w:r w:rsidRPr="0063699D">
        <w:rPr>
          <w:rFonts w:asciiTheme="majorBidi" w:hAnsiTheme="majorBidi" w:cstheme="majorBidi"/>
          <w:sz w:val="22"/>
          <w:lang w:val="ru-RU"/>
        </w:rPr>
        <w:lastRenderedPageBreak/>
        <w:t>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злоякісних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згортання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C7AF5E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59F628B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протеїназ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фібринолізу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апротинін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контрікал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гордокс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амінокапронова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E944D95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фізостигмін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галантамін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A7113DC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МАО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ниаламид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F13CABE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карбоангідрази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555C378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ксантиноксидазы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алопуринол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638DABC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ацетальдегідрогенази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дисульфірам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E2C6025" w14:textId="77777777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ЦОГ – НПЗЗ.</w:t>
      </w:r>
    </w:p>
    <w:p w14:paraId="07716368" w14:textId="60ED183B" w:rsidR="00A904C4" w:rsidRPr="0063699D" w:rsidRDefault="00FC2AAC" w:rsidP="00A565D1">
      <w:pPr>
        <w:pStyle w:val="ListParagraph"/>
        <w:numPr>
          <w:ilvl w:val="0"/>
          <w:numId w:val="2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FF38E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13742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0FF8316A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F8C5905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Антиферментний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трипсину,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каллікреїну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випускається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флаконах по 10000, 30000, 50000 ОД в сухому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панкреатиті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панкреонекрозу. </w:t>
      </w:r>
    </w:p>
    <w:p w14:paraId="063FE06C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навантаження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мазь, до складу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входить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B914D46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жиророзчинного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антиоксидантною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анаболічною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04E5F8D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виробленню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негативного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рефлексу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алкоголю.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B49E5C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глаукому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ацидоз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агранулоцитоз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12BE5E4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перенесеного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інсульту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рухової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1F5E0E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пам’яті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680D3D" w14:textId="77777777" w:rsidR="00A904C4" w:rsidRPr="0063699D" w:rsidRDefault="00FC2AAC" w:rsidP="00A565D1">
      <w:pPr>
        <w:pStyle w:val="ListParagraph"/>
        <w:numPr>
          <w:ilvl w:val="0"/>
          <w:numId w:val="2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підшлункової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D0A1F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2E191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528500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поступила хвора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панкреатиту: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проносом,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оперізуючим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зневодненням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 з антиферментною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показаний хворому?  </w:t>
      </w:r>
    </w:p>
    <w:p w14:paraId="5374C5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1CE4F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Контрікал</w:t>
      </w:r>
      <w:proofErr w:type="spellEnd"/>
    </w:p>
    <w:p w14:paraId="22B9EF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21DFB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 </w:t>
      </w:r>
    </w:p>
    <w:p w14:paraId="635361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0BD9E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утворюються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щільність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розрихлення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сполучнотканинних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56C3E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496A7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Амілаза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295C43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694A9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Кокарбоксилаза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2441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Холінестераза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044A5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карнітину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1A4FE17" w14:textId="77777777" w:rsidR="00A904C4" w:rsidRPr="0063699D" w:rsidRDefault="00FC2AAC" w:rsidP="00A565D1">
      <w:pPr>
        <w:pStyle w:val="ListParagraph"/>
        <w:numPr>
          <w:ilvl w:val="0"/>
          <w:numId w:val="2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капілярів</w:t>
      </w:r>
      <w:proofErr w:type="spellEnd"/>
    </w:p>
    <w:p w14:paraId="71B49650" w14:textId="77777777" w:rsidR="00A904C4" w:rsidRPr="0063699D" w:rsidRDefault="00FC2AAC" w:rsidP="00A565D1">
      <w:pPr>
        <w:pStyle w:val="ListParagraph"/>
        <w:numPr>
          <w:ilvl w:val="0"/>
          <w:numId w:val="2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коефіцієнт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засвоєння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</w:p>
    <w:p w14:paraId="37F772B9" w14:textId="77777777" w:rsidR="00A904C4" w:rsidRPr="0063699D" w:rsidRDefault="00FC2AAC" w:rsidP="00A565D1">
      <w:pPr>
        <w:pStyle w:val="ListParagraph"/>
        <w:numPr>
          <w:ilvl w:val="0"/>
          <w:numId w:val="2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катаболічною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</w:p>
    <w:p w14:paraId="2AF90032" w14:textId="77777777" w:rsidR="00A904C4" w:rsidRPr="0063699D" w:rsidRDefault="00FC2AAC" w:rsidP="00A565D1">
      <w:pPr>
        <w:pStyle w:val="ListParagraph"/>
        <w:numPr>
          <w:ilvl w:val="0"/>
          <w:numId w:val="2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</w:t>
      </w:r>
    </w:p>
    <w:p w14:paraId="2D89419A" w14:textId="77777777" w:rsidR="00A904C4" w:rsidRPr="0063699D" w:rsidRDefault="00FC2AAC" w:rsidP="00A565D1">
      <w:pPr>
        <w:pStyle w:val="ListParagraph"/>
        <w:numPr>
          <w:ilvl w:val="0"/>
          <w:numId w:val="2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судиноруховий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 </w:t>
      </w:r>
    </w:p>
    <w:p w14:paraId="05A676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рибоксину</w:t>
      </w:r>
      <w:proofErr w:type="spellEnd"/>
    </w:p>
    <w:p w14:paraId="5E24B559" w14:textId="77777777" w:rsidR="00A904C4" w:rsidRPr="0063699D" w:rsidRDefault="00FC2AAC" w:rsidP="00A565D1">
      <w:pPr>
        <w:pStyle w:val="ListParagraph"/>
        <w:numPr>
          <w:ilvl w:val="0"/>
          <w:numId w:val="2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Бери-бери</w:t>
      </w:r>
    </w:p>
    <w:p w14:paraId="414E0EFE" w14:textId="77777777" w:rsidR="00A904C4" w:rsidRPr="0063699D" w:rsidRDefault="00FC2AAC" w:rsidP="00A565D1">
      <w:pPr>
        <w:pStyle w:val="ListParagraph"/>
        <w:numPr>
          <w:ilvl w:val="0"/>
          <w:numId w:val="2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Мегалобластна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анемія</w:t>
      </w:r>
      <w:proofErr w:type="spellEnd"/>
    </w:p>
    <w:p w14:paraId="6AA2032F" w14:textId="77777777" w:rsidR="00A904C4" w:rsidRPr="0063699D" w:rsidRDefault="00FC2AAC" w:rsidP="00A565D1">
      <w:pPr>
        <w:pStyle w:val="ListParagraph"/>
        <w:numPr>
          <w:ilvl w:val="0"/>
          <w:numId w:val="2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ІХС</w:t>
      </w:r>
    </w:p>
    <w:p w14:paraId="646104E7" w14:textId="77777777" w:rsidR="00A904C4" w:rsidRPr="0063699D" w:rsidRDefault="00FC2AAC" w:rsidP="00A565D1">
      <w:pPr>
        <w:pStyle w:val="ListParagraph"/>
        <w:numPr>
          <w:ilvl w:val="0"/>
          <w:numId w:val="2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Рахіт</w:t>
      </w:r>
      <w:proofErr w:type="spellEnd"/>
    </w:p>
    <w:p w14:paraId="79060228" w14:textId="77777777" w:rsidR="00A904C4" w:rsidRPr="0063699D" w:rsidRDefault="00FC2AAC" w:rsidP="00A565D1">
      <w:pPr>
        <w:pStyle w:val="ListParagraph"/>
        <w:numPr>
          <w:ilvl w:val="0"/>
          <w:numId w:val="2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Пелагра</w:t>
      </w:r>
      <w:proofErr w:type="spellEnd"/>
    </w:p>
    <w:p w14:paraId="768DBC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жиророзчинний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антиоксидантною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</w:p>
    <w:p w14:paraId="36848F94" w14:textId="77777777" w:rsidR="00A904C4" w:rsidRPr="0063699D" w:rsidRDefault="00FC2AAC" w:rsidP="00A565D1">
      <w:pPr>
        <w:pStyle w:val="ListParagraph"/>
        <w:numPr>
          <w:ilvl w:val="0"/>
          <w:numId w:val="2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1684F2F7" w14:textId="77777777" w:rsidR="00A904C4" w:rsidRPr="0063699D" w:rsidRDefault="00FC2AAC" w:rsidP="00A565D1">
      <w:pPr>
        <w:pStyle w:val="ListParagraph"/>
        <w:numPr>
          <w:ilvl w:val="0"/>
          <w:numId w:val="2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Токоферол</w:t>
      </w:r>
    </w:p>
    <w:p w14:paraId="0569AB2D" w14:textId="77777777" w:rsidR="00A904C4" w:rsidRPr="0063699D" w:rsidRDefault="00FC2AAC" w:rsidP="00A565D1">
      <w:pPr>
        <w:pStyle w:val="ListParagraph"/>
        <w:numPr>
          <w:ilvl w:val="0"/>
          <w:numId w:val="2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</w:p>
    <w:p w14:paraId="41D88EBA" w14:textId="77777777" w:rsidR="00A904C4" w:rsidRPr="0063699D" w:rsidRDefault="00FC2AAC" w:rsidP="00A565D1">
      <w:pPr>
        <w:pStyle w:val="ListParagraph"/>
        <w:numPr>
          <w:ilvl w:val="0"/>
          <w:numId w:val="2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Рібофлавин</w:t>
      </w:r>
      <w:proofErr w:type="spellEnd"/>
    </w:p>
    <w:p w14:paraId="2BE843F2" w14:textId="77777777" w:rsidR="00A904C4" w:rsidRPr="0063699D" w:rsidRDefault="00FC2AAC" w:rsidP="00A565D1">
      <w:pPr>
        <w:pStyle w:val="ListParagraph"/>
        <w:numPr>
          <w:ilvl w:val="0"/>
          <w:numId w:val="2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Ретинол</w:t>
      </w:r>
      <w:proofErr w:type="spellEnd"/>
    </w:p>
    <w:p w14:paraId="088374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токоферола ацетату</w:t>
      </w:r>
    </w:p>
    <w:p w14:paraId="361D220B" w14:textId="77777777" w:rsidR="00A904C4" w:rsidRPr="0063699D" w:rsidRDefault="00FC2AAC" w:rsidP="00A565D1">
      <w:pPr>
        <w:pStyle w:val="ListParagraph"/>
        <w:numPr>
          <w:ilvl w:val="0"/>
          <w:numId w:val="2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кровотечі</w:t>
      </w:r>
      <w:proofErr w:type="spellEnd"/>
    </w:p>
    <w:p w14:paraId="16AFE1A1" w14:textId="77777777" w:rsidR="00A904C4" w:rsidRPr="0063699D" w:rsidRDefault="00FC2AAC" w:rsidP="00A565D1">
      <w:pPr>
        <w:pStyle w:val="ListParagraph"/>
        <w:numPr>
          <w:ilvl w:val="0"/>
          <w:numId w:val="2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Самочинні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аборти</w:t>
      </w:r>
      <w:proofErr w:type="spellEnd"/>
    </w:p>
    <w:p w14:paraId="746FAAF6" w14:textId="77777777" w:rsidR="00A904C4" w:rsidRPr="0063699D" w:rsidRDefault="00FC2AAC" w:rsidP="00A565D1">
      <w:pPr>
        <w:pStyle w:val="ListParagraph"/>
        <w:numPr>
          <w:ilvl w:val="0"/>
          <w:numId w:val="2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AFE9886" w14:textId="77777777" w:rsidR="00A904C4" w:rsidRPr="0063699D" w:rsidRDefault="00FC2AAC" w:rsidP="00A565D1">
      <w:pPr>
        <w:pStyle w:val="ListParagraph"/>
        <w:numPr>
          <w:ilvl w:val="0"/>
          <w:numId w:val="2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Бері-бері</w:t>
      </w:r>
      <w:proofErr w:type="spellEnd"/>
    </w:p>
    <w:p w14:paraId="142E41F2" w14:textId="77777777" w:rsidR="00A904C4" w:rsidRPr="0063699D" w:rsidRDefault="00FC2AAC" w:rsidP="00A565D1">
      <w:pPr>
        <w:pStyle w:val="ListParagraph"/>
        <w:numPr>
          <w:ilvl w:val="0"/>
          <w:numId w:val="2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Невріт</w:t>
      </w:r>
      <w:proofErr w:type="spellEnd"/>
    </w:p>
    <w:p w14:paraId="4DA49E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F6A4027" w14:textId="77777777" w:rsidR="00A904C4" w:rsidRPr="0063699D" w:rsidRDefault="00FC2AAC" w:rsidP="00A565D1">
      <w:pPr>
        <w:pStyle w:val="ListParagraph"/>
        <w:numPr>
          <w:ilvl w:val="0"/>
          <w:numId w:val="2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Колагеназа</w:t>
      </w:r>
      <w:proofErr w:type="spellEnd"/>
    </w:p>
    <w:p w14:paraId="6A2BF84C" w14:textId="77777777" w:rsidR="00A904C4" w:rsidRPr="0063699D" w:rsidRDefault="00FC2AAC" w:rsidP="00A565D1">
      <w:pPr>
        <w:pStyle w:val="ListParagraph"/>
        <w:numPr>
          <w:ilvl w:val="0"/>
          <w:numId w:val="2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Фібринолізин</w:t>
      </w:r>
      <w:proofErr w:type="spellEnd"/>
    </w:p>
    <w:p w14:paraId="33E17D89" w14:textId="77777777" w:rsidR="00A904C4" w:rsidRPr="0063699D" w:rsidRDefault="00FC2AAC" w:rsidP="00A565D1">
      <w:pPr>
        <w:pStyle w:val="ListParagraph"/>
        <w:numPr>
          <w:ilvl w:val="0"/>
          <w:numId w:val="2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Стрептокіназа</w:t>
      </w:r>
      <w:proofErr w:type="spellEnd"/>
    </w:p>
    <w:p w14:paraId="6C99C942" w14:textId="77777777" w:rsidR="00A904C4" w:rsidRPr="0063699D" w:rsidRDefault="00FC2AAC" w:rsidP="00A565D1">
      <w:pPr>
        <w:pStyle w:val="ListParagraph"/>
        <w:numPr>
          <w:ilvl w:val="0"/>
          <w:numId w:val="2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Панзинорм</w:t>
      </w:r>
      <w:proofErr w:type="spellEnd"/>
    </w:p>
    <w:p w14:paraId="62CAD6AB" w14:textId="77777777" w:rsidR="00A904C4" w:rsidRPr="0063699D" w:rsidRDefault="00FC2AAC" w:rsidP="00A565D1">
      <w:pPr>
        <w:pStyle w:val="ListParagraph"/>
        <w:numPr>
          <w:ilvl w:val="0"/>
          <w:numId w:val="2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Контрікал</w:t>
      </w:r>
      <w:proofErr w:type="spellEnd"/>
    </w:p>
    <w:p w14:paraId="1A9A5B5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ферментативний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інфікованих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некротизованої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EAE6D00" w14:textId="77777777" w:rsidR="00A904C4" w:rsidRPr="0063699D" w:rsidRDefault="00FC2AAC" w:rsidP="00A565D1">
      <w:pPr>
        <w:pStyle w:val="ListParagraph"/>
        <w:numPr>
          <w:ilvl w:val="0"/>
          <w:numId w:val="2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Контрікал</w:t>
      </w:r>
      <w:proofErr w:type="spellEnd"/>
    </w:p>
    <w:p w14:paraId="7498576A" w14:textId="77777777" w:rsidR="00A904C4" w:rsidRPr="0063699D" w:rsidRDefault="00FC2AAC" w:rsidP="00A565D1">
      <w:pPr>
        <w:pStyle w:val="ListParagraph"/>
        <w:numPr>
          <w:ilvl w:val="0"/>
          <w:numId w:val="2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Пенициліназа</w:t>
      </w:r>
      <w:proofErr w:type="spellEnd"/>
    </w:p>
    <w:p w14:paraId="135E631D" w14:textId="77777777" w:rsidR="00A904C4" w:rsidRPr="0063699D" w:rsidRDefault="00FC2AAC" w:rsidP="00A565D1">
      <w:pPr>
        <w:pStyle w:val="ListParagraph"/>
        <w:numPr>
          <w:ilvl w:val="0"/>
          <w:numId w:val="2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Трипсин</w:t>
      </w:r>
    </w:p>
    <w:p w14:paraId="270D0EB4" w14:textId="77777777" w:rsidR="00A904C4" w:rsidRPr="0063699D" w:rsidRDefault="00FC2AAC" w:rsidP="00A565D1">
      <w:pPr>
        <w:pStyle w:val="ListParagraph"/>
        <w:numPr>
          <w:ilvl w:val="0"/>
          <w:numId w:val="2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Колагеназа</w:t>
      </w:r>
      <w:proofErr w:type="spellEnd"/>
    </w:p>
    <w:p w14:paraId="3AF9C796" w14:textId="77777777" w:rsidR="00A904C4" w:rsidRPr="0063699D" w:rsidRDefault="00FC2AAC" w:rsidP="00A565D1">
      <w:pPr>
        <w:pStyle w:val="ListParagraph"/>
        <w:numPr>
          <w:ilvl w:val="0"/>
          <w:numId w:val="2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Пепсин</w:t>
      </w:r>
    </w:p>
    <w:p w14:paraId="1B6AA8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5C2824A" w14:textId="77777777" w:rsidR="00A904C4" w:rsidRPr="0063699D" w:rsidRDefault="00FC2AAC" w:rsidP="00A565D1">
      <w:pPr>
        <w:pStyle w:val="ListParagraph"/>
        <w:numPr>
          <w:ilvl w:val="0"/>
          <w:numId w:val="2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аденовірусів</w:t>
      </w:r>
      <w:proofErr w:type="spellEnd"/>
    </w:p>
    <w:p w14:paraId="720D36B5" w14:textId="77777777" w:rsidR="00A904C4" w:rsidRPr="0063699D" w:rsidRDefault="00FC2AAC" w:rsidP="00A565D1">
      <w:pPr>
        <w:pStyle w:val="ListParagraph"/>
        <w:numPr>
          <w:ilvl w:val="0"/>
          <w:numId w:val="2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Розм'якшує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рубці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розсмоктуванню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гематом</w:t>
      </w:r>
    </w:p>
    <w:p w14:paraId="7FF8B82F" w14:textId="77777777" w:rsidR="00A904C4" w:rsidRPr="0063699D" w:rsidRDefault="00FC2AAC" w:rsidP="00A565D1">
      <w:pPr>
        <w:pStyle w:val="ListParagraph"/>
        <w:numPr>
          <w:ilvl w:val="0"/>
          <w:numId w:val="2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Полегшує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в’язких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секретів</w:t>
      </w:r>
      <w:proofErr w:type="spellEnd"/>
    </w:p>
    <w:p w14:paraId="03BEDBCA" w14:textId="77777777" w:rsidR="00A904C4" w:rsidRPr="0063699D" w:rsidRDefault="00FC2AAC" w:rsidP="00A565D1">
      <w:pPr>
        <w:pStyle w:val="ListParagraph"/>
        <w:numPr>
          <w:ilvl w:val="0"/>
          <w:numId w:val="2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</w:t>
      </w:r>
      <w:proofErr w:type="spellEnd"/>
    </w:p>
    <w:p w14:paraId="4C027979" w14:textId="77777777" w:rsidR="00A904C4" w:rsidRPr="0063699D" w:rsidRDefault="00FC2AAC" w:rsidP="00A565D1">
      <w:pPr>
        <w:pStyle w:val="ListParagraph"/>
        <w:numPr>
          <w:ilvl w:val="0"/>
          <w:numId w:val="2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травлення</w:t>
      </w:r>
      <w:proofErr w:type="spellEnd"/>
    </w:p>
    <w:p w14:paraId="15FAED6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С:</w:t>
      </w:r>
    </w:p>
    <w:p w14:paraId="5673399A" w14:textId="77777777" w:rsidR="00A904C4" w:rsidRPr="0063699D" w:rsidRDefault="00FC2AAC" w:rsidP="00A565D1">
      <w:pPr>
        <w:pStyle w:val="ListParagraph"/>
        <w:numPr>
          <w:ilvl w:val="0"/>
          <w:numId w:val="2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Цинга</w:t>
      </w:r>
    </w:p>
    <w:p w14:paraId="1D759BF8" w14:textId="77777777" w:rsidR="00A904C4" w:rsidRPr="0063699D" w:rsidRDefault="00FC2AAC" w:rsidP="00A565D1">
      <w:pPr>
        <w:pStyle w:val="ListParagraph"/>
        <w:numPr>
          <w:ilvl w:val="0"/>
          <w:numId w:val="2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ІХС</w:t>
      </w:r>
    </w:p>
    <w:p w14:paraId="43ED3676" w14:textId="77777777" w:rsidR="00A904C4" w:rsidRPr="0063699D" w:rsidRDefault="00FC2AAC" w:rsidP="00A565D1">
      <w:pPr>
        <w:pStyle w:val="ListParagraph"/>
        <w:numPr>
          <w:ilvl w:val="0"/>
          <w:numId w:val="2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травлення</w:t>
      </w:r>
      <w:proofErr w:type="spellEnd"/>
    </w:p>
    <w:p w14:paraId="7E4F1DA3" w14:textId="77777777" w:rsidR="00A904C4" w:rsidRPr="0063699D" w:rsidRDefault="00FC2AAC" w:rsidP="00A565D1">
      <w:pPr>
        <w:pStyle w:val="ListParagraph"/>
        <w:numPr>
          <w:ilvl w:val="0"/>
          <w:numId w:val="2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Невралгії</w:t>
      </w:r>
      <w:proofErr w:type="spellEnd"/>
    </w:p>
    <w:p w14:paraId="3C30EF13" w14:textId="77777777" w:rsidR="00A904C4" w:rsidRPr="0063699D" w:rsidRDefault="00FC2AAC" w:rsidP="00A565D1">
      <w:pPr>
        <w:pStyle w:val="ListParagraph"/>
        <w:numPr>
          <w:ilvl w:val="0"/>
          <w:numId w:val="2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Рахіт</w:t>
      </w:r>
      <w:proofErr w:type="spellEnd"/>
    </w:p>
    <w:p w14:paraId="3C50854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протеолітичних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8165C78" w14:textId="77777777" w:rsidR="00A904C4" w:rsidRPr="0063699D" w:rsidRDefault="00FC2AAC" w:rsidP="00A565D1">
      <w:pPr>
        <w:pStyle w:val="ListParagraph"/>
        <w:numPr>
          <w:ilvl w:val="0"/>
          <w:numId w:val="2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Контрікал</w:t>
      </w:r>
      <w:proofErr w:type="spellEnd"/>
    </w:p>
    <w:p w14:paraId="0CE659B7" w14:textId="77777777" w:rsidR="00A904C4" w:rsidRPr="0063699D" w:rsidRDefault="00FC2AAC" w:rsidP="00A565D1">
      <w:pPr>
        <w:pStyle w:val="ListParagraph"/>
        <w:numPr>
          <w:ilvl w:val="0"/>
          <w:numId w:val="2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Фестал</w:t>
      </w:r>
      <w:proofErr w:type="spellEnd"/>
    </w:p>
    <w:p w14:paraId="7C0C672B" w14:textId="77777777" w:rsidR="00A904C4" w:rsidRPr="0063699D" w:rsidRDefault="00FC2AAC" w:rsidP="00A565D1">
      <w:pPr>
        <w:pStyle w:val="ListParagraph"/>
        <w:numPr>
          <w:ilvl w:val="0"/>
          <w:numId w:val="2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>Трипсин</w:t>
      </w:r>
    </w:p>
    <w:p w14:paraId="02DEC47A" w14:textId="77777777" w:rsidR="00A904C4" w:rsidRPr="0063699D" w:rsidRDefault="00FC2AAC" w:rsidP="00A565D1">
      <w:pPr>
        <w:pStyle w:val="ListParagraph"/>
        <w:numPr>
          <w:ilvl w:val="0"/>
          <w:numId w:val="2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Аспарагиназа</w:t>
      </w:r>
      <w:proofErr w:type="spellEnd"/>
    </w:p>
    <w:p w14:paraId="37242681" w14:textId="77777777" w:rsidR="00A904C4" w:rsidRPr="0063699D" w:rsidRDefault="00FC2AAC" w:rsidP="00A565D1">
      <w:pPr>
        <w:pStyle w:val="ListParagraph"/>
        <w:numPr>
          <w:ilvl w:val="0"/>
          <w:numId w:val="2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Кокарбоксилаза</w:t>
      </w:r>
      <w:proofErr w:type="spellEnd"/>
    </w:p>
    <w:p w14:paraId="00E606D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контрікалу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3A07C9C" w14:textId="77777777" w:rsidR="00A904C4" w:rsidRPr="0063699D" w:rsidRDefault="00FC2AAC" w:rsidP="00A565D1">
      <w:pPr>
        <w:pStyle w:val="ListParagraph"/>
        <w:numPr>
          <w:ilvl w:val="0"/>
          <w:numId w:val="2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Гемеролопія</w:t>
      </w:r>
      <w:proofErr w:type="spellEnd"/>
    </w:p>
    <w:p w14:paraId="0ED929BE" w14:textId="77777777" w:rsidR="00A904C4" w:rsidRPr="0063699D" w:rsidRDefault="00FC2AAC" w:rsidP="00A565D1">
      <w:pPr>
        <w:pStyle w:val="ListParagraph"/>
        <w:numPr>
          <w:ilvl w:val="0"/>
          <w:numId w:val="2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рубцевих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</w:p>
    <w:p w14:paraId="3C231E6D" w14:textId="77777777" w:rsidR="00A904C4" w:rsidRPr="0063699D" w:rsidRDefault="00FC2AAC" w:rsidP="00A565D1">
      <w:pPr>
        <w:pStyle w:val="ListParagraph"/>
        <w:numPr>
          <w:ilvl w:val="0"/>
          <w:numId w:val="2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панкреатит</w:t>
      </w:r>
    </w:p>
    <w:p w14:paraId="2A5306DD" w14:textId="77777777" w:rsidR="00A904C4" w:rsidRPr="0063699D" w:rsidRDefault="00FC2AAC" w:rsidP="00A565D1">
      <w:pPr>
        <w:pStyle w:val="ListParagraph"/>
        <w:numPr>
          <w:ilvl w:val="0"/>
          <w:numId w:val="2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Мегалобластна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анемія</w:t>
      </w:r>
      <w:proofErr w:type="spellEnd"/>
    </w:p>
    <w:p w14:paraId="4E3B248D" w14:textId="77777777" w:rsidR="00A904C4" w:rsidRPr="0063699D" w:rsidRDefault="00FC2AAC" w:rsidP="00A565D1">
      <w:pPr>
        <w:pStyle w:val="ListParagraph"/>
        <w:numPr>
          <w:ilvl w:val="0"/>
          <w:numId w:val="2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ІХС</w:t>
      </w:r>
    </w:p>
    <w:p w14:paraId="4DF60E0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3846C4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A3B65F8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3C3A427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26. СУЧАСНІ ПРОБЛЕМИ ТА ОСОБЛИВОСТІ ВИКОРИСТАННЯ ПРОТИПУХЛИННИХ ЗАСОБІВ. РАДІОПРОТЕКТОРИ І ЗАСОБИ, ЯКІ СПРИЯЮТЬ ВИВЕДЕННЮ РАДІОНУКЛІДІВ.</w:t>
      </w:r>
    </w:p>
    <w:p w14:paraId="537D2377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2C66806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належать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найтяжчих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недуг,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людство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Згідно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статистики, число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онкологічних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неухильно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зростає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методом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своєчасне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оперативне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випромінювання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часто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оперативне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 широким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розповсюдженням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опромінення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народному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господарстві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сьогодні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ми часто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зустрічаємося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потраплянні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радіонуклідів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забрудненні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навколишнього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середовища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аваріях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виробництвах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радіоактивних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радіонуклідів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0914EDA" w14:textId="77777777" w:rsidR="00A904C4" w:rsidRPr="0063699D" w:rsidRDefault="00FC2AAC" w:rsidP="0059166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18ABC2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26186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2673948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погляди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протибластомних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злоякісних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новоутворень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протибластомних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циклу. </w:t>
      </w:r>
    </w:p>
    <w:p w14:paraId="2D0D73AC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цитостатики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цитостатичних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1B5244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B2FF12A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Поліфункціональні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алкілуючі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943B8D8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Спорідненні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алкілуючі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Прокарбазин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Дакарбазин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Альтретамін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Цисплатин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616EF1E" w14:textId="4452B11D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нитрозосечовини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Кармустин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Ломустін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8E011AA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Антиметаболіти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7127057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пурину.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Флюдарбіна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фосфат, 6-тіопурини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кладрибін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96C7B51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пиримідину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цитрабін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азацитідін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C3B7BC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4C6C4A96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аспарагіназа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гидроксісечовина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мітоксантрон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мітотан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71764B89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</w:p>
    <w:p w14:paraId="623CBEF4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рослинні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вінкристин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вінбластин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подофиллотоксини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паклітаксел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</w:p>
    <w:p w14:paraId="4F767DF7" w14:textId="2617EE91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антрацикліни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дактіноміцин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плікаміцин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блеомицин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0FCB5914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гонадотропін-рилізинг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гормону,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ароматази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72520C5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уявлення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666EA80" w14:textId="77777777" w:rsidR="00A904C4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Радіоізотопні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золота 198</w:t>
      </w:r>
      <w:r w:rsidRPr="0063699D">
        <w:rPr>
          <w:rFonts w:asciiTheme="majorBidi" w:hAnsiTheme="majorBidi" w:cstheme="majorBidi"/>
          <w:sz w:val="22"/>
        </w:rPr>
        <w:t>Au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йодид,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радіоактивним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йодом 131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F5BEC9" w14:textId="77777777" w:rsidR="0059166B" w:rsidRPr="0063699D" w:rsidRDefault="00FC2AAC" w:rsidP="00A565D1">
      <w:pPr>
        <w:pStyle w:val="ListParagraph"/>
        <w:numPr>
          <w:ilvl w:val="0"/>
          <w:numId w:val="2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радіонукліди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53F0E89" w14:textId="7E6B6B06" w:rsidR="00A904C4" w:rsidRPr="0063699D" w:rsidRDefault="0059166B" w:rsidP="0059166B">
      <w:pPr>
        <w:spacing w:after="0" w:line="360" w:lineRule="auto"/>
        <w:ind w:left="106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19.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радіопротекторів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="00FC2AAC"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="00FC2AAC" w:rsidRPr="0063699D">
        <w:rPr>
          <w:rFonts w:asciiTheme="majorBidi" w:hAnsiTheme="majorBidi" w:cstheme="majorBidi"/>
          <w:sz w:val="22"/>
          <w:lang w:val="ru-RU"/>
        </w:rPr>
        <w:t xml:space="preserve"> структурою:</w:t>
      </w:r>
    </w:p>
    <w:p w14:paraId="7F1D7608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сірковмісні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таурин,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ацетилцистеїн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унітіол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цистофос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28461010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серотоніну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адипінат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мексамін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22E2F2BB" w14:textId="46A7655A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глутамінова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аспарагінова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панангін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786BD42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нуклеотидів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нуклеінат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АТФ,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фосфаден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7177834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спирти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батилол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батиловий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спирт);</w:t>
      </w:r>
    </w:p>
    <w:p w14:paraId="2A6B13AC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вітамінопрепарати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(рутин,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аскорбінова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піридоксину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токоферолу ацетат,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68DE6A79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(токоферолу ацетат,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убіхінон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фітопрепарати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селену,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амінокислот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цинку,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7A79E9E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біополімери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зимозан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347CD423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естрадіол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вазопресину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33E31A28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полісахариди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продігіозан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2A6F4966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тетацин-кальцій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A5F91DE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сорбенти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силікагель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карболонг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вугілля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F6BB3E3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фітопрепарати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женьшеню,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аралії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лимоннику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китайського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елеутерококу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31E0D4D2" w14:textId="77777777" w:rsidR="00A904C4" w:rsidRPr="0063699D" w:rsidRDefault="00FC2AAC" w:rsidP="00A565D1">
      <w:pPr>
        <w:pStyle w:val="ListParagraph"/>
        <w:numPr>
          <w:ilvl w:val="0"/>
          <w:numId w:val="2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метиленовий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9514F76" w14:textId="03EC426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F622D2B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46BB984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B8D033" w14:textId="77777777" w:rsidR="00A904C4" w:rsidRPr="0063699D" w:rsidRDefault="00FC2AAC" w:rsidP="00A565D1">
      <w:pPr>
        <w:pStyle w:val="ListParagraph"/>
        <w:numPr>
          <w:ilvl w:val="0"/>
          <w:numId w:val="2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1806C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8C9AA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BAD73B8" w14:textId="7777777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3D4EF5" w14:textId="7777777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Дізнайтеся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препарат:</w:t>
      </w:r>
    </w:p>
    <w:p w14:paraId="730AE33E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лейкопоез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регенерацію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тканин,</w:t>
      </w:r>
    </w:p>
    <w:p w14:paraId="03BCC45A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сірковмісна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солями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BC569DD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адаптогенів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F7B33D3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антиоксидант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вітамінопрепарат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4801F44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комплексон,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солями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23C1F9D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антисептиків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7958E72" w14:textId="77777777" w:rsidR="00A904C4" w:rsidRPr="0063699D" w:rsidRDefault="00FC2AAC" w:rsidP="00A565D1">
      <w:pPr>
        <w:pStyle w:val="ListParagraph"/>
        <w:numPr>
          <w:ilvl w:val="0"/>
          <w:numId w:val="2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біополімер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867F09" w14:textId="5376526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5C44B05" w14:textId="7777777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злоякісного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перед сеансом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7ED4FB" w14:textId="7777777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аварії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BD9D0B" w14:textId="7777777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психостимулюючу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458EC6" w14:textId="746D2307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”</w:t>
      </w:r>
    </w:p>
    <w:p w14:paraId="62CD3ED9" w14:textId="77777777" w:rsidR="0059166B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радіопротекторів</w:t>
      </w:r>
      <w:proofErr w:type="spellEnd"/>
    </w:p>
    <w:p w14:paraId="4533B1F4" w14:textId="46DB36AC" w:rsidR="00A904C4" w:rsidRPr="0063699D" w:rsidRDefault="00FC2AAC" w:rsidP="00A565D1">
      <w:pPr>
        <w:pStyle w:val="ListParagraph"/>
        <w:numPr>
          <w:ilvl w:val="0"/>
          <w:numId w:val="2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3EC9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2D7BB69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лейкозу; </w:t>
      </w:r>
    </w:p>
    <w:p w14:paraId="093D9685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підшлункової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1AC42AF6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передміхурової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72B0CD25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3BB03F9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антиметаболітів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пуринових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основ;</w:t>
      </w:r>
    </w:p>
    <w:p w14:paraId="389420EE" w14:textId="76713E94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рецидивів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метастазів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товстого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кишечника; </w:t>
      </w:r>
    </w:p>
    <w:p w14:paraId="25C00A27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мієлолейкозу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53523CC7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антиметаболит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піримідинових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основ; </w:t>
      </w:r>
    </w:p>
    <w:p w14:paraId="14F28A7E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дихлоретиламину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транспортною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37B7C257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1FA750C9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лімфогранулематозу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70D2E5F0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гемобластозів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5CC2DDC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5082C8F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5A24969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алкилуючий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3DE7045B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629EEE46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імунодепресивний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627DDC2" w14:textId="77777777" w:rsidR="00A904C4" w:rsidRPr="0063699D" w:rsidRDefault="00FC2AAC" w:rsidP="00A565D1">
      <w:pPr>
        <w:pStyle w:val="ListParagraph"/>
        <w:numPr>
          <w:ilvl w:val="0"/>
          <w:numId w:val="2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лімфолейкозу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273054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19EA8F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4EC612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перенесла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мастектомію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курсу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пухлинний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1FC2BC36" w14:textId="77777777" w:rsidR="00A904C4" w:rsidRPr="0063699D" w:rsidRDefault="00FC2AAC" w:rsidP="00A565D1">
      <w:pPr>
        <w:pStyle w:val="ListParagraph"/>
        <w:numPr>
          <w:ilvl w:val="0"/>
          <w:numId w:val="2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Тамоксифен</w:t>
      </w:r>
      <w:proofErr w:type="spellEnd"/>
    </w:p>
    <w:p w14:paraId="0CBB294E" w14:textId="77777777" w:rsidR="00A904C4" w:rsidRPr="0063699D" w:rsidRDefault="00FC2AAC" w:rsidP="00A565D1">
      <w:pPr>
        <w:pStyle w:val="ListParagraph"/>
        <w:numPr>
          <w:ilvl w:val="0"/>
          <w:numId w:val="2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Діетилстильбестрол</w:t>
      </w:r>
      <w:proofErr w:type="spellEnd"/>
    </w:p>
    <w:p w14:paraId="032C45F8" w14:textId="77777777" w:rsidR="00A904C4" w:rsidRPr="0063699D" w:rsidRDefault="00FC2AAC" w:rsidP="00A565D1">
      <w:pPr>
        <w:pStyle w:val="ListParagraph"/>
        <w:numPr>
          <w:ilvl w:val="0"/>
          <w:numId w:val="2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Рубоміцин</w:t>
      </w:r>
      <w:proofErr w:type="spellEnd"/>
    </w:p>
    <w:p w14:paraId="5484EA26" w14:textId="77777777" w:rsidR="00A904C4" w:rsidRPr="0063699D" w:rsidRDefault="00FC2AAC" w:rsidP="00A565D1">
      <w:pPr>
        <w:pStyle w:val="ListParagraph"/>
        <w:numPr>
          <w:ilvl w:val="0"/>
          <w:numId w:val="2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Цисплатин</w:t>
      </w:r>
      <w:proofErr w:type="spellEnd"/>
    </w:p>
    <w:p w14:paraId="0A179059" w14:textId="77777777" w:rsidR="00A904C4" w:rsidRPr="0063699D" w:rsidRDefault="00FC2AAC" w:rsidP="00A565D1">
      <w:pPr>
        <w:pStyle w:val="ListParagraph"/>
        <w:numPr>
          <w:ilvl w:val="0"/>
          <w:numId w:val="2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</w:p>
    <w:p w14:paraId="450956F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259F0CA" w14:textId="77777777" w:rsidR="00A904C4" w:rsidRPr="0063699D" w:rsidRDefault="00FC2AAC" w:rsidP="00A565D1">
      <w:pPr>
        <w:pStyle w:val="ListParagraph"/>
        <w:numPr>
          <w:ilvl w:val="0"/>
          <w:numId w:val="2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Феноболін</w:t>
      </w:r>
      <w:proofErr w:type="spellEnd"/>
    </w:p>
    <w:p w14:paraId="1F772B8F" w14:textId="77777777" w:rsidR="00A904C4" w:rsidRPr="0063699D" w:rsidRDefault="00FC2AAC" w:rsidP="00A565D1">
      <w:pPr>
        <w:pStyle w:val="ListParagraph"/>
        <w:numPr>
          <w:ilvl w:val="0"/>
          <w:numId w:val="2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Сінестрол</w:t>
      </w:r>
      <w:proofErr w:type="spellEnd"/>
    </w:p>
    <w:p w14:paraId="39CECCF0" w14:textId="77777777" w:rsidR="00A904C4" w:rsidRPr="0063699D" w:rsidRDefault="00FC2AAC" w:rsidP="00A565D1">
      <w:pPr>
        <w:pStyle w:val="ListParagraph"/>
        <w:numPr>
          <w:ilvl w:val="0"/>
          <w:numId w:val="2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Тестостерону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пропіонат</w:t>
      </w:r>
      <w:proofErr w:type="spellEnd"/>
    </w:p>
    <w:p w14:paraId="4D98F1AC" w14:textId="77777777" w:rsidR="00A904C4" w:rsidRPr="0063699D" w:rsidRDefault="00FC2AAC" w:rsidP="00A565D1">
      <w:pPr>
        <w:pStyle w:val="ListParagraph"/>
        <w:numPr>
          <w:ilvl w:val="0"/>
          <w:numId w:val="2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Прогестерон</w:t>
      </w:r>
    </w:p>
    <w:p w14:paraId="7F7C2F31" w14:textId="77777777" w:rsidR="00A904C4" w:rsidRPr="0063699D" w:rsidRDefault="00FC2AAC" w:rsidP="00A565D1">
      <w:pPr>
        <w:pStyle w:val="ListParagraph"/>
        <w:numPr>
          <w:ilvl w:val="0"/>
          <w:numId w:val="2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Цисплатин</w:t>
      </w:r>
      <w:proofErr w:type="spellEnd"/>
    </w:p>
    <w:p w14:paraId="5A2B77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лейкозу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антиметаболіт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є?</w:t>
      </w:r>
    </w:p>
    <w:p w14:paraId="5097C162" w14:textId="77777777" w:rsidR="00A904C4" w:rsidRPr="0063699D" w:rsidRDefault="00FC2AAC" w:rsidP="00A565D1">
      <w:pPr>
        <w:pStyle w:val="ListParagraph"/>
        <w:numPr>
          <w:ilvl w:val="0"/>
          <w:numId w:val="2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Цианкоболаміну</w:t>
      </w:r>
      <w:proofErr w:type="spellEnd"/>
    </w:p>
    <w:p w14:paraId="68E2AB29" w14:textId="77777777" w:rsidR="00A904C4" w:rsidRPr="0063699D" w:rsidRDefault="00FC2AAC" w:rsidP="00A565D1">
      <w:pPr>
        <w:pStyle w:val="ListParagraph"/>
        <w:numPr>
          <w:ilvl w:val="0"/>
          <w:numId w:val="2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Тіаміну</w:t>
      </w:r>
      <w:proofErr w:type="spellEnd"/>
    </w:p>
    <w:p w14:paraId="5ACD2693" w14:textId="77777777" w:rsidR="00A904C4" w:rsidRPr="0063699D" w:rsidRDefault="00FC2AAC" w:rsidP="00A565D1">
      <w:pPr>
        <w:pStyle w:val="ListParagraph"/>
        <w:numPr>
          <w:ilvl w:val="0"/>
          <w:numId w:val="2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Пиридоксину</w:t>
      </w:r>
    </w:p>
    <w:p w14:paraId="0B4DB7B6" w14:textId="77777777" w:rsidR="00A904C4" w:rsidRPr="0063699D" w:rsidRDefault="00FC2AAC" w:rsidP="00A565D1">
      <w:pPr>
        <w:pStyle w:val="ListParagraph"/>
        <w:numPr>
          <w:ilvl w:val="0"/>
          <w:numId w:val="2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</w:p>
    <w:p w14:paraId="3F8D8095" w14:textId="77777777" w:rsidR="00A904C4" w:rsidRPr="0063699D" w:rsidRDefault="00FC2AAC" w:rsidP="00A565D1">
      <w:pPr>
        <w:pStyle w:val="ListParagraph"/>
        <w:numPr>
          <w:ilvl w:val="0"/>
          <w:numId w:val="2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Рутину</w:t>
      </w:r>
    </w:p>
    <w:p w14:paraId="328AA8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тестостерону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дигідротестостерону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спричиняє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гіпертрофію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передміхурової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C637EBA" w14:textId="77777777" w:rsidR="00A904C4" w:rsidRPr="0063699D" w:rsidRDefault="00FC2AAC" w:rsidP="00A565D1">
      <w:pPr>
        <w:pStyle w:val="ListParagraph"/>
        <w:numPr>
          <w:ilvl w:val="0"/>
          <w:numId w:val="2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Тестенату</w:t>
      </w:r>
      <w:proofErr w:type="spellEnd"/>
    </w:p>
    <w:p w14:paraId="60016303" w14:textId="77777777" w:rsidR="00A904C4" w:rsidRPr="0063699D" w:rsidRDefault="00FC2AAC" w:rsidP="00A565D1">
      <w:pPr>
        <w:pStyle w:val="ListParagraph"/>
        <w:numPr>
          <w:ilvl w:val="0"/>
          <w:numId w:val="2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Фінастеріду</w:t>
      </w:r>
      <w:proofErr w:type="spellEnd"/>
    </w:p>
    <w:p w14:paraId="304041D5" w14:textId="77777777" w:rsidR="00A904C4" w:rsidRPr="0063699D" w:rsidRDefault="00FC2AAC" w:rsidP="00A565D1">
      <w:pPr>
        <w:pStyle w:val="ListParagraph"/>
        <w:numPr>
          <w:ilvl w:val="0"/>
          <w:numId w:val="2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Ретаболілу</w:t>
      </w:r>
      <w:proofErr w:type="spellEnd"/>
    </w:p>
    <w:p w14:paraId="2C2A56C1" w14:textId="77777777" w:rsidR="00A904C4" w:rsidRPr="0063699D" w:rsidRDefault="00FC2AAC" w:rsidP="00A565D1">
      <w:pPr>
        <w:pStyle w:val="ListParagraph"/>
        <w:numPr>
          <w:ilvl w:val="0"/>
          <w:numId w:val="2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Госсиполу</w:t>
      </w:r>
      <w:proofErr w:type="spellEnd"/>
    </w:p>
    <w:p w14:paraId="6F4F03CD" w14:textId="77777777" w:rsidR="00A904C4" w:rsidRPr="0063699D" w:rsidRDefault="00FC2AAC" w:rsidP="00A565D1">
      <w:pPr>
        <w:pStyle w:val="ListParagraph"/>
        <w:numPr>
          <w:ilvl w:val="0"/>
          <w:numId w:val="2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Метандростенолону</w:t>
      </w:r>
      <w:proofErr w:type="spellEnd"/>
    </w:p>
    <w:p w14:paraId="4551B99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Чорнобильської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аварії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забруднення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навколишнього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середовища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радіонуклідами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нижче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радіонуклідів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48F7AB" w14:textId="77777777" w:rsidR="00A904C4" w:rsidRPr="0063699D" w:rsidRDefault="00FC2AAC" w:rsidP="00A565D1">
      <w:pPr>
        <w:pStyle w:val="ListParagraph"/>
        <w:numPr>
          <w:ilvl w:val="0"/>
          <w:numId w:val="2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Ентеросорбенти</w:t>
      </w:r>
      <w:proofErr w:type="spellEnd"/>
    </w:p>
    <w:p w14:paraId="69524EF5" w14:textId="77777777" w:rsidR="00A904C4" w:rsidRPr="0063699D" w:rsidRDefault="00FC2AAC" w:rsidP="00A565D1">
      <w:pPr>
        <w:pStyle w:val="ListParagraph"/>
        <w:numPr>
          <w:ilvl w:val="0"/>
          <w:numId w:val="2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Анальгетики</w:t>
      </w:r>
    </w:p>
    <w:p w14:paraId="15AC0651" w14:textId="77777777" w:rsidR="00A904C4" w:rsidRPr="0063699D" w:rsidRDefault="00FC2AAC" w:rsidP="00A565D1">
      <w:pPr>
        <w:pStyle w:val="ListParagraph"/>
        <w:numPr>
          <w:ilvl w:val="0"/>
          <w:numId w:val="2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Антикоагулянти</w:t>
      </w:r>
      <w:proofErr w:type="spellEnd"/>
    </w:p>
    <w:p w14:paraId="037B07D4" w14:textId="77777777" w:rsidR="00A904C4" w:rsidRPr="0063699D" w:rsidRDefault="00FC2AAC" w:rsidP="00A565D1">
      <w:pPr>
        <w:pStyle w:val="ListParagraph"/>
        <w:numPr>
          <w:ilvl w:val="0"/>
          <w:numId w:val="2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</w:p>
    <w:p w14:paraId="21E7FE8C" w14:textId="77777777" w:rsidR="00A904C4" w:rsidRPr="0063699D" w:rsidRDefault="00FC2AAC" w:rsidP="00A565D1">
      <w:pPr>
        <w:pStyle w:val="ListParagraph"/>
        <w:numPr>
          <w:ilvl w:val="0"/>
          <w:numId w:val="2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лейкопоєзу</w:t>
      </w:r>
      <w:proofErr w:type="spellEnd"/>
    </w:p>
    <w:p w14:paraId="5C1D12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біосинтез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нуклеїнових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найвірогідніший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26E0405" w14:textId="77777777" w:rsidR="00A904C4" w:rsidRPr="0063699D" w:rsidRDefault="00FC2AAC" w:rsidP="00A565D1">
      <w:pPr>
        <w:pStyle w:val="ListParagraph"/>
        <w:numPr>
          <w:ilvl w:val="0"/>
          <w:numId w:val="2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стабільні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ДНК,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реплікації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транскрипції</w:t>
      </w:r>
      <w:proofErr w:type="spellEnd"/>
    </w:p>
    <w:p w14:paraId="319D0FAE" w14:textId="77777777" w:rsidR="00A904C4" w:rsidRPr="0063699D" w:rsidRDefault="00FC2AAC" w:rsidP="00A565D1">
      <w:pPr>
        <w:pStyle w:val="ListParagraph"/>
        <w:numPr>
          <w:ilvl w:val="0"/>
          <w:numId w:val="2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великою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субодиницею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рибосом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транслокацію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рибосоми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мРНК</w:t>
      </w:r>
      <w:proofErr w:type="spellEnd"/>
    </w:p>
    <w:p w14:paraId="716F5435" w14:textId="77777777" w:rsidR="00A904C4" w:rsidRPr="0063699D" w:rsidRDefault="00FC2AAC" w:rsidP="00A565D1">
      <w:pPr>
        <w:pStyle w:val="ListParagraph"/>
        <w:numPr>
          <w:ilvl w:val="0"/>
          <w:numId w:val="2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великою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субодиницею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рибосом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пептидилтрансферази</w:t>
      </w:r>
      <w:proofErr w:type="spellEnd"/>
    </w:p>
    <w:p w14:paraId="56FE78D4" w14:textId="77777777" w:rsidR="00A904C4" w:rsidRPr="0063699D" w:rsidRDefault="00FC2AAC" w:rsidP="00A565D1">
      <w:pPr>
        <w:pStyle w:val="ListParagraph"/>
        <w:numPr>
          <w:ilvl w:val="0"/>
          <w:numId w:val="2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малою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субодиницею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рибосом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елонгації</w:t>
      </w:r>
      <w:proofErr w:type="spellEnd"/>
    </w:p>
    <w:p w14:paraId="7B6E355A" w14:textId="77777777" w:rsidR="00A904C4" w:rsidRPr="0063699D" w:rsidRDefault="00FC2AAC" w:rsidP="00A565D1">
      <w:pPr>
        <w:pStyle w:val="ListParagraph"/>
        <w:numPr>
          <w:ilvl w:val="0"/>
          <w:numId w:val="2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аміноцил-тРНК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аміноацильному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рибосом</w:t>
      </w:r>
    </w:p>
    <w:p w14:paraId="4E01C3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антиандрогенного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фінастериду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проскару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гіперплазії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4C20829" w14:textId="77777777" w:rsidR="00A904C4" w:rsidRPr="0063699D" w:rsidRDefault="00FC2AAC" w:rsidP="00A565D1">
      <w:pPr>
        <w:pStyle w:val="ListParagraph"/>
        <w:numPr>
          <w:ilvl w:val="0"/>
          <w:numId w:val="2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біосинтезу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андрогенів</w:t>
      </w:r>
      <w:proofErr w:type="spellEnd"/>
    </w:p>
    <w:p w14:paraId="12BFE191" w14:textId="77777777" w:rsidR="00A904C4" w:rsidRPr="0063699D" w:rsidRDefault="00FC2AAC" w:rsidP="00A565D1">
      <w:pPr>
        <w:pStyle w:val="ListParagraph"/>
        <w:numPr>
          <w:ilvl w:val="0"/>
          <w:numId w:val="2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андрогенів</w:t>
      </w:r>
      <w:proofErr w:type="spellEnd"/>
    </w:p>
    <w:p w14:paraId="663D34E4" w14:textId="77777777" w:rsidR="00A904C4" w:rsidRPr="0063699D" w:rsidRDefault="00FC2AAC" w:rsidP="00A565D1">
      <w:pPr>
        <w:pStyle w:val="ListParagraph"/>
        <w:numPr>
          <w:ilvl w:val="0"/>
          <w:numId w:val="2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5-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редуктази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тестостерону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дегідротестостерон</w:t>
      </w:r>
      <w:proofErr w:type="spellEnd"/>
    </w:p>
    <w:p w14:paraId="5522F807" w14:textId="77777777" w:rsidR="00A904C4" w:rsidRPr="0063699D" w:rsidRDefault="00FC2AAC" w:rsidP="00A565D1">
      <w:pPr>
        <w:pStyle w:val="ListParagraph"/>
        <w:numPr>
          <w:ilvl w:val="0"/>
          <w:numId w:val="2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біосинтезу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гонадотропних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гормонів</w:t>
      </w:r>
      <w:proofErr w:type="spellEnd"/>
    </w:p>
    <w:p w14:paraId="3991FF48" w14:textId="77777777" w:rsidR="00A904C4" w:rsidRPr="0063699D" w:rsidRDefault="00FC2AAC" w:rsidP="00A565D1">
      <w:pPr>
        <w:pStyle w:val="ListParagraph"/>
        <w:numPr>
          <w:ilvl w:val="0"/>
          <w:numId w:val="2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</w:p>
    <w:p w14:paraId="30FB45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2AE9882" w14:textId="77777777" w:rsidR="00A904C4" w:rsidRPr="0063699D" w:rsidRDefault="00FC2AAC" w:rsidP="00A565D1">
      <w:pPr>
        <w:pStyle w:val="ListParagraph"/>
        <w:numPr>
          <w:ilvl w:val="0"/>
          <w:numId w:val="2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</w:p>
    <w:p w14:paraId="6F1D85F2" w14:textId="77777777" w:rsidR="00A904C4" w:rsidRPr="0063699D" w:rsidRDefault="00FC2AAC" w:rsidP="00A565D1">
      <w:pPr>
        <w:pStyle w:val="ListParagraph"/>
        <w:numPr>
          <w:ilvl w:val="0"/>
          <w:numId w:val="2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Вінкристин</w:t>
      </w:r>
      <w:proofErr w:type="spellEnd"/>
    </w:p>
    <w:p w14:paraId="5AA88322" w14:textId="77777777" w:rsidR="00A904C4" w:rsidRPr="0063699D" w:rsidRDefault="00FC2AAC" w:rsidP="00A565D1">
      <w:pPr>
        <w:pStyle w:val="ListParagraph"/>
        <w:numPr>
          <w:ilvl w:val="0"/>
          <w:numId w:val="2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Циклофосфан</w:t>
      </w:r>
      <w:proofErr w:type="spellEnd"/>
    </w:p>
    <w:p w14:paraId="0DBB90B0" w14:textId="77777777" w:rsidR="00A904C4" w:rsidRPr="0063699D" w:rsidRDefault="00FC2AAC" w:rsidP="00A565D1">
      <w:pPr>
        <w:pStyle w:val="ListParagraph"/>
        <w:numPr>
          <w:ilvl w:val="0"/>
          <w:numId w:val="2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</w:p>
    <w:p w14:paraId="6FAA618A" w14:textId="77777777" w:rsidR="00A904C4" w:rsidRPr="0063699D" w:rsidRDefault="00FC2AAC" w:rsidP="00A565D1">
      <w:pPr>
        <w:pStyle w:val="ListParagraph"/>
        <w:numPr>
          <w:ilvl w:val="0"/>
          <w:numId w:val="2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Етіонамід</w:t>
      </w:r>
      <w:proofErr w:type="spellEnd"/>
    </w:p>
    <w:p w14:paraId="766CCE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пиримідину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73785E9" w14:textId="77777777" w:rsidR="00A904C4" w:rsidRPr="0063699D" w:rsidRDefault="00FC2AAC" w:rsidP="00A565D1">
      <w:pPr>
        <w:pStyle w:val="ListParagraph"/>
        <w:numPr>
          <w:ilvl w:val="0"/>
          <w:numId w:val="2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</w:p>
    <w:p w14:paraId="3819078C" w14:textId="77777777" w:rsidR="00A904C4" w:rsidRPr="0063699D" w:rsidRDefault="00FC2AAC" w:rsidP="00A565D1">
      <w:pPr>
        <w:pStyle w:val="ListParagraph"/>
        <w:numPr>
          <w:ilvl w:val="0"/>
          <w:numId w:val="2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</w:p>
    <w:p w14:paraId="33435FC6" w14:textId="77777777" w:rsidR="00A904C4" w:rsidRPr="0063699D" w:rsidRDefault="00FC2AAC" w:rsidP="00A565D1">
      <w:pPr>
        <w:pStyle w:val="ListParagraph"/>
        <w:numPr>
          <w:ilvl w:val="0"/>
          <w:numId w:val="2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Сульфапірідазин</w:t>
      </w:r>
      <w:proofErr w:type="spellEnd"/>
    </w:p>
    <w:p w14:paraId="3ABE0792" w14:textId="77777777" w:rsidR="00A904C4" w:rsidRPr="0063699D" w:rsidRDefault="00FC2AAC" w:rsidP="00A565D1">
      <w:pPr>
        <w:pStyle w:val="ListParagraph"/>
        <w:numPr>
          <w:ilvl w:val="0"/>
          <w:numId w:val="2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Фторурацил</w:t>
      </w:r>
      <w:proofErr w:type="spellEnd"/>
    </w:p>
    <w:p w14:paraId="2735414F" w14:textId="77777777" w:rsidR="00A904C4" w:rsidRPr="0063699D" w:rsidRDefault="00FC2AAC" w:rsidP="00A565D1">
      <w:pPr>
        <w:pStyle w:val="ListParagraph"/>
        <w:numPr>
          <w:ilvl w:val="0"/>
          <w:numId w:val="2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Етіонамід</w:t>
      </w:r>
      <w:proofErr w:type="spellEnd"/>
    </w:p>
    <w:p w14:paraId="411742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потипухлинною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4574C34" w14:textId="77777777" w:rsidR="00A904C4" w:rsidRPr="0063699D" w:rsidRDefault="00FC2AAC" w:rsidP="00A565D1">
      <w:pPr>
        <w:pStyle w:val="ListParagraph"/>
        <w:numPr>
          <w:ilvl w:val="0"/>
          <w:numId w:val="2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</w:p>
    <w:p w14:paraId="141344A1" w14:textId="77777777" w:rsidR="00A904C4" w:rsidRPr="0063699D" w:rsidRDefault="00FC2AAC" w:rsidP="00A565D1">
      <w:pPr>
        <w:pStyle w:val="ListParagraph"/>
        <w:numPr>
          <w:ilvl w:val="0"/>
          <w:numId w:val="2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Канаміцин</w:t>
      </w:r>
      <w:proofErr w:type="spellEnd"/>
    </w:p>
    <w:p w14:paraId="423C90E1" w14:textId="77777777" w:rsidR="00A904C4" w:rsidRPr="0063699D" w:rsidRDefault="00FC2AAC" w:rsidP="00A565D1">
      <w:pPr>
        <w:pStyle w:val="ListParagraph"/>
        <w:numPr>
          <w:ilvl w:val="0"/>
          <w:numId w:val="2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Рубоміцин</w:t>
      </w:r>
      <w:proofErr w:type="spellEnd"/>
    </w:p>
    <w:p w14:paraId="288EF104" w14:textId="77777777" w:rsidR="00A904C4" w:rsidRPr="0063699D" w:rsidRDefault="00FC2AAC" w:rsidP="00A565D1">
      <w:pPr>
        <w:pStyle w:val="ListParagraph"/>
        <w:numPr>
          <w:ilvl w:val="0"/>
          <w:numId w:val="2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</w:p>
    <w:p w14:paraId="0EC0E1CD" w14:textId="77777777" w:rsidR="00A904C4" w:rsidRPr="0063699D" w:rsidRDefault="00FC2AAC" w:rsidP="00A565D1">
      <w:pPr>
        <w:pStyle w:val="ListParagraph"/>
        <w:numPr>
          <w:ilvl w:val="0"/>
          <w:numId w:val="2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Доксициклін</w:t>
      </w:r>
      <w:proofErr w:type="spellEnd"/>
    </w:p>
    <w:p w14:paraId="18A323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597CD43" w14:textId="77777777" w:rsidR="00A904C4" w:rsidRPr="0063699D" w:rsidRDefault="00FC2AAC" w:rsidP="00A565D1">
      <w:pPr>
        <w:pStyle w:val="ListParagraph"/>
        <w:numPr>
          <w:ilvl w:val="0"/>
          <w:numId w:val="2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мітозу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метафази</w:t>
      </w:r>
      <w:proofErr w:type="spellEnd"/>
    </w:p>
    <w:p w14:paraId="6BAA5289" w14:textId="77777777" w:rsidR="00A904C4" w:rsidRPr="0063699D" w:rsidRDefault="00FC2AAC" w:rsidP="00A565D1">
      <w:pPr>
        <w:pStyle w:val="ListParagraph"/>
        <w:numPr>
          <w:ilvl w:val="0"/>
          <w:numId w:val="2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ДНК</w:t>
      </w:r>
    </w:p>
    <w:p w14:paraId="002D51C0" w14:textId="77777777" w:rsidR="00A904C4" w:rsidRPr="0063699D" w:rsidRDefault="00FC2AAC" w:rsidP="00A565D1">
      <w:pPr>
        <w:pStyle w:val="ListParagraph"/>
        <w:numPr>
          <w:ilvl w:val="0"/>
          <w:numId w:val="2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ДНК-залежного синтезу РНК</w:t>
      </w:r>
    </w:p>
    <w:p w14:paraId="65A5EF84" w14:textId="77777777" w:rsidR="00A904C4" w:rsidRPr="0063699D" w:rsidRDefault="00FC2AAC" w:rsidP="00A565D1">
      <w:pPr>
        <w:pStyle w:val="ListParagraph"/>
        <w:numPr>
          <w:ilvl w:val="0"/>
          <w:numId w:val="2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Невибіркове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інгібирування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ароматаз</w:t>
      </w:r>
      <w:proofErr w:type="spellEnd"/>
    </w:p>
    <w:p w14:paraId="29E280B5" w14:textId="77777777" w:rsidR="00A904C4" w:rsidRPr="0063699D" w:rsidRDefault="00FC2AAC" w:rsidP="00A565D1">
      <w:pPr>
        <w:pStyle w:val="ListParagraph"/>
        <w:numPr>
          <w:ilvl w:val="0"/>
          <w:numId w:val="2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матричних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білків</w:t>
      </w:r>
      <w:proofErr w:type="spellEnd"/>
    </w:p>
    <w:p w14:paraId="71707B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перенесла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мастектомію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раком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курс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явною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радіопротекторною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зумовленою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антиоксидантною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334CB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Токоферола ацетат </w:t>
      </w:r>
    </w:p>
    <w:p w14:paraId="1B5E56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D3540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Рібофлавін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EE654E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Цианокоболамін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5545EF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40CBE7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У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іонізуючого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опромінювання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імунограмі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відмічене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Т-ланки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імунітету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 </w:t>
      </w:r>
    </w:p>
    <w:p w14:paraId="698D19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Тімалін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51B42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елеутерококу</w:t>
      </w:r>
      <w:proofErr w:type="spellEnd"/>
    </w:p>
    <w:p w14:paraId="61D696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жень-шеню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05528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Азатіопрін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DF1B9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638E5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F57D47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77E38DD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27. КОНТРАЦЕПТИВИ. НЕБАЖАНА ДІЯ. ОСНОВНІ ПРИНЦИПИ ПРИЗНАЧЕННЯ.</w:t>
      </w:r>
    </w:p>
    <w:p w14:paraId="00583E25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5454CC56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теми.</w:t>
      </w:r>
      <w:r w:rsidRPr="0063699D">
        <w:rPr>
          <w:rFonts w:asciiTheme="majorBidi" w:hAnsiTheme="majorBidi" w:cstheme="majorBidi"/>
          <w:sz w:val="22"/>
          <w:lang w:val="ru-RU"/>
        </w:rPr>
        <w:t>Контрацепція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 метод контролю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народжуваності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природного ходу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зачаття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давно доведено,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сім’ї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матерям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здоров’я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оскільки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вибирати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вибирати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молодому,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старшому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самим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пологами.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сім’ї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подружніх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давно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зарекомендувала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себе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метод. Але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2FD03D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54A9F2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008976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І. 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4A65417" w14:textId="77777777" w:rsidR="00A904C4" w:rsidRPr="0063699D" w:rsidRDefault="00FC2AAC" w:rsidP="00A565D1">
      <w:pPr>
        <w:pStyle w:val="ListParagraph"/>
        <w:numPr>
          <w:ilvl w:val="0"/>
          <w:numId w:val="2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</w:t>
      </w:r>
      <w:r w:rsidRPr="0063699D">
        <w:rPr>
          <w:rFonts w:asciiTheme="majorBidi" w:hAnsiTheme="majorBidi" w:cstheme="majorBidi"/>
          <w:i/>
          <w:sz w:val="22"/>
          <w:lang w:val="ru-RU"/>
        </w:rPr>
        <w:t>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фолікулів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BF4DD3C" w14:textId="77777777" w:rsidR="00A904C4" w:rsidRPr="0063699D" w:rsidRDefault="00FC2AAC" w:rsidP="00A565D1">
      <w:pPr>
        <w:pStyle w:val="ListParagraph"/>
        <w:numPr>
          <w:ilvl w:val="0"/>
          <w:numId w:val="2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Контрацептивні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BD809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естроген-гестагенні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  <w:r w:rsidRPr="0063699D">
        <w:rPr>
          <w:rFonts w:asciiTheme="majorBidi" w:hAnsiTheme="majorBidi" w:cstheme="majorBidi"/>
          <w:sz w:val="22"/>
        </w:rPr>
        <w:t> </w:t>
      </w:r>
    </w:p>
    <w:p w14:paraId="59EDC6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монофазні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рігевідон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нон-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овлон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мінізистон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Діані-35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F749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двофазні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антеовін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нео-еуномін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6D517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тризистон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триквилар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03BC6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5EDAE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Однокомпонентні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міні-пілі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контінуін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норгестрел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мікролют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C00F8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Посткоїтальні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левоноргестрел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постинор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C41C1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д)Депо-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ін'єкційні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(депо-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медроксипрогестерона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ацетат/),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імплатаційні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левоноргестрел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норпласт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1AD8D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сперміциди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бензалконію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еротекс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ноноксинол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A1E70F6" w14:textId="7DD1FB27" w:rsidR="00A904C4" w:rsidRPr="0063699D" w:rsidRDefault="00FC2AAC" w:rsidP="00A565D1">
      <w:pPr>
        <w:pStyle w:val="ListParagraph"/>
        <w:numPr>
          <w:ilvl w:val="0"/>
          <w:numId w:val="2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незначні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тяжкості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тяжкі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  <w:r w:rsidRPr="0063699D">
        <w:rPr>
          <w:rFonts w:asciiTheme="majorBidi" w:hAnsiTheme="majorBidi" w:cstheme="majorBidi"/>
          <w:sz w:val="22"/>
        </w:rPr>
        <w:t> </w:t>
      </w:r>
    </w:p>
    <w:p w14:paraId="2CE07EA9" w14:textId="77777777" w:rsidR="00A904C4" w:rsidRPr="0063699D" w:rsidRDefault="00FC2AAC" w:rsidP="00A565D1">
      <w:pPr>
        <w:pStyle w:val="ListParagraph"/>
        <w:numPr>
          <w:ilvl w:val="0"/>
          <w:numId w:val="2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Чоловіча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госипол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67E57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BDA2E4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C2DB71B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0D63677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компонент.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схему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F43AC9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таблетці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безпосередньо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акту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пізніше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8801CC4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таблетці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фіксовану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гестагену.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схему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5DC6CB0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таблетки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фаз менструального циклу.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схему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4425B7B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для:</w:t>
      </w:r>
    </w:p>
    <w:p w14:paraId="50BC325C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молодого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EE4C17F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фенотипом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характеру;</w:t>
      </w:r>
    </w:p>
    <w:p w14:paraId="08E00952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гіперандрогенними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гірсутизм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15D23CA6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D6D6613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венеричних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8F1C277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нерегулярних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стосунках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DBE27B8" w14:textId="77777777" w:rsidR="00A904C4" w:rsidRPr="0063699D" w:rsidRDefault="00FC2AAC" w:rsidP="00A565D1">
      <w:pPr>
        <w:pStyle w:val="ListParagraph"/>
        <w:numPr>
          <w:ilvl w:val="0"/>
          <w:numId w:val="2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контрацепції</w:t>
      </w:r>
      <w:proofErr w:type="spellEnd"/>
    </w:p>
    <w:p w14:paraId="6306AB89" w14:textId="79647523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кожного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форму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EFA3FA" w14:textId="77777777" w:rsidR="00A904C4" w:rsidRPr="0063699D" w:rsidRDefault="00FC2AAC" w:rsidP="00A565D1">
      <w:pPr>
        <w:pStyle w:val="ListParagraph"/>
        <w:numPr>
          <w:ilvl w:val="0"/>
          <w:numId w:val="2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три-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діане-35,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норгестрел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</w:t>
      </w:r>
      <w:r w:rsidRPr="0063699D">
        <w:rPr>
          <w:rFonts w:asciiTheme="majorBidi" w:hAnsiTheme="majorBidi" w:cstheme="majorBidi"/>
          <w:sz w:val="22"/>
          <w:lang w:val="ru-RU"/>
        </w:rPr>
        <w:br/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дивітрен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нео-еуномін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постинор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172754E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F0AEFC1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</w:p>
    <w:p w14:paraId="319C7E5B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монофазні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BA82839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двофазні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D1BF144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403A063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міні-пілі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A2CB1E8" w14:textId="77777777" w:rsidR="00A904C4" w:rsidRPr="0063699D" w:rsidRDefault="00FC2AAC" w:rsidP="00A565D1">
      <w:pPr>
        <w:pStyle w:val="ListParagraph"/>
        <w:numPr>
          <w:ilvl w:val="0"/>
          <w:numId w:val="2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посткоїтальні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FB1F7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 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кожного препарату.</w:t>
      </w:r>
    </w:p>
    <w:p w14:paraId="7961C13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63F39B9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32962B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лікар-гінеколог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порекомендував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безпосередньо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акту.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</w:p>
    <w:p w14:paraId="461836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Ригевідон</w:t>
      </w:r>
      <w:proofErr w:type="spellEnd"/>
    </w:p>
    <w:p w14:paraId="29FF9F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Тризистон</w:t>
      </w:r>
      <w:proofErr w:type="spellEnd"/>
    </w:p>
    <w:p w14:paraId="4E9B97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Постинор</w:t>
      </w:r>
      <w:proofErr w:type="spellEnd"/>
    </w:p>
    <w:p w14:paraId="4203F30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Естрадіол</w:t>
      </w:r>
      <w:proofErr w:type="spellEnd"/>
    </w:p>
    <w:p w14:paraId="2C8EAD7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Прогінова</w:t>
      </w:r>
      <w:proofErr w:type="spellEnd"/>
    </w:p>
    <w:p w14:paraId="78A2170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посткоїтальні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склад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входять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складу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посткоїтальних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7D5A75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Прогестини</w:t>
      </w:r>
      <w:proofErr w:type="spellEnd"/>
    </w:p>
    <w:p w14:paraId="1258E4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Мінералокортикоїди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74476A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88883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819D9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Глюкокортикоїди</w:t>
      </w:r>
      <w:proofErr w:type="spellEnd"/>
    </w:p>
    <w:p w14:paraId="22BDD7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7FCE72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Передньою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долею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гіпофізу</w:t>
      </w:r>
      <w:proofErr w:type="spellEnd"/>
    </w:p>
    <w:p w14:paraId="6C3BA1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6B439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Фолікулами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B068E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Задньою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долею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гіпофізу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58FA4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Лейдига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яєчок</w:t>
      </w:r>
      <w:proofErr w:type="spellEnd"/>
    </w:p>
    <w:p w14:paraId="429C323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прогестерону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в:</w:t>
      </w:r>
    </w:p>
    <w:p w14:paraId="7D4040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Гландулоцитах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яєчок</w:t>
      </w:r>
      <w:proofErr w:type="spellEnd"/>
    </w:p>
    <w:p w14:paraId="25088E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Жовтому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453B2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Фолікулах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яєчників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9F536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Железистих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гіпофізу</w:t>
      </w:r>
      <w:proofErr w:type="spellEnd"/>
    </w:p>
    <w:p w14:paraId="3F4B86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гіпофізу</w:t>
      </w:r>
      <w:proofErr w:type="spellEnd"/>
    </w:p>
    <w:p w14:paraId="4F7255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</w:p>
    <w:p w14:paraId="7035BB0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Безпліддя</w:t>
      </w:r>
      <w:proofErr w:type="spellEnd"/>
    </w:p>
    <w:p w14:paraId="5855A7B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Вагітність</w:t>
      </w:r>
      <w:proofErr w:type="spellEnd"/>
    </w:p>
    <w:p w14:paraId="690F976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Штучне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63043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</w:p>
    <w:p w14:paraId="54A033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Крипторхізм</w:t>
      </w:r>
      <w:proofErr w:type="spellEnd"/>
    </w:p>
    <w:p w14:paraId="20E30E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Монофазний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контрацептив:</w:t>
      </w:r>
    </w:p>
    <w:p w14:paraId="41BEC5D9" w14:textId="77777777" w:rsidR="00A904C4" w:rsidRPr="0063699D" w:rsidRDefault="00FC2AAC" w:rsidP="00A565D1">
      <w:pPr>
        <w:pStyle w:val="ListParagraph"/>
        <w:numPr>
          <w:ilvl w:val="0"/>
          <w:numId w:val="2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Рігевідон</w:t>
      </w:r>
      <w:proofErr w:type="spellEnd"/>
    </w:p>
    <w:p w14:paraId="4EB8F630" w14:textId="77777777" w:rsidR="00A904C4" w:rsidRPr="0063699D" w:rsidRDefault="00FC2AAC" w:rsidP="00A565D1">
      <w:pPr>
        <w:pStyle w:val="ListParagraph"/>
        <w:numPr>
          <w:ilvl w:val="0"/>
          <w:numId w:val="2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Тризистон</w:t>
      </w:r>
      <w:proofErr w:type="spellEnd"/>
    </w:p>
    <w:p w14:paraId="28C97FE8" w14:textId="77777777" w:rsidR="00A904C4" w:rsidRPr="0063699D" w:rsidRDefault="00FC2AAC" w:rsidP="00A565D1">
      <w:pPr>
        <w:pStyle w:val="ListParagraph"/>
        <w:numPr>
          <w:ilvl w:val="0"/>
          <w:numId w:val="2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Три-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регол</w:t>
      </w:r>
      <w:proofErr w:type="spellEnd"/>
    </w:p>
    <w:p w14:paraId="553CB368" w14:textId="77777777" w:rsidR="00A904C4" w:rsidRPr="0063699D" w:rsidRDefault="00FC2AAC" w:rsidP="00A565D1">
      <w:pPr>
        <w:pStyle w:val="ListParagraph"/>
        <w:numPr>
          <w:ilvl w:val="0"/>
          <w:numId w:val="2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Антеовін</w:t>
      </w:r>
      <w:proofErr w:type="spellEnd"/>
    </w:p>
    <w:p w14:paraId="14BB8B9A" w14:textId="77777777" w:rsidR="00A904C4" w:rsidRPr="0063699D" w:rsidRDefault="00FC2AAC" w:rsidP="00A565D1">
      <w:pPr>
        <w:pStyle w:val="ListParagraph"/>
        <w:numPr>
          <w:ilvl w:val="0"/>
          <w:numId w:val="2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Постинор</w:t>
      </w:r>
      <w:proofErr w:type="spellEnd"/>
    </w:p>
    <w:p w14:paraId="79E75F3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Міні-піллі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C3CE41A" w14:textId="77777777" w:rsidR="00A904C4" w:rsidRPr="0063699D" w:rsidRDefault="00FC2AAC" w:rsidP="00A565D1">
      <w:pPr>
        <w:pStyle w:val="ListParagraph"/>
        <w:numPr>
          <w:ilvl w:val="0"/>
          <w:numId w:val="2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7077D8F" w14:textId="77777777" w:rsidR="00A904C4" w:rsidRPr="0063699D" w:rsidRDefault="00FC2AAC" w:rsidP="00A565D1">
      <w:pPr>
        <w:pStyle w:val="ListParagraph"/>
        <w:numPr>
          <w:ilvl w:val="0"/>
          <w:numId w:val="2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гестагени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688EB2" w14:textId="77777777" w:rsidR="00A904C4" w:rsidRPr="0063699D" w:rsidRDefault="00FC2AAC" w:rsidP="00A565D1">
      <w:pPr>
        <w:pStyle w:val="ListParagraph"/>
        <w:numPr>
          <w:ilvl w:val="0"/>
          <w:numId w:val="2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Андрогени</w:t>
      </w:r>
      <w:proofErr w:type="spellEnd"/>
    </w:p>
    <w:p w14:paraId="573721E6" w14:textId="77777777" w:rsidR="00A904C4" w:rsidRPr="0063699D" w:rsidRDefault="00FC2AAC" w:rsidP="00A565D1">
      <w:pPr>
        <w:pStyle w:val="ListParagraph"/>
        <w:numPr>
          <w:ilvl w:val="0"/>
          <w:numId w:val="2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андрогени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компоненти</w:t>
      </w:r>
      <w:proofErr w:type="spellEnd"/>
    </w:p>
    <w:p w14:paraId="791C4938" w14:textId="77777777" w:rsidR="00A904C4" w:rsidRPr="0063699D" w:rsidRDefault="00FC2AAC" w:rsidP="00A565D1">
      <w:pPr>
        <w:pStyle w:val="ListParagraph"/>
        <w:numPr>
          <w:ilvl w:val="0"/>
          <w:numId w:val="2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естрогени</w:t>
      </w:r>
      <w:proofErr w:type="spellEnd"/>
    </w:p>
    <w:p w14:paraId="4D31F3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04F20CC" w14:textId="77777777" w:rsidR="00A904C4" w:rsidRPr="0063699D" w:rsidRDefault="00FC2AAC" w:rsidP="00A565D1">
      <w:pPr>
        <w:pStyle w:val="ListParagraph"/>
        <w:numPr>
          <w:ilvl w:val="0"/>
          <w:numId w:val="2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</w:p>
    <w:p w14:paraId="46A9ED74" w14:textId="77777777" w:rsidR="00A904C4" w:rsidRPr="0063699D" w:rsidRDefault="00FC2AAC" w:rsidP="00A565D1">
      <w:pPr>
        <w:pStyle w:val="ListParagraph"/>
        <w:numPr>
          <w:ilvl w:val="0"/>
          <w:numId w:val="2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</w:p>
    <w:p w14:paraId="00074F97" w14:textId="77777777" w:rsidR="00A904C4" w:rsidRPr="0063699D" w:rsidRDefault="00FC2AAC" w:rsidP="00A565D1">
      <w:pPr>
        <w:pStyle w:val="ListParagraph"/>
        <w:numPr>
          <w:ilvl w:val="0"/>
          <w:numId w:val="2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Тромбоемболія</w:t>
      </w:r>
      <w:proofErr w:type="spellEnd"/>
    </w:p>
    <w:p w14:paraId="3384FC2B" w14:textId="77777777" w:rsidR="00A904C4" w:rsidRPr="0063699D" w:rsidRDefault="00FC2AAC" w:rsidP="00A565D1">
      <w:pPr>
        <w:pStyle w:val="ListParagraph"/>
        <w:numPr>
          <w:ilvl w:val="0"/>
          <w:numId w:val="2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гіпотензія</w:t>
      </w:r>
      <w:proofErr w:type="spellEnd"/>
    </w:p>
    <w:p w14:paraId="0FCACCD3" w14:textId="77777777" w:rsidR="00A904C4" w:rsidRPr="0063699D" w:rsidRDefault="00FC2AAC" w:rsidP="00A565D1">
      <w:pPr>
        <w:pStyle w:val="ListParagraph"/>
        <w:numPr>
          <w:ilvl w:val="0"/>
          <w:numId w:val="2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Дисбактеріоз</w:t>
      </w:r>
      <w:proofErr w:type="spellEnd"/>
    </w:p>
    <w:p w14:paraId="72207B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посткоітальний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контрацептивний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препарат:</w:t>
      </w:r>
    </w:p>
    <w:p w14:paraId="63304282" w14:textId="77777777" w:rsidR="00A904C4" w:rsidRPr="0063699D" w:rsidRDefault="00FC2AAC" w:rsidP="00A565D1">
      <w:pPr>
        <w:pStyle w:val="ListParagraph"/>
        <w:numPr>
          <w:ilvl w:val="0"/>
          <w:numId w:val="2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Ригевідон</w:t>
      </w:r>
      <w:proofErr w:type="spellEnd"/>
    </w:p>
    <w:p w14:paraId="4D746C4A" w14:textId="77777777" w:rsidR="00A904C4" w:rsidRPr="0063699D" w:rsidRDefault="00FC2AAC" w:rsidP="00A565D1">
      <w:pPr>
        <w:pStyle w:val="ListParagraph"/>
        <w:numPr>
          <w:ilvl w:val="0"/>
          <w:numId w:val="2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Антеовін</w:t>
      </w:r>
      <w:proofErr w:type="spellEnd"/>
    </w:p>
    <w:p w14:paraId="066B1E6A" w14:textId="77777777" w:rsidR="00A904C4" w:rsidRPr="0063699D" w:rsidRDefault="00FC2AAC" w:rsidP="00A565D1">
      <w:pPr>
        <w:pStyle w:val="ListParagraph"/>
        <w:numPr>
          <w:ilvl w:val="0"/>
          <w:numId w:val="2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Логест</w:t>
      </w:r>
      <w:proofErr w:type="spellEnd"/>
    </w:p>
    <w:p w14:paraId="567A7F94" w14:textId="77777777" w:rsidR="00A904C4" w:rsidRPr="0063699D" w:rsidRDefault="00FC2AAC" w:rsidP="00A565D1">
      <w:pPr>
        <w:pStyle w:val="ListParagraph"/>
        <w:numPr>
          <w:ilvl w:val="0"/>
          <w:numId w:val="2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Континіум</w:t>
      </w:r>
      <w:proofErr w:type="spellEnd"/>
    </w:p>
    <w:p w14:paraId="347D3E03" w14:textId="77777777" w:rsidR="00A904C4" w:rsidRPr="0063699D" w:rsidRDefault="00FC2AAC" w:rsidP="00A565D1">
      <w:pPr>
        <w:pStyle w:val="ListParagraph"/>
        <w:numPr>
          <w:ilvl w:val="0"/>
          <w:numId w:val="2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Постинор</w:t>
      </w:r>
      <w:proofErr w:type="spellEnd"/>
    </w:p>
    <w:p w14:paraId="43C0CC7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671914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DDE4D2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44258D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055EB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ПРОТИМІКРОБНІ ТА ПРОТИПАРАЗИТАРНІ ЗАСОБИ</w:t>
      </w:r>
    </w:p>
    <w:p w14:paraId="2B2F896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9B6743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794D58B" w14:textId="55D82F24" w:rsidR="00A904C4" w:rsidRPr="0063699D" w:rsidRDefault="00A904C4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61BA02AC" w14:textId="77777777" w:rsidR="0059166B" w:rsidRPr="0063699D" w:rsidRDefault="0059166B" w:rsidP="0059166B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ПРОТИМІКРОБНІ ТА ПРОТИПАРАЗИТАРНІ ЗАСОБИ</w:t>
      </w:r>
    </w:p>
    <w:p w14:paraId="33D1097E" w14:textId="5D955F3C" w:rsidR="00A904C4" w:rsidRPr="0063699D" w:rsidRDefault="0059166B" w:rsidP="0059166B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28. СУЧАСНІ ПРИНЦИПИ ХІМІОТЕРАПІЇ. НЕБАЖАНІ ЕФЕКТИ СУЛЬФАНІЛАМІДІВ І АНТИБАКТЕРІАЛЬНИХ ЗАСОБІВ РІЗНИХ ХІМІЧНИХ ГРУП.</w:t>
      </w:r>
    </w:p>
    <w:p w14:paraId="7565F200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доводиться 20%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Незважаючи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успіхи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високоефективних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залишається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Складнощі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різноманітністю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труднощами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ідентифікації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частим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змішаних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станом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перебувають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середовищах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301D1EC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7DF488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BEEAF00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7EBC56CE" w14:textId="77777777" w:rsidR="00A904C4" w:rsidRPr="0063699D" w:rsidRDefault="00FC2AAC" w:rsidP="00A565D1">
      <w:pPr>
        <w:pStyle w:val="ListParagraph"/>
        <w:numPr>
          <w:ilvl w:val="0"/>
          <w:numId w:val="260"/>
        </w:numPr>
        <w:tabs>
          <w:tab w:val="left" w:pos="1560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Ерліх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Г.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Домагк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Флемінг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Єрмольєва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A5B2BCD" w14:textId="77777777" w:rsidR="00A904C4" w:rsidRPr="0063699D" w:rsidRDefault="00FC2AAC" w:rsidP="00A565D1">
      <w:pPr>
        <w:pStyle w:val="ListParagraph"/>
        <w:numPr>
          <w:ilvl w:val="0"/>
          <w:numId w:val="260"/>
        </w:numPr>
        <w:tabs>
          <w:tab w:val="left" w:pos="1560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спектри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критерії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36AC20D4" w14:textId="77777777" w:rsidR="00A904C4" w:rsidRPr="0063699D" w:rsidRDefault="00FC2AAC" w:rsidP="00A565D1">
      <w:pPr>
        <w:pStyle w:val="ListParagraph"/>
        <w:numPr>
          <w:ilvl w:val="0"/>
          <w:numId w:val="260"/>
        </w:numPr>
        <w:tabs>
          <w:tab w:val="left" w:pos="1560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4743831" w14:textId="77777777" w:rsidR="00A904C4" w:rsidRPr="0063699D" w:rsidRDefault="00FC2AAC" w:rsidP="00A565D1">
      <w:pPr>
        <w:pStyle w:val="ListParagraph"/>
        <w:numPr>
          <w:ilvl w:val="0"/>
          <w:numId w:val="2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99C54BD" w14:textId="77777777" w:rsidR="00A904C4" w:rsidRPr="0063699D" w:rsidRDefault="00FC2AAC" w:rsidP="00A565D1">
      <w:pPr>
        <w:pStyle w:val="ListParagraph"/>
        <w:numPr>
          <w:ilvl w:val="0"/>
          <w:numId w:val="2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активного транспорту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мембрану;</w:t>
      </w:r>
    </w:p>
    <w:p w14:paraId="7D6BC58D" w14:textId="77777777" w:rsidR="00A904C4" w:rsidRPr="0063699D" w:rsidRDefault="00FC2AAC" w:rsidP="00A565D1">
      <w:pPr>
        <w:pStyle w:val="ListParagraph"/>
        <w:numPr>
          <w:ilvl w:val="0"/>
          <w:numId w:val="2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транскрипції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2A86ABD5" w14:textId="77777777" w:rsidR="00A904C4" w:rsidRPr="0063699D" w:rsidRDefault="00FC2AAC" w:rsidP="00A565D1">
      <w:pPr>
        <w:pStyle w:val="ListParagraph"/>
        <w:numPr>
          <w:ilvl w:val="0"/>
          <w:numId w:val="2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нуклеїнових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кислот.</w:t>
      </w:r>
    </w:p>
    <w:p w14:paraId="0B7ADCBB" w14:textId="6FBAE359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ХІМІОТЕРАПЕВТИЧНИХ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37296F4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E15B7C6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2381C6C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DA70784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фторхінолони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ципрофлоксацин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моксифлоксацин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хінолони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налідиксова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оксолінієва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4BD83A35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8-оксихіноліну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хлорхінальдол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нітроксолін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 ; </w:t>
      </w:r>
    </w:p>
    <w:p w14:paraId="413DD946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нітрофурану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фуразолідон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фурадонін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7CC519FC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імідазолу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3082C44C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оксазолідинони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лінезолід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23B152E1" w14:textId="77777777" w:rsidR="00A904C4" w:rsidRPr="0063699D" w:rsidRDefault="00FC2AAC" w:rsidP="00A565D1">
      <w:pPr>
        <w:pStyle w:val="ListParagraph"/>
        <w:numPr>
          <w:ilvl w:val="0"/>
          <w:numId w:val="2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хіноксаліну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діоксидин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хіноксидин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4C54F36" w14:textId="0300E1D0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07CC3C8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D6F781E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протисифілітичні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85FF409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протипротозойні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421DA1C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протигельмінтозні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1B919AC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51AA97B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противірусні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AE4D743" w14:textId="77777777" w:rsidR="00A904C4" w:rsidRPr="0063699D" w:rsidRDefault="00FC2AAC" w:rsidP="00A565D1">
      <w:pPr>
        <w:pStyle w:val="ListParagraph"/>
        <w:numPr>
          <w:ilvl w:val="0"/>
          <w:numId w:val="2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22D751" w14:textId="226CCA83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BAB1E2F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препарату.</w:t>
      </w:r>
    </w:p>
    <w:p w14:paraId="7EB1D028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схем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8B7BA1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1294F3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 і ритму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підтримки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3E8F05D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Правильний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найкращого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контакту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збудником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5A0191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адекватного контролю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правильне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Своєчасне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умов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припинення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одужання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позитивного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т.д.).</w:t>
      </w:r>
    </w:p>
    <w:p w14:paraId="59FAF316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імуностимуляторами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гормонами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0B4C83EA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Критерії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позитивного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6D5139" w14:textId="77777777" w:rsidR="00A904C4" w:rsidRPr="0063699D" w:rsidRDefault="00FC2AAC" w:rsidP="00A565D1">
      <w:pPr>
        <w:pStyle w:val="ListParagraph"/>
        <w:numPr>
          <w:ilvl w:val="0"/>
          <w:numId w:val="2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Запобігання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9D1A77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B11423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025F93F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».</w:t>
      </w:r>
    </w:p>
    <w:p w14:paraId="1BD7A175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A59C87E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16D4C16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0CB850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8-оксихіноліну,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нітрофурана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імідазолу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хіноксалін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07CA79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фторхінолони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18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DEF7612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кристалурії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69182F4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антикоагулянти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хворого?</w:t>
      </w:r>
    </w:p>
    <w:p w14:paraId="5759B27D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7215C2C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схемам:</w:t>
      </w:r>
    </w:p>
    <w:p w14:paraId="45D9DA01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МНН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торгові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випуску</w:t>
      </w:r>
      <w:proofErr w:type="spellEnd"/>
    </w:p>
    <w:p w14:paraId="518D1FEB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→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фармакобезпека</w:t>
      </w:r>
      <w:proofErr w:type="spellEnd"/>
    </w:p>
    <w:p w14:paraId="2E0E661F" w14:textId="77777777" w:rsidR="00A904C4" w:rsidRPr="0063699D" w:rsidRDefault="00FC2AAC" w:rsidP="00A565D1">
      <w:pPr>
        <w:pStyle w:val="ListParagraph"/>
        <w:numPr>
          <w:ilvl w:val="0"/>
          <w:numId w:val="2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</w:t>
      </w:r>
    </w:p>
    <w:p w14:paraId="79706E61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9476523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72FFF1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сульфадимезин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таблетках,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порекомендувавши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1,5-2 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щодобово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FD1D9F9" w14:textId="77777777" w:rsidR="00A904C4" w:rsidRPr="0063699D" w:rsidRDefault="00FC2AAC" w:rsidP="00A565D1">
      <w:pPr>
        <w:pStyle w:val="ListParagraph"/>
        <w:numPr>
          <w:ilvl w:val="0"/>
          <w:numId w:val="2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кристалізації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канальцях</w:t>
      </w:r>
      <w:proofErr w:type="spellEnd"/>
    </w:p>
    <w:p w14:paraId="10A409CA" w14:textId="77777777" w:rsidR="00A904C4" w:rsidRPr="0063699D" w:rsidRDefault="00FC2AAC" w:rsidP="00A565D1">
      <w:pPr>
        <w:pStyle w:val="ListParagraph"/>
        <w:numPr>
          <w:ilvl w:val="0"/>
          <w:numId w:val="2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нейтралізації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соку</w:t>
      </w:r>
    </w:p>
    <w:p w14:paraId="0018462E" w14:textId="77777777" w:rsidR="00A904C4" w:rsidRPr="0063699D" w:rsidRDefault="00FC2AAC" w:rsidP="00A565D1">
      <w:pPr>
        <w:pStyle w:val="ListParagraph"/>
        <w:numPr>
          <w:ilvl w:val="0"/>
          <w:numId w:val="2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зсуву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бік</w:t>
      </w:r>
      <w:proofErr w:type="spellEnd"/>
    </w:p>
    <w:p w14:paraId="3E49043D" w14:textId="77777777" w:rsidR="00A904C4" w:rsidRPr="0063699D" w:rsidRDefault="00FC2AAC" w:rsidP="00A565D1">
      <w:pPr>
        <w:pStyle w:val="ListParagraph"/>
        <w:numPr>
          <w:ilvl w:val="0"/>
          <w:numId w:val="2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.Для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шлунок</w:t>
      </w:r>
      <w:proofErr w:type="spellEnd"/>
    </w:p>
    <w:p w14:paraId="1234747A" w14:textId="77777777" w:rsidR="00A904C4" w:rsidRPr="0063699D" w:rsidRDefault="00FC2AAC" w:rsidP="00A565D1">
      <w:pPr>
        <w:pStyle w:val="ListParagraph"/>
        <w:numPr>
          <w:ilvl w:val="0"/>
          <w:numId w:val="2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пролонгування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</w:p>
    <w:p w14:paraId="0165250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Спектр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04ADDBB" w14:textId="77777777" w:rsidR="00A904C4" w:rsidRPr="0063699D" w:rsidRDefault="00FC2AAC" w:rsidP="00A565D1">
      <w:pPr>
        <w:pStyle w:val="ListParagraph"/>
        <w:numPr>
          <w:ilvl w:val="0"/>
          <w:numId w:val="2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Коки </w:t>
      </w:r>
    </w:p>
    <w:p w14:paraId="73291464" w14:textId="77777777" w:rsidR="00A904C4" w:rsidRPr="0063699D" w:rsidRDefault="00FC2AAC" w:rsidP="00A565D1">
      <w:pPr>
        <w:pStyle w:val="ListParagraph"/>
        <w:numPr>
          <w:ilvl w:val="0"/>
          <w:numId w:val="2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ешеріхії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0A003449" w14:textId="77777777" w:rsidR="00A904C4" w:rsidRPr="0063699D" w:rsidRDefault="00FC2AAC" w:rsidP="00A565D1">
      <w:pPr>
        <w:pStyle w:val="ListParagraph"/>
        <w:numPr>
          <w:ilvl w:val="0"/>
          <w:numId w:val="2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Черевнотифозна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сальмонели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44E27843" w14:textId="77777777" w:rsidR="00A904C4" w:rsidRPr="0063699D" w:rsidRDefault="00FC2AAC" w:rsidP="00A565D1">
      <w:pPr>
        <w:pStyle w:val="ListParagraph"/>
        <w:numPr>
          <w:ilvl w:val="0"/>
          <w:numId w:val="2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Дизентерійна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шигели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вібріон</w:t>
      </w:r>
      <w:proofErr w:type="spellEnd"/>
    </w:p>
    <w:p w14:paraId="3F2C6E78" w14:textId="77777777" w:rsidR="00A904C4" w:rsidRPr="0063699D" w:rsidRDefault="00FC2AAC" w:rsidP="00A565D1">
      <w:pPr>
        <w:pStyle w:val="ListParagraph"/>
        <w:numPr>
          <w:ilvl w:val="0"/>
          <w:numId w:val="2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токсоплазми</w:t>
      </w:r>
      <w:proofErr w:type="spellEnd"/>
    </w:p>
    <w:p w14:paraId="2696BA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</w:p>
    <w:p w14:paraId="7F6C50FF" w14:textId="77777777" w:rsidR="00A904C4" w:rsidRPr="0063699D" w:rsidRDefault="00FC2AAC" w:rsidP="00A565D1">
      <w:pPr>
        <w:pStyle w:val="ListParagraph"/>
        <w:numPr>
          <w:ilvl w:val="0"/>
          <w:numId w:val="2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Уросульфан</w:t>
      </w:r>
      <w:proofErr w:type="spellEnd"/>
    </w:p>
    <w:p w14:paraId="796C4364" w14:textId="77777777" w:rsidR="00A904C4" w:rsidRPr="0063699D" w:rsidRDefault="00FC2AAC" w:rsidP="00A565D1">
      <w:pPr>
        <w:pStyle w:val="ListParagraph"/>
        <w:numPr>
          <w:ilvl w:val="0"/>
          <w:numId w:val="2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</w:p>
    <w:p w14:paraId="49623DCD" w14:textId="77777777" w:rsidR="00A904C4" w:rsidRPr="0063699D" w:rsidRDefault="00FC2AAC" w:rsidP="00A565D1">
      <w:pPr>
        <w:pStyle w:val="ListParagraph"/>
        <w:numPr>
          <w:ilvl w:val="0"/>
          <w:numId w:val="2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Сульфадімезин</w:t>
      </w:r>
      <w:proofErr w:type="spellEnd"/>
    </w:p>
    <w:p w14:paraId="58E9BFA8" w14:textId="77777777" w:rsidR="00A904C4" w:rsidRPr="0063699D" w:rsidRDefault="00FC2AAC" w:rsidP="00A565D1">
      <w:pPr>
        <w:pStyle w:val="ListParagraph"/>
        <w:numPr>
          <w:ilvl w:val="0"/>
          <w:numId w:val="2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Сульфапіридазин</w:t>
      </w:r>
      <w:proofErr w:type="spellEnd"/>
    </w:p>
    <w:p w14:paraId="1A6A763C" w14:textId="77777777" w:rsidR="00A904C4" w:rsidRPr="0063699D" w:rsidRDefault="00FC2AAC" w:rsidP="00A565D1">
      <w:pPr>
        <w:pStyle w:val="ListParagraph"/>
        <w:numPr>
          <w:ilvl w:val="0"/>
          <w:numId w:val="2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>Норсульфазол</w:t>
      </w:r>
    </w:p>
    <w:p w14:paraId="0146AC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F4E8FED" w14:textId="77777777" w:rsidR="00A904C4" w:rsidRPr="0063699D" w:rsidRDefault="00FC2AAC" w:rsidP="00A565D1">
      <w:pPr>
        <w:pStyle w:val="ListParagraph"/>
        <w:numPr>
          <w:ilvl w:val="0"/>
          <w:numId w:val="2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</w:p>
    <w:p w14:paraId="53F4366A" w14:textId="77777777" w:rsidR="00A904C4" w:rsidRPr="0063699D" w:rsidRDefault="00FC2AAC" w:rsidP="00A565D1">
      <w:pPr>
        <w:pStyle w:val="ListParagraph"/>
        <w:numPr>
          <w:ilvl w:val="0"/>
          <w:numId w:val="2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Трахома</w:t>
      </w:r>
    </w:p>
    <w:p w14:paraId="5AD85224" w14:textId="77777777" w:rsidR="00A904C4" w:rsidRPr="0063699D" w:rsidRDefault="00FC2AAC" w:rsidP="00A565D1">
      <w:pPr>
        <w:pStyle w:val="ListParagraph"/>
        <w:numPr>
          <w:ilvl w:val="0"/>
          <w:numId w:val="2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інвазії</w:t>
      </w:r>
      <w:proofErr w:type="spellEnd"/>
    </w:p>
    <w:p w14:paraId="37D41821" w14:textId="77777777" w:rsidR="00A904C4" w:rsidRPr="0063699D" w:rsidRDefault="00FC2AAC" w:rsidP="00A565D1">
      <w:pPr>
        <w:pStyle w:val="ListParagraph"/>
        <w:numPr>
          <w:ilvl w:val="0"/>
          <w:numId w:val="2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Лямбліоз</w:t>
      </w:r>
      <w:proofErr w:type="spellEnd"/>
    </w:p>
    <w:p w14:paraId="5EAE76CA" w14:textId="77777777" w:rsidR="00A904C4" w:rsidRPr="0063699D" w:rsidRDefault="00FC2AAC" w:rsidP="00A565D1">
      <w:pPr>
        <w:pStyle w:val="ListParagraph"/>
        <w:numPr>
          <w:ilvl w:val="0"/>
          <w:numId w:val="2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Малярія</w:t>
      </w:r>
      <w:proofErr w:type="spellEnd"/>
    </w:p>
    <w:p w14:paraId="661004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F7D995B" w14:textId="77777777" w:rsidR="00A904C4" w:rsidRPr="0063699D" w:rsidRDefault="00FC2AAC" w:rsidP="00A565D1">
      <w:pPr>
        <w:pStyle w:val="ListParagraph"/>
        <w:numPr>
          <w:ilvl w:val="0"/>
          <w:numId w:val="2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Глаукома</w:t>
      </w:r>
    </w:p>
    <w:p w14:paraId="6070EB75" w14:textId="77777777" w:rsidR="00A904C4" w:rsidRPr="0063699D" w:rsidRDefault="00FC2AAC" w:rsidP="00A565D1">
      <w:pPr>
        <w:pStyle w:val="ListParagraph"/>
        <w:numPr>
          <w:ilvl w:val="0"/>
          <w:numId w:val="2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</w:p>
    <w:p w14:paraId="6705D892" w14:textId="77777777" w:rsidR="00A904C4" w:rsidRPr="0063699D" w:rsidRDefault="00FC2AAC" w:rsidP="00A565D1">
      <w:pPr>
        <w:pStyle w:val="ListParagraph"/>
        <w:numPr>
          <w:ilvl w:val="0"/>
          <w:numId w:val="2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</w:p>
    <w:p w14:paraId="6652368C" w14:textId="77777777" w:rsidR="00A904C4" w:rsidRPr="0063699D" w:rsidRDefault="00FC2AAC" w:rsidP="00A565D1">
      <w:pPr>
        <w:pStyle w:val="ListParagraph"/>
        <w:numPr>
          <w:ilvl w:val="0"/>
          <w:numId w:val="2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лейкопенія</w:t>
      </w:r>
      <w:proofErr w:type="spellEnd"/>
    </w:p>
    <w:p w14:paraId="7B038D12" w14:textId="77777777" w:rsidR="00A904C4" w:rsidRPr="0063699D" w:rsidRDefault="00FC2AAC" w:rsidP="00A565D1">
      <w:pPr>
        <w:pStyle w:val="ListParagraph"/>
        <w:numPr>
          <w:ilvl w:val="0"/>
          <w:numId w:val="2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</w:p>
    <w:p w14:paraId="5247E1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Порадьте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лікарю-інтерну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кон'юктивіту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A965C15" w14:textId="77777777" w:rsidR="00A904C4" w:rsidRPr="0063699D" w:rsidRDefault="00FC2AAC" w:rsidP="00A565D1">
      <w:pPr>
        <w:pStyle w:val="ListParagraph"/>
        <w:numPr>
          <w:ilvl w:val="0"/>
          <w:numId w:val="2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Стрептоцид</w:t>
      </w:r>
    </w:p>
    <w:p w14:paraId="65575836" w14:textId="77777777" w:rsidR="00A904C4" w:rsidRPr="0063699D" w:rsidRDefault="00FC2AAC" w:rsidP="00A565D1">
      <w:pPr>
        <w:pStyle w:val="ListParagraph"/>
        <w:numPr>
          <w:ilvl w:val="0"/>
          <w:numId w:val="2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Сульфадіметоксин</w:t>
      </w:r>
      <w:proofErr w:type="spellEnd"/>
    </w:p>
    <w:p w14:paraId="62DFED80" w14:textId="77777777" w:rsidR="00A904C4" w:rsidRPr="0063699D" w:rsidRDefault="00FC2AAC" w:rsidP="00A565D1">
      <w:pPr>
        <w:pStyle w:val="ListParagraph"/>
        <w:numPr>
          <w:ilvl w:val="0"/>
          <w:numId w:val="2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</w:p>
    <w:p w14:paraId="43A73831" w14:textId="77777777" w:rsidR="00A904C4" w:rsidRPr="0063699D" w:rsidRDefault="00FC2AAC" w:rsidP="00A565D1">
      <w:pPr>
        <w:pStyle w:val="ListParagraph"/>
        <w:numPr>
          <w:ilvl w:val="0"/>
          <w:numId w:val="2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Сульфацил-натрію</w:t>
      </w:r>
      <w:proofErr w:type="spellEnd"/>
    </w:p>
    <w:p w14:paraId="012390D6" w14:textId="77777777" w:rsidR="00A904C4" w:rsidRPr="0063699D" w:rsidRDefault="00FC2AAC" w:rsidP="00A565D1">
      <w:pPr>
        <w:pStyle w:val="ListParagraph"/>
        <w:numPr>
          <w:ilvl w:val="0"/>
          <w:numId w:val="2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Норсульфазол</w:t>
      </w:r>
    </w:p>
    <w:p w14:paraId="4C781D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Відмітьте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бактерицидно:</w:t>
      </w:r>
    </w:p>
    <w:p w14:paraId="371D6825" w14:textId="77777777" w:rsidR="00A904C4" w:rsidRPr="0063699D" w:rsidRDefault="00FC2AAC" w:rsidP="00A565D1">
      <w:pPr>
        <w:pStyle w:val="ListParagraph"/>
        <w:numPr>
          <w:ilvl w:val="0"/>
          <w:numId w:val="2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Стрептоцид</w:t>
      </w:r>
    </w:p>
    <w:p w14:paraId="7E312ABB" w14:textId="77777777" w:rsidR="00A904C4" w:rsidRPr="0063699D" w:rsidRDefault="00FC2AAC" w:rsidP="00A565D1">
      <w:pPr>
        <w:pStyle w:val="ListParagraph"/>
        <w:numPr>
          <w:ilvl w:val="0"/>
          <w:numId w:val="2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Ко-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тримоксазол</w:t>
      </w:r>
      <w:proofErr w:type="spellEnd"/>
    </w:p>
    <w:p w14:paraId="3F41393A" w14:textId="77777777" w:rsidR="00A904C4" w:rsidRPr="0063699D" w:rsidRDefault="00FC2AAC" w:rsidP="00A565D1">
      <w:pPr>
        <w:pStyle w:val="ListParagraph"/>
        <w:numPr>
          <w:ilvl w:val="0"/>
          <w:numId w:val="2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</w:p>
    <w:p w14:paraId="443D321F" w14:textId="77777777" w:rsidR="00A904C4" w:rsidRPr="0063699D" w:rsidRDefault="00FC2AAC" w:rsidP="00A565D1">
      <w:pPr>
        <w:pStyle w:val="ListParagraph"/>
        <w:numPr>
          <w:ilvl w:val="0"/>
          <w:numId w:val="2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Сульфацил-натрію</w:t>
      </w:r>
      <w:proofErr w:type="spellEnd"/>
    </w:p>
    <w:p w14:paraId="7AB8B71C" w14:textId="77777777" w:rsidR="00A904C4" w:rsidRPr="0063699D" w:rsidRDefault="00FC2AAC" w:rsidP="00A565D1">
      <w:pPr>
        <w:pStyle w:val="ListParagraph"/>
        <w:numPr>
          <w:ilvl w:val="0"/>
          <w:numId w:val="2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</w:p>
    <w:p w14:paraId="1B55A3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непереносимість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F7EDDEB" w14:textId="77777777" w:rsidR="00A904C4" w:rsidRPr="0063699D" w:rsidRDefault="00FC2AAC" w:rsidP="00A565D1">
      <w:pPr>
        <w:pStyle w:val="ListParagraph"/>
        <w:numPr>
          <w:ilvl w:val="0"/>
          <w:numId w:val="2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</w:p>
    <w:p w14:paraId="01144EE6" w14:textId="77777777" w:rsidR="00A904C4" w:rsidRPr="0063699D" w:rsidRDefault="00FC2AAC" w:rsidP="00A565D1">
      <w:pPr>
        <w:pStyle w:val="ListParagraph"/>
        <w:numPr>
          <w:ilvl w:val="0"/>
          <w:numId w:val="2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</w:p>
    <w:p w14:paraId="03238ED2" w14:textId="77777777" w:rsidR="00A904C4" w:rsidRPr="0063699D" w:rsidRDefault="00FC2AAC" w:rsidP="00A565D1">
      <w:pPr>
        <w:pStyle w:val="ListParagraph"/>
        <w:numPr>
          <w:ilvl w:val="0"/>
          <w:numId w:val="2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</w:p>
    <w:p w14:paraId="062AC9CA" w14:textId="77777777" w:rsidR="00A904C4" w:rsidRPr="0063699D" w:rsidRDefault="00FC2AAC" w:rsidP="00A565D1">
      <w:pPr>
        <w:pStyle w:val="ListParagraph"/>
        <w:numPr>
          <w:ilvl w:val="0"/>
          <w:numId w:val="2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Сульфапіридазин</w:t>
      </w:r>
      <w:proofErr w:type="spellEnd"/>
    </w:p>
    <w:p w14:paraId="328BEB8A" w14:textId="77777777" w:rsidR="00A904C4" w:rsidRPr="0063699D" w:rsidRDefault="00FC2AAC" w:rsidP="00A565D1">
      <w:pPr>
        <w:pStyle w:val="ListParagraph"/>
        <w:numPr>
          <w:ilvl w:val="0"/>
          <w:numId w:val="2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Стрептоцид</w:t>
      </w:r>
    </w:p>
    <w:p w14:paraId="3CD7CB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в комплексному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3D9C0C05" w14:textId="77777777" w:rsidR="00A904C4" w:rsidRPr="0063699D" w:rsidRDefault="00FC2AAC" w:rsidP="00A565D1">
      <w:pPr>
        <w:pStyle w:val="ListParagraph"/>
        <w:numPr>
          <w:ilvl w:val="0"/>
          <w:numId w:val="2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Окислення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компонентів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протоплазми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</w:p>
    <w:p w14:paraId="2685EC24" w14:textId="77777777" w:rsidR="00A904C4" w:rsidRPr="0063699D" w:rsidRDefault="00FC2AAC" w:rsidP="00A565D1">
      <w:pPr>
        <w:pStyle w:val="ListParagraph"/>
        <w:numPr>
          <w:ilvl w:val="0"/>
          <w:numId w:val="2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послідовних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</w:p>
    <w:p w14:paraId="7AC0F020" w14:textId="77777777" w:rsidR="00A904C4" w:rsidRPr="0063699D" w:rsidRDefault="00FC2AAC" w:rsidP="00A565D1">
      <w:pPr>
        <w:pStyle w:val="ListParagraph"/>
        <w:numPr>
          <w:ilvl w:val="0"/>
          <w:numId w:val="2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Інгібує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стінки</w:t>
      </w:r>
      <w:proofErr w:type="spellEnd"/>
    </w:p>
    <w:p w14:paraId="56C8EDAA" w14:textId="77777777" w:rsidR="00A904C4" w:rsidRPr="0063699D" w:rsidRDefault="00FC2AAC" w:rsidP="00A565D1">
      <w:pPr>
        <w:pStyle w:val="ListParagraph"/>
        <w:numPr>
          <w:ilvl w:val="0"/>
          <w:numId w:val="2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цитолеми</w:t>
      </w:r>
      <w:proofErr w:type="spellEnd"/>
    </w:p>
    <w:p w14:paraId="75527E47" w14:textId="77777777" w:rsidR="00A904C4" w:rsidRPr="0063699D" w:rsidRDefault="00FC2AAC" w:rsidP="00A565D1">
      <w:pPr>
        <w:pStyle w:val="ListParagraph"/>
        <w:numPr>
          <w:ilvl w:val="0"/>
          <w:numId w:val="2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циклооксигенази</w:t>
      </w:r>
      <w:proofErr w:type="spellEnd"/>
    </w:p>
    <w:p w14:paraId="78C35C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пронос,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анорексію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екскрементах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знайдені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дизентерійної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хворого.</w:t>
      </w:r>
    </w:p>
    <w:p w14:paraId="79C96459" w14:textId="77777777" w:rsidR="00A904C4" w:rsidRPr="0063699D" w:rsidRDefault="00FC2AAC" w:rsidP="00A565D1">
      <w:pPr>
        <w:pStyle w:val="ListParagraph"/>
        <w:numPr>
          <w:ilvl w:val="0"/>
          <w:numId w:val="2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Фталазол</w:t>
      </w:r>
    </w:p>
    <w:p w14:paraId="3E1B9242" w14:textId="77777777" w:rsidR="00A904C4" w:rsidRPr="0063699D" w:rsidRDefault="00FC2AAC" w:rsidP="00A565D1">
      <w:pPr>
        <w:pStyle w:val="ListParagraph"/>
        <w:numPr>
          <w:ilvl w:val="0"/>
          <w:numId w:val="2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</w:p>
    <w:p w14:paraId="42C6C56B" w14:textId="77777777" w:rsidR="00A904C4" w:rsidRPr="0063699D" w:rsidRDefault="00FC2AAC" w:rsidP="00A565D1">
      <w:pPr>
        <w:pStyle w:val="ListParagraph"/>
        <w:numPr>
          <w:ilvl w:val="0"/>
          <w:numId w:val="2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Норсульфазол</w:t>
      </w:r>
    </w:p>
    <w:p w14:paraId="5E9072BC" w14:textId="77777777" w:rsidR="00A904C4" w:rsidRPr="0063699D" w:rsidRDefault="00FC2AAC" w:rsidP="00A565D1">
      <w:pPr>
        <w:pStyle w:val="ListParagraph"/>
        <w:numPr>
          <w:ilvl w:val="0"/>
          <w:numId w:val="2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</w:p>
    <w:p w14:paraId="668E8078" w14:textId="77777777" w:rsidR="00A904C4" w:rsidRPr="0063699D" w:rsidRDefault="00FC2AAC" w:rsidP="00A565D1">
      <w:pPr>
        <w:pStyle w:val="ListParagraph"/>
        <w:numPr>
          <w:ilvl w:val="0"/>
          <w:numId w:val="2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</w:p>
    <w:p w14:paraId="03E364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фуразолідон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5879B85" w14:textId="77777777" w:rsidR="00A904C4" w:rsidRPr="0063699D" w:rsidRDefault="00FC2AAC" w:rsidP="00A565D1">
      <w:pPr>
        <w:pStyle w:val="ListParagraph"/>
        <w:numPr>
          <w:ilvl w:val="0"/>
          <w:numId w:val="2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Тетурамоподібною</w:t>
      </w:r>
      <w:proofErr w:type="spellEnd"/>
    </w:p>
    <w:p w14:paraId="7E66107C" w14:textId="77777777" w:rsidR="00A904C4" w:rsidRPr="0063699D" w:rsidRDefault="00FC2AAC" w:rsidP="00A565D1">
      <w:pPr>
        <w:pStyle w:val="ListParagraph"/>
        <w:numPr>
          <w:ilvl w:val="0"/>
          <w:numId w:val="2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Папавериноподібною</w:t>
      </w:r>
      <w:proofErr w:type="spellEnd"/>
    </w:p>
    <w:p w14:paraId="2C9356B7" w14:textId="77777777" w:rsidR="00A904C4" w:rsidRPr="0063699D" w:rsidRDefault="00FC2AAC" w:rsidP="00A565D1">
      <w:pPr>
        <w:pStyle w:val="ListParagraph"/>
        <w:numPr>
          <w:ilvl w:val="0"/>
          <w:numId w:val="2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Кофеіноподібною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B727316" w14:textId="77777777" w:rsidR="00A904C4" w:rsidRPr="0063699D" w:rsidRDefault="00FC2AAC" w:rsidP="00A565D1">
      <w:pPr>
        <w:pStyle w:val="ListParagraph"/>
        <w:numPr>
          <w:ilvl w:val="0"/>
          <w:numId w:val="2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Морфіноподібною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B5ED34" w14:textId="77777777" w:rsidR="00A904C4" w:rsidRPr="0063699D" w:rsidRDefault="00FC2AAC" w:rsidP="00A565D1">
      <w:pPr>
        <w:pStyle w:val="ListParagraph"/>
        <w:numPr>
          <w:ilvl w:val="0"/>
          <w:numId w:val="2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Клофеліноподібною</w:t>
      </w:r>
      <w:proofErr w:type="spellEnd"/>
    </w:p>
    <w:p w14:paraId="3E59D8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апендектомію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сумісному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анестетиком?</w:t>
      </w:r>
    </w:p>
    <w:p w14:paraId="17CFD291" w14:textId="77777777" w:rsidR="00A904C4" w:rsidRPr="0063699D" w:rsidRDefault="00FC2AAC" w:rsidP="00A565D1">
      <w:pPr>
        <w:pStyle w:val="ListParagraph"/>
        <w:numPr>
          <w:ilvl w:val="0"/>
          <w:numId w:val="2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</w:p>
    <w:p w14:paraId="1ACDD4C7" w14:textId="77777777" w:rsidR="00A904C4" w:rsidRPr="0063699D" w:rsidRDefault="00FC2AAC" w:rsidP="00A565D1">
      <w:pPr>
        <w:pStyle w:val="ListParagraph"/>
        <w:numPr>
          <w:ilvl w:val="0"/>
          <w:numId w:val="2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568906F" w14:textId="77777777" w:rsidR="00A904C4" w:rsidRPr="0063699D" w:rsidRDefault="00FC2AAC" w:rsidP="00A565D1">
      <w:pPr>
        <w:pStyle w:val="ListParagraph"/>
        <w:numPr>
          <w:ilvl w:val="0"/>
          <w:numId w:val="2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779F0BA" w14:textId="77777777" w:rsidR="00A904C4" w:rsidRPr="0063699D" w:rsidRDefault="00FC2AAC" w:rsidP="00A565D1">
      <w:pPr>
        <w:pStyle w:val="ListParagraph"/>
        <w:numPr>
          <w:ilvl w:val="0"/>
          <w:numId w:val="2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Сульфадимезин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14F9D2" w14:textId="77777777" w:rsidR="00A904C4" w:rsidRPr="0063699D" w:rsidRDefault="00FC2AAC" w:rsidP="00A565D1">
      <w:pPr>
        <w:pStyle w:val="ListParagraph"/>
        <w:numPr>
          <w:ilvl w:val="0"/>
          <w:numId w:val="2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Еритроміцин</w:t>
      </w:r>
      <w:proofErr w:type="spellEnd"/>
    </w:p>
    <w:p w14:paraId="6BC0B6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Бактеріоскопія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мазка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уретри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гонорею.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фторхінолонів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гонореї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B2BAB1C" w14:textId="77777777" w:rsidR="00A904C4" w:rsidRPr="0063699D" w:rsidRDefault="00FC2AAC" w:rsidP="00A565D1">
      <w:pPr>
        <w:pStyle w:val="ListParagraph"/>
        <w:numPr>
          <w:ilvl w:val="0"/>
          <w:numId w:val="2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Ципрофлоксацин</w:t>
      </w:r>
      <w:proofErr w:type="spellEnd"/>
    </w:p>
    <w:p w14:paraId="355042FD" w14:textId="77777777" w:rsidR="00A904C4" w:rsidRPr="0063699D" w:rsidRDefault="00FC2AAC" w:rsidP="00A565D1">
      <w:pPr>
        <w:pStyle w:val="ListParagraph"/>
        <w:numPr>
          <w:ilvl w:val="0"/>
          <w:numId w:val="2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Фуразолідон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326BA60" w14:textId="77777777" w:rsidR="00A904C4" w:rsidRPr="0063699D" w:rsidRDefault="00FC2AAC" w:rsidP="00A565D1">
      <w:pPr>
        <w:pStyle w:val="ListParagraph"/>
        <w:numPr>
          <w:ilvl w:val="0"/>
          <w:numId w:val="2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FC8E63D" w14:textId="77777777" w:rsidR="00A904C4" w:rsidRPr="0063699D" w:rsidRDefault="00FC2AAC" w:rsidP="00A565D1">
      <w:pPr>
        <w:pStyle w:val="ListParagraph"/>
        <w:numPr>
          <w:ilvl w:val="0"/>
          <w:numId w:val="2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Уросульфан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935AB8B" w14:textId="77777777" w:rsidR="00A904C4" w:rsidRPr="0063699D" w:rsidRDefault="00FC2AAC" w:rsidP="00A565D1">
      <w:pPr>
        <w:pStyle w:val="ListParagraph"/>
        <w:numPr>
          <w:ilvl w:val="0"/>
          <w:numId w:val="2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Цефазолін</w:t>
      </w:r>
      <w:proofErr w:type="spellEnd"/>
    </w:p>
    <w:p w14:paraId="5B02D7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пієлонефриту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доведена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роль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стрептококової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уроантисептичних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?</w:t>
      </w:r>
    </w:p>
    <w:p w14:paraId="17079CD9" w14:textId="77777777" w:rsidR="00A904C4" w:rsidRPr="0063699D" w:rsidRDefault="00FC2AAC" w:rsidP="00A565D1">
      <w:pPr>
        <w:pStyle w:val="ListParagraph"/>
        <w:numPr>
          <w:ilvl w:val="0"/>
          <w:numId w:val="2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Фуразолідон</w:t>
      </w:r>
      <w:proofErr w:type="spellEnd"/>
    </w:p>
    <w:p w14:paraId="1A18DCF8" w14:textId="77777777" w:rsidR="00A904C4" w:rsidRPr="0063699D" w:rsidRDefault="00FC2AAC" w:rsidP="00A565D1">
      <w:pPr>
        <w:pStyle w:val="ListParagraph"/>
        <w:numPr>
          <w:ilvl w:val="0"/>
          <w:numId w:val="2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Нітроксолін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6E1C90B" w14:textId="77777777" w:rsidR="00A904C4" w:rsidRPr="0063699D" w:rsidRDefault="00FC2AAC" w:rsidP="00A565D1">
      <w:pPr>
        <w:pStyle w:val="ListParagraph"/>
        <w:numPr>
          <w:ilvl w:val="0"/>
          <w:numId w:val="2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Уросульфан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EEA989D" w14:textId="77777777" w:rsidR="00A904C4" w:rsidRPr="0063699D" w:rsidRDefault="00FC2AAC" w:rsidP="00A565D1">
      <w:pPr>
        <w:pStyle w:val="ListParagraph"/>
        <w:numPr>
          <w:ilvl w:val="0"/>
          <w:numId w:val="2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8EDB545" w14:textId="77777777" w:rsidR="00A904C4" w:rsidRPr="0063699D" w:rsidRDefault="00FC2AAC" w:rsidP="00A565D1">
      <w:pPr>
        <w:pStyle w:val="ListParagraph"/>
        <w:numPr>
          <w:ilvl w:val="0"/>
          <w:numId w:val="2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Фурадонін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2500A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проходженні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курсу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нітрофуранами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невелику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алкоголю,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тяжке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39DB94F" w14:textId="77777777" w:rsidR="00A904C4" w:rsidRPr="0063699D" w:rsidRDefault="00FC2AAC" w:rsidP="00A565D1">
      <w:pPr>
        <w:pStyle w:val="ListParagraph"/>
        <w:numPr>
          <w:ilvl w:val="0"/>
          <w:numId w:val="2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ацетальдегіду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4DAF4D3" w14:textId="77777777" w:rsidR="00A904C4" w:rsidRPr="0063699D" w:rsidRDefault="00FC2AAC" w:rsidP="00A565D1">
      <w:pPr>
        <w:pStyle w:val="ListParagraph"/>
        <w:numPr>
          <w:ilvl w:val="0"/>
          <w:numId w:val="2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EEF2D6D" w14:textId="77777777" w:rsidR="00A904C4" w:rsidRPr="0063699D" w:rsidRDefault="00FC2AAC" w:rsidP="00A565D1">
      <w:pPr>
        <w:pStyle w:val="ListParagraph"/>
        <w:numPr>
          <w:ilvl w:val="0"/>
          <w:numId w:val="2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Невралгічні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8AE8237" w14:textId="77777777" w:rsidR="00A904C4" w:rsidRPr="0063699D" w:rsidRDefault="00FC2AAC" w:rsidP="00A565D1">
      <w:pPr>
        <w:pStyle w:val="ListParagraph"/>
        <w:numPr>
          <w:ilvl w:val="0"/>
          <w:numId w:val="2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9C66D18" w14:textId="77777777" w:rsidR="00A904C4" w:rsidRPr="0063699D" w:rsidRDefault="00FC2AAC" w:rsidP="00A565D1">
      <w:pPr>
        <w:pStyle w:val="ListParagraph"/>
        <w:numPr>
          <w:ilvl w:val="0"/>
          <w:numId w:val="2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5407F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EC244D4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DD7586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96723A8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4CFE5BC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№29. АНТИБІОТИКИ. СУЧАСНІ ПРОБЛЕМИ ВИКОРИСТАННЯ І ПРИНЦИПИ РАЦІОНАЛЬНОГО КОМБІНУВАННЯ. ПОБІЧНІ ДІЇ ОКРЕМИХ ГРУП.</w:t>
      </w:r>
    </w:p>
    <w:p w14:paraId="36AD20F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AD631AB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теми.</w:t>
      </w:r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належать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життєво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сьогоднішнього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займають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Завдяки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одужання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легеневу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смертність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таких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черевний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висипний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тиф,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менінгіти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Надмірне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захоплення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недооцінка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загрози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нераціональне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малоефективне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обумовило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наростання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них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селекцію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систем,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неспецифічної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змішаних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суперінфекцій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обгрунтовують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обережного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суворого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дотримання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63C3EB7" w14:textId="77777777" w:rsidR="00A904C4" w:rsidRPr="0063699D" w:rsidRDefault="00FC2AAC" w:rsidP="0059166B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заняття.</w:t>
      </w:r>
      <w:r w:rsidRPr="0063699D">
        <w:rPr>
          <w:rFonts w:asciiTheme="majorBidi" w:hAnsiTheme="majorBidi" w:cstheme="majorBidi"/>
          <w:sz w:val="22"/>
          <w:lang w:val="ru-RU"/>
        </w:rPr>
        <w:t>Знати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спектри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підібрати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03EEB4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8D4620E" w14:textId="77777777" w:rsidR="00A904C4" w:rsidRPr="0063699D" w:rsidRDefault="00FC2AAC" w:rsidP="0059166B">
      <w:pPr>
        <w:spacing w:after="0" w:line="360" w:lineRule="auto"/>
        <w:ind w:firstLine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56C2581A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спектр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BABB51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впровадження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практику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Л.Пастера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І.І.Мечнікова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О.Флемінга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Г.Флорі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Е.Чейна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З.Єрмольєвої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С.Ваксмана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2EB11A32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межі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B46CF19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*:</w:t>
      </w:r>
    </w:p>
    <w:p w14:paraId="4683D13E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синтез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біополімерів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ванкоміцин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ристоміцин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FF0539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проникність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полієни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амфотерицин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поліміксини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784368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інгібують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білків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лінкозаміди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BED59B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синтез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нуклеїнових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кислот</w:t>
      </w:r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рифаміцини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анзаміцини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гризеофульвін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основному,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імуносупресанти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157992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5.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спектром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9E59CDA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</w:rPr>
        <w:t>I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переважною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грампозитивну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мікрофлору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:</w:t>
      </w:r>
    </w:p>
    <w:p w14:paraId="48BEFD42" w14:textId="77777777" w:rsidR="00A904C4" w:rsidRPr="0063699D" w:rsidRDefault="00FC2AAC" w:rsidP="0059166B">
      <w:pPr>
        <w:spacing w:after="0" w:line="360" w:lineRule="auto"/>
        <w:ind w:left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1)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лактамоподібні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6206B14E" w14:textId="77777777" w:rsidR="00A904C4" w:rsidRPr="0063699D" w:rsidRDefault="00FC2AAC" w:rsidP="0059166B">
      <w:pPr>
        <w:spacing w:after="0" w:line="360" w:lineRule="auto"/>
        <w:ind w:left="720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ПЕНІЦИЛІНИ:</w:t>
      </w:r>
    </w:p>
    <w:p w14:paraId="35CCDF7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FA6BCA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короткої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G</w:t>
      </w:r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феноксиметилпеніцилін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V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оспен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AA0A21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>депо-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бензилпеніцилін-бензатин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(біцилін-1,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екстенцилін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ретарпен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), біцилін-3, біцилін-5.</w:t>
      </w:r>
    </w:p>
    <w:p w14:paraId="4F765D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B0077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>широкого спектру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BF138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антистафілококові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пеніциліназостійкі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>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ізоксазолпеніциліни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флуклоксацилін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008EC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антисиньогнійні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карбоксипеніциліни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тикарцилін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уреїдопеніциліни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азлоцилін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піперацилін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5170B1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інгібіторозахисні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хелікоцид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амоксиклав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аугментин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клавуланат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сульбактам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тикарцилін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клавуланат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піперацилін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тазобактам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B58B3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ЦЕФАЛОСПОРИНИ:</w:t>
      </w:r>
    </w:p>
    <w:p w14:paraId="44E2C6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1-е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кефзол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цефалексин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*,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4AE2DB0D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BFA55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2-е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цефокситин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цефпрозил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цефуроксим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*,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цефаклор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*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4DBFDEA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3-е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цефотаксим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клафоран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цефтріаксон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цефтазидим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цефіксим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*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54CEBB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4-е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цефпіром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9F0E6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-ЛАКТАМОПОДІБНІ:</w:t>
      </w:r>
    </w:p>
    <w:p w14:paraId="49B750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карбапенеми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іміпенем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меропенем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монобактами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  <w:lang w:val="ru-RU"/>
        </w:rPr>
        <w:t>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азтреонам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18972F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МАКРОЛІДИ ТА АЗАЛІДИ:</w:t>
      </w:r>
    </w:p>
    <w:p w14:paraId="7B0785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1-го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олеандоміцин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A89B9E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2-го і 3-го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рокситроміцин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кларитроміцин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спіраміцин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джозаміцин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кетолиди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телитроміцин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азаліди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сумамед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0AD477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3)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рифаміцини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лінкозаміди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лінкоміцин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кліндаміцин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глікопептиди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ванкоміцин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тейкопланін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фузидин-натрію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9B0EF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</w:rPr>
        <w:t>II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переважною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грамнегативну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мікрофлору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:</w:t>
      </w:r>
    </w:p>
    <w:p w14:paraId="219B2F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АМІНОГЛІКОЗИДИ:</w:t>
      </w:r>
    </w:p>
    <w:p w14:paraId="596799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1-е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766EFC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2-е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ACE031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lastRenderedPageBreak/>
        <w:t xml:space="preserve">3-е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амікацин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нетилміцин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тобраміцин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спектиноміцин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фраміцетин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6C59B6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4-е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ізепаміцин</w:t>
      </w:r>
      <w:proofErr w:type="spellEnd"/>
    </w:p>
    <w:p w14:paraId="48BBB70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Поліміксини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поліміксин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і Е.</w:t>
      </w:r>
    </w:p>
    <w:p w14:paraId="64694FB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III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грампозитивну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грамнегативну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флору:</w:t>
      </w:r>
    </w:p>
    <w:p w14:paraId="37235CCC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1) ТЕТРАЦИКЛІНИ:</w:t>
      </w:r>
    </w:p>
    <w:p w14:paraId="62ABBE9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•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біосинтетичний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1BCC2A9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•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напівсинтетичні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доксициклін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вібраміцин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7184B29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•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олететрин</w:t>
      </w:r>
      <w:proofErr w:type="spellEnd"/>
    </w:p>
    <w:p w14:paraId="0AC566E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амфеніколи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хлорамфенікол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5208E64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</w:rPr>
        <w:t>IV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грампозитивну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грамнегативну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мікрофлори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локально ─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поліпептиди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поліміксини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бацитрацин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граміцидин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A78485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</w:rPr>
        <w:t>V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Протигрибкові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полієни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амфотерицин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амфоглюкамін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мікогептин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гризеофульвін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37C94DD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</w:rPr>
        <w:t>VI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Протипухлинні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актиноміцини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дактиноміцин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доксорубіцин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рубоміцин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блеоміцин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D67B8E7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2D4EDC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7. УСКЛАДНЕННЯ АНТИБІОТИКОТЕРАПІЇ:</w:t>
      </w:r>
    </w:p>
    <w:p w14:paraId="283718B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вторинна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персистуюча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перехресна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мульти-,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4BB6F81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шок, набряк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Квінке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кропив’янка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риніт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кон’юнктивіт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дерматит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05B197F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дисбактеріозу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первинного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кандидомікоз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гіповітаміноз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91F61A8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органотоксичні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-, гепато-, нефро-,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мієлотоксичність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гастроінтестинальні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13F220B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ендотоксичної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ADE705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мутагенна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тератогенна,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887B3E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8.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критерії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кислотостійкість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лактамазостійкість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58ECD7D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9.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121E0B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BB5FB5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F77D094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».</w:t>
      </w:r>
    </w:p>
    <w:p w14:paraId="6289C2C3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клавуланової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зокрема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сечовивідних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м'яких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одонтогенних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гінекологічних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 Режим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A019C90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препарат: цефалоспорин </w:t>
      </w:r>
      <w:r w:rsidRPr="0063699D">
        <w:rPr>
          <w:rFonts w:asciiTheme="majorBidi" w:hAnsiTheme="majorBidi" w:cstheme="majorBidi"/>
          <w:sz w:val="22"/>
        </w:rPr>
        <w:t>III</w:t>
      </w:r>
      <w:r w:rsidRPr="0063699D">
        <w:rPr>
          <w:rFonts w:asciiTheme="majorBidi" w:hAnsiTheme="majorBidi" w:cstheme="majorBidi"/>
          <w:sz w:val="22"/>
          <w:lang w:val="ru-RU"/>
        </w:rPr>
        <w:t xml:space="preserve">-го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черевної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менінгіті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старше 12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2 г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E02578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парентерального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сифіліс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кропив’янка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температура,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еозинофілія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стану.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0A2850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B955FD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1-2 рази на день.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родоначальника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52484FA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цефалоспорин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пульмонології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0E6242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синьогнійної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хворого?</w:t>
      </w:r>
    </w:p>
    <w:p w14:paraId="63DC4621" w14:textId="77777777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”:</w:t>
      </w:r>
    </w:p>
    <w:p w14:paraId="5BB02EC6" w14:textId="672E43A0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А.Пеніціліни</w:t>
      </w:r>
      <w:proofErr w:type="spellEnd"/>
    </w:p>
    <w:p w14:paraId="2CE68C3F" w14:textId="358D21A6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8254735" w14:textId="7B435698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Макроліди</w:t>
      </w:r>
      <w:proofErr w:type="spellEnd"/>
    </w:p>
    <w:p w14:paraId="61F3CD87" w14:textId="58D6811D" w:rsidR="00A904C4" w:rsidRPr="0063699D" w:rsidRDefault="00FC2AAC" w:rsidP="00A565D1">
      <w:pPr>
        <w:pStyle w:val="ListParagraph"/>
        <w:numPr>
          <w:ilvl w:val="0"/>
          <w:numId w:val="280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</w:t>
      </w:r>
    </w:p>
    <w:p w14:paraId="6120A51C" w14:textId="77777777" w:rsidR="00A904C4" w:rsidRPr="0063699D" w:rsidRDefault="00FC2AAC" w:rsidP="00A565D1">
      <w:pPr>
        <w:pStyle w:val="ListParagraph"/>
        <w:numPr>
          <w:ilvl w:val="0"/>
          <w:numId w:val="2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40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без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6B00AF" w14:textId="77777777" w:rsidR="00A904C4" w:rsidRPr="0063699D" w:rsidRDefault="00FC2AAC" w:rsidP="00A565D1">
      <w:pPr>
        <w:pStyle w:val="ListParagraph"/>
        <w:numPr>
          <w:ilvl w:val="0"/>
          <w:numId w:val="2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бактерицидної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синуситу.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006076C" w14:textId="77777777" w:rsidR="00A904C4" w:rsidRPr="0063699D" w:rsidRDefault="00FC2AAC" w:rsidP="00A565D1">
      <w:pPr>
        <w:pStyle w:val="ListParagraph"/>
        <w:numPr>
          <w:ilvl w:val="0"/>
          <w:numId w:val="2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найширшим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найвищою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тяжкому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257AFDF" w14:textId="77777777" w:rsidR="00A904C4" w:rsidRPr="0063699D" w:rsidRDefault="00FC2AAC" w:rsidP="00A565D1">
      <w:pPr>
        <w:pStyle w:val="ListParagraph"/>
        <w:numPr>
          <w:ilvl w:val="0"/>
          <w:numId w:val="2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ерадикації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H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</w:rPr>
        <w:t>pylori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02DEB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E280BF8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516006F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BF89583" w14:textId="77777777" w:rsidR="00A904C4" w:rsidRPr="0063699D" w:rsidRDefault="00FC2AAC" w:rsidP="00A565D1">
      <w:pPr>
        <w:pStyle w:val="ListParagraph"/>
        <w:numPr>
          <w:ilvl w:val="0"/>
          <w:numId w:val="2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Біцилін-1</w:t>
      </w:r>
    </w:p>
    <w:p w14:paraId="3A8CA39F" w14:textId="77777777" w:rsidR="00A904C4" w:rsidRPr="0063699D" w:rsidRDefault="00FC2AAC" w:rsidP="00A565D1">
      <w:pPr>
        <w:pStyle w:val="ListParagraph"/>
        <w:numPr>
          <w:ilvl w:val="0"/>
          <w:numId w:val="2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</w:p>
    <w:p w14:paraId="406DED4B" w14:textId="77777777" w:rsidR="00A904C4" w:rsidRPr="0063699D" w:rsidRDefault="00FC2AAC" w:rsidP="00A565D1">
      <w:pPr>
        <w:pStyle w:val="ListParagraph"/>
        <w:numPr>
          <w:ilvl w:val="0"/>
          <w:numId w:val="2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</w:p>
    <w:p w14:paraId="54352A9D" w14:textId="77777777" w:rsidR="00A904C4" w:rsidRPr="0063699D" w:rsidRDefault="00FC2AAC" w:rsidP="00A565D1">
      <w:pPr>
        <w:pStyle w:val="ListParagraph"/>
        <w:numPr>
          <w:ilvl w:val="0"/>
          <w:numId w:val="2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Ампіциліну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тригідрат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6B0B71C" w14:textId="77777777" w:rsidR="00A904C4" w:rsidRPr="0063699D" w:rsidRDefault="00FC2AAC" w:rsidP="00A565D1">
      <w:pPr>
        <w:pStyle w:val="ListParagraph"/>
        <w:numPr>
          <w:ilvl w:val="0"/>
          <w:numId w:val="2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</w:p>
    <w:p w14:paraId="146D5A2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2277D3A" w14:textId="77777777" w:rsidR="00A904C4" w:rsidRPr="0063699D" w:rsidRDefault="00FC2AAC" w:rsidP="00A565D1">
      <w:pPr>
        <w:pStyle w:val="ListParagraph"/>
        <w:numPr>
          <w:ilvl w:val="0"/>
          <w:numId w:val="2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50000 ОД</w:t>
      </w:r>
    </w:p>
    <w:p w14:paraId="7FFC00B8" w14:textId="77777777" w:rsidR="00A904C4" w:rsidRPr="0063699D" w:rsidRDefault="00FC2AAC" w:rsidP="00A565D1">
      <w:pPr>
        <w:pStyle w:val="ListParagraph"/>
        <w:numPr>
          <w:ilvl w:val="0"/>
          <w:numId w:val="2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1250000 ОД</w:t>
      </w:r>
    </w:p>
    <w:p w14:paraId="01B48D35" w14:textId="77777777" w:rsidR="00A904C4" w:rsidRPr="0063699D" w:rsidRDefault="00FC2AAC" w:rsidP="00A565D1">
      <w:pPr>
        <w:pStyle w:val="ListParagraph"/>
        <w:numPr>
          <w:ilvl w:val="0"/>
          <w:numId w:val="2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300000 ОД</w:t>
      </w:r>
    </w:p>
    <w:p w14:paraId="0699CF33" w14:textId="77777777" w:rsidR="00A904C4" w:rsidRPr="0063699D" w:rsidRDefault="00FC2AAC" w:rsidP="00A565D1">
      <w:pPr>
        <w:pStyle w:val="ListParagraph"/>
        <w:numPr>
          <w:ilvl w:val="0"/>
          <w:numId w:val="2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500 ОД</w:t>
      </w:r>
    </w:p>
    <w:p w14:paraId="55AE79B2" w14:textId="77777777" w:rsidR="00A904C4" w:rsidRPr="0063699D" w:rsidRDefault="00FC2AAC" w:rsidP="00A565D1">
      <w:pPr>
        <w:pStyle w:val="ListParagraph"/>
        <w:numPr>
          <w:ilvl w:val="0"/>
          <w:numId w:val="2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1000000 ОД</w:t>
      </w:r>
    </w:p>
    <w:p w14:paraId="217F8B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526FD34" w14:textId="77777777" w:rsidR="00A904C4" w:rsidRPr="0063699D" w:rsidRDefault="00FC2AAC" w:rsidP="00A565D1">
      <w:pPr>
        <w:pStyle w:val="ListParagraph"/>
        <w:numPr>
          <w:ilvl w:val="0"/>
          <w:numId w:val="2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3CC7707" w14:textId="77777777" w:rsidR="00A904C4" w:rsidRPr="0063699D" w:rsidRDefault="00FC2AAC" w:rsidP="00A565D1">
      <w:pPr>
        <w:pStyle w:val="ListParagraph"/>
        <w:numPr>
          <w:ilvl w:val="0"/>
          <w:numId w:val="2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FF17CB" w14:textId="77777777" w:rsidR="00A904C4" w:rsidRPr="0063699D" w:rsidRDefault="00FC2AAC" w:rsidP="00A565D1">
      <w:pPr>
        <w:pStyle w:val="ListParagraph"/>
        <w:numPr>
          <w:ilvl w:val="0"/>
          <w:numId w:val="2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Біцилін-5 </w:t>
      </w:r>
    </w:p>
    <w:p w14:paraId="66408ED3" w14:textId="77777777" w:rsidR="00A904C4" w:rsidRPr="0063699D" w:rsidRDefault="00FC2AAC" w:rsidP="00A565D1">
      <w:pPr>
        <w:pStyle w:val="ListParagraph"/>
        <w:numPr>
          <w:ilvl w:val="0"/>
          <w:numId w:val="2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5B42AD0" w14:textId="77777777" w:rsidR="00A904C4" w:rsidRPr="0063699D" w:rsidRDefault="00FC2AAC" w:rsidP="00A565D1">
      <w:pPr>
        <w:pStyle w:val="ListParagraph"/>
        <w:numPr>
          <w:ilvl w:val="0"/>
          <w:numId w:val="28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Біцилін-3</w:t>
      </w:r>
    </w:p>
    <w:p w14:paraId="7BDB58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3-го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</w:p>
    <w:p w14:paraId="28E14E7A" w14:textId="77777777" w:rsidR="00A904C4" w:rsidRPr="0063699D" w:rsidRDefault="00FC2AAC" w:rsidP="00A565D1">
      <w:pPr>
        <w:pStyle w:val="ListParagraph"/>
        <w:numPr>
          <w:ilvl w:val="0"/>
          <w:numId w:val="2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68C60C8" w14:textId="77777777" w:rsidR="00A904C4" w:rsidRPr="0063699D" w:rsidRDefault="00FC2AAC" w:rsidP="00A565D1">
      <w:pPr>
        <w:pStyle w:val="ListParagraph"/>
        <w:numPr>
          <w:ilvl w:val="0"/>
          <w:numId w:val="2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Цефалексин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269B6EB" w14:textId="77777777" w:rsidR="00A904C4" w:rsidRPr="0063699D" w:rsidRDefault="00FC2AAC" w:rsidP="00A565D1">
      <w:pPr>
        <w:pStyle w:val="ListParagraph"/>
        <w:numPr>
          <w:ilvl w:val="0"/>
          <w:numId w:val="2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Кефзол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9B1C2E" w14:textId="77777777" w:rsidR="00A904C4" w:rsidRPr="0063699D" w:rsidRDefault="00FC2AAC" w:rsidP="00A565D1">
      <w:pPr>
        <w:pStyle w:val="ListParagraph"/>
        <w:numPr>
          <w:ilvl w:val="0"/>
          <w:numId w:val="2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Цефпіром</w:t>
      </w:r>
      <w:proofErr w:type="spellEnd"/>
    </w:p>
    <w:p w14:paraId="0594DD24" w14:textId="77777777" w:rsidR="00A904C4" w:rsidRPr="0063699D" w:rsidRDefault="00FC2AAC" w:rsidP="00A565D1">
      <w:pPr>
        <w:pStyle w:val="ListParagraph"/>
        <w:numPr>
          <w:ilvl w:val="0"/>
          <w:numId w:val="28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Цефтриаксон</w:t>
      </w:r>
      <w:proofErr w:type="spellEnd"/>
    </w:p>
    <w:p w14:paraId="3AF46C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цефтриаксон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DE1C427" w14:textId="77777777" w:rsidR="00A904C4" w:rsidRPr="0063699D" w:rsidRDefault="00FC2AAC" w:rsidP="00A565D1">
      <w:pPr>
        <w:pStyle w:val="ListParagraph"/>
        <w:numPr>
          <w:ilvl w:val="0"/>
          <w:numId w:val="2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0,1</w:t>
      </w:r>
    </w:p>
    <w:p w14:paraId="692EE40F" w14:textId="77777777" w:rsidR="00A904C4" w:rsidRPr="0063699D" w:rsidRDefault="00FC2AAC" w:rsidP="00A565D1">
      <w:pPr>
        <w:pStyle w:val="ListParagraph"/>
        <w:numPr>
          <w:ilvl w:val="0"/>
          <w:numId w:val="2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0,15</w:t>
      </w:r>
    </w:p>
    <w:p w14:paraId="46EFEFC3" w14:textId="77777777" w:rsidR="00A904C4" w:rsidRPr="0063699D" w:rsidRDefault="00FC2AAC" w:rsidP="00A565D1">
      <w:pPr>
        <w:pStyle w:val="ListParagraph"/>
        <w:numPr>
          <w:ilvl w:val="0"/>
          <w:numId w:val="2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0,2</w:t>
      </w:r>
    </w:p>
    <w:p w14:paraId="7DCDDD49" w14:textId="77777777" w:rsidR="00A904C4" w:rsidRPr="0063699D" w:rsidRDefault="00FC2AAC" w:rsidP="00A565D1">
      <w:pPr>
        <w:pStyle w:val="ListParagraph"/>
        <w:numPr>
          <w:ilvl w:val="0"/>
          <w:numId w:val="2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0,7</w:t>
      </w:r>
    </w:p>
    <w:p w14:paraId="5DAF245E" w14:textId="77777777" w:rsidR="00A904C4" w:rsidRPr="0063699D" w:rsidRDefault="00FC2AAC" w:rsidP="00A565D1">
      <w:pPr>
        <w:pStyle w:val="ListParagraph"/>
        <w:numPr>
          <w:ilvl w:val="0"/>
          <w:numId w:val="28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1,0</w:t>
      </w:r>
    </w:p>
    <w:p w14:paraId="231304E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напівсинтетичних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належать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2BAF5108" w14:textId="77777777" w:rsidR="00A904C4" w:rsidRPr="0063699D" w:rsidRDefault="00FC2AAC" w:rsidP="00A565D1">
      <w:pPr>
        <w:pStyle w:val="ListParagraph"/>
        <w:numPr>
          <w:ilvl w:val="0"/>
          <w:numId w:val="2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FC46E34" w14:textId="77777777" w:rsidR="00A904C4" w:rsidRPr="0063699D" w:rsidRDefault="00FC2AAC" w:rsidP="00A565D1">
      <w:pPr>
        <w:pStyle w:val="ListParagraph"/>
        <w:numPr>
          <w:ilvl w:val="0"/>
          <w:numId w:val="2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C4B9FA" w14:textId="77777777" w:rsidR="00A904C4" w:rsidRPr="0063699D" w:rsidRDefault="00FC2AAC" w:rsidP="00A565D1">
      <w:pPr>
        <w:pStyle w:val="ListParagraph"/>
        <w:numPr>
          <w:ilvl w:val="0"/>
          <w:numId w:val="2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Біцилін-5 </w:t>
      </w:r>
    </w:p>
    <w:p w14:paraId="6F1F73AD" w14:textId="77777777" w:rsidR="00A904C4" w:rsidRPr="0063699D" w:rsidRDefault="00FC2AAC" w:rsidP="00A565D1">
      <w:pPr>
        <w:pStyle w:val="ListParagraph"/>
        <w:numPr>
          <w:ilvl w:val="0"/>
          <w:numId w:val="2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4A5951B" w14:textId="77777777" w:rsidR="00A904C4" w:rsidRPr="0063699D" w:rsidRDefault="00FC2AAC" w:rsidP="00A565D1">
      <w:pPr>
        <w:pStyle w:val="ListParagraph"/>
        <w:numPr>
          <w:ilvl w:val="0"/>
          <w:numId w:val="28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Ампіокс</w:t>
      </w:r>
      <w:proofErr w:type="spellEnd"/>
    </w:p>
    <w:p w14:paraId="7F55FD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винятком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0FC6EFB" w14:textId="77777777" w:rsidR="00A904C4" w:rsidRPr="0063699D" w:rsidRDefault="00FC2AAC" w:rsidP="00A565D1">
      <w:pPr>
        <w:pStyle w:val="ListParagraph"/>
        <w:numPr>
          <w:ilvl w:val="0"/>
          <w:numId w:val="2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Цефпіром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F3A580C" w14:textId="77777777" w:rsidR="00A904C4" w:rsidRPr="0063699D" w:rsidRDefault="00FC2AAC" w:rsidP="00A565D1">
      <w:pPr>
        <w:pStyle w:val="ListParagraph"/>
        <w:numPr>
          <w:ilvl w:val="0"/>
          <w:numId w:val="2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Біцилін-1 </w:t>
      </w:r>
    </w:p>
    <w:p w14:paraId="4C507510" w14:textId="77777777" w:rsidR="00A904C4" w:rsidRPr="0063699D" w:rsidRDefault="00FC2AAC" w:rsidP="00A565D1">
      <w:pPr>
        <w:pStyle w:val="ListParagraph"/>
        <w:numPr>
          <w:ilvl w:val="0"/>
          <w:numId w:val="2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Цефалексин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A7C333" w14:textId="77777777" w:rsidR="00A904C4" w:rsidRPr="0063699D" w:rsidRDefault="00FC2AAC" w:rsidP="00A565D1">
      <w:pPr>
        <w:pStyle w:val="ListParagraph"/>
        <w:numPr>
          <w:ilvl w:val="0"/>
          <w:numId w:val="2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Цефазолін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FF853F1" w14:textId="77777777" w:rsidR="00A904C4" w:rsidRPr="0063699D" w:rsidRDefault="00FC2AAC" w:rsidP="00A565D1">
      <w:pPr>
        <w:pStyle w:val="ListParagraph"/>
        <w:numPr>
          <w:ilvl w:val="0"/>
          <w:numId w:val="28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Цефтриаксон</w:t>
      </w:r>
      <w:proofErr w:type="spellEnd"/>
    </w:p>
    <w:p w14:paraId="04B92B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з:</w:t>
      </w:r>
    </w:p>
    <w:p w14:paraId="4EBE1DC1" w14:textId="77777777" w:rsidR="00A904C4" w:rsidRPr="0063699D" w:rsidRDefault="00FC2AAC" w:rsidP="00A565D1">
      <w:pPr>
        <w:pStyle w:val="ListParagraph"/>
        <w:numPr>
          <w:ilvl w:val="0"/>
          <w:numId w:val="2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</w:p>
    <w:p w14:paraId="6E886295" w14:textId="77777777" w:rsidR="00A904C4" w:rsidRPr="0063699D" w:rsidRDefault="00FC2AAC" w:rsidP="00A565D1">
      <w:pPr>
        <w:pStyle w:val="ListParagraph"/>
        <w:numPr>
          <w:ilvl w:val="0"/>
          <w:numId w:val="2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сукцинатдегідрогенази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3AD66F" w14:textId="77777777" w:rsidR="00A904C4" w:rsidRPr="0063699D" w:rsidRDefault="00FC2AAC" w:rsidP="00A565D1">
      <w:pPr>
        <w:pStyle w:val="ListParagraph"/>
        <w:numPr>
          <w:ilvl w:val="0"/>
          <w:numId w:val="2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Блокадою РНК-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9410DCE" w14:textId="77777777" w:rsidR="00A904C4" w:rsidRPr="0063699D" w:rsidRDefault="00FC2AAC" w:rsidP="00A565D1">
      <w:pPr>
        <w:pStyle w:val="ListParagraph"/>
        <w:numPr>
          <w:ilvl w:val="0"/>
          <w:numId w:val="2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пор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FBB7B7D" w14:textId="77777777" w:rsidR="00A904C4" w:rsidRPr="0063699D" w:rsidRDefault="00FC2AAC" w:rsidP="00A565D1">
      <w:pPr>
        <w:pStyle w:val="ListParagraph"/>
        <w:numPr>
          <w:ilvl w:val="0"/>
          <w:numId w:val="28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транспептидази</w:t>
      </w:r>
      <w:proofErr w:type="spellEnd"/>
    </w:p>
    <w:p w14:paraId="367D66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Знайти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помилки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спектрі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3C0829A" w14:textId="77777777" w:rsidR="00A904C4" w:rsidRPr="0063699D" w:rsidRDefault="00FC2AAC" w:rsidP="00A565D1">
      <w:pPr>
        <w:pStyle w:val="ListParagraph"/>
        <w:numPr>
          <w:ilvl w:val="0"/>
          <w:numId w:val="2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Дифтерійна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B5EEFD1" w14:textId="77777777" w:rsidR="00A904C4" w:rsidRPr="0063699D" w:rsidRDefault="00FC2AAC" w:rsidP="00A565D1">
      <w:pPr>
        <w:pStyle w:val="ListParagraph"/>
        <w:numPr>
          <w:ilvl w:val="0"/>
          <w:numId w:val="2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</w:t>
      </w:r>
      <w:proofErr w:type="spellEnd"/>
    </w:p>
    <w:p w14:paraId="5422DC4C" w14:textId="77777777" w:rsidR="00A904C4" w:rsidRPr="0063699D" w:rsidRDefault="00FC2AAC" w:rsidP="00A565D1">
      <w:pPr>
        <w:pStyle w:val="ListParagraph"/>
        <w:numPr>
          <w:ilvl w:val="0"/>
          <w:numId w:val="2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сибірки</w:t>
      </w:r>
      <w:proofErr w:type="spellEnd"/>
    </w:p>
    <w:p w14:paraId="586A325D" w14:textId="77777777" w:rsidR="00A904C4" w:rsidRPr="0063699D" w:rsidRDefault="00FC2AAC" w:rsidP="00A565D1">
      <w:pPr>
        <w:pStyle w:val="ListParagraph"/>
        <w:numPr>
          <w:ilvl w:val="0"/>
          <w:numId w:val="2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Бліда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спірохета</w:t>
      </w:r>
      <w:proofErr w:type="spellEnd"/>
    </w:p>
    <w:p w14:paraId="7D1B030E" w14:textId="77777777" w:rsidR="00A904C4" w:rsidRPr="0063699D" w:rsidRDefault="00FC2AAC" w:rsidP="00A565D1">
      <w:pPr>
        <w:pStyle w:val="ListParagraph"/>
        <w:numPr>
          <w:ilvl w:val="0"/>
          <w:numId w:val="28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Сальмонели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05138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монобактамів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6E42AFA" w14:textId="77777777" w:rsidR="00A904C4" w:rsidRPr="0063699D" w:rsidRDefault="00FC2AAC" w:rsidP="00A565D1">
      <w:pPr>
        <w:pStyle w:val="ListParagraph"/>
        <w:numPr>
          <w:ilvl w:val="0"/>
          <w:numId w:val="2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Тієнам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A51877F" w14:textId="77777777" w:rsidR="00A904C4" w:rsidRPr="0063699D" w:rsidRDefault="00FC2AAC" w:rsidP="00A565D1">
      <w:pPr>
        <w:pStyle w:val="ListParagraph"/>
        <w:numPr>
          <w:ilvl w:val="0"/>
          <w:numId w:val="2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Іміпенем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4C7E256" w14:textId="77777777" w:rsidR="00A904C4" w:rsidRPr="0063699D" w:rsidRDefault="00FC2AAC" w:rsidP="00A565D1">
      <w:pPr>
        <w:pStyle w:val="ListParagraph"/>
        <w:numPr>
          <w:ilvl w:val="0"/>
          <w:numId w:val="2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Азтреонам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42D6DB" w14:textId="77777777" w:rsidR="00A904C4" w:rsidRPr="0063699D" w:rsidRDefault="00FC2AAC" w:rsidP="00A565D1">
      <w:pPr>
        <w:pStyle w:val="ListParagraph"/>
        <w:numPr>
          <w:ilvl w:val="0"/>
          <w:numId w:val="2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63972B0" w14:textId="77777777" w:rsidR="00A904C4" w:rsidRPr="0063699D" w:rsidRDefault="00FC2AAC" w:rsidP="00A565D1">
      <w:pPr>
        <w:pStyle w:val="ListParagraph"/>
        <w:numPr>
          <w:ilvl w:val="0"/>
          <w:numId w:val="29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Амікацин</w:t>
      </w:r>
      <w:proofErr w:type="spellEnd"/>
    </w:p>
    <w:p w14:paraId="44F1AFC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сезонної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ревматизму, один раз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чотири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вводили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біосинтетичних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06F0C647" w14:textId="77777777" w:rsidR="00A904C4" w:rsidRPr="0063699D" w:rsidRDefault="00FC2AAC" w:rsidP="00A565D1">
      <w:pPr>
        <w:pStyle w:val="ListParagraph"/>
        <w:numPr>
          <w:ilvl w:val="0"/>
          <w:numId w:val="2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Біцилін-5</w:t>
      </w:r>
    </w:p>
    <w:p w14:paraId="5DF33DA0" w14:textId="77777777" w:rsidR="00A904C4" w:rsidRPr="0063699D" w:rsidRDefault="00FC2AAC" w:rsidP="00A565D1">
      <w:pPr>
        <w:pStyle w:val="ListParagraph"/>
        <w:numPr>
          <w:ilvl w:val="0"/>
          <w:numId w:val="2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79006EE" w14:textId="77777777" w:rsidR="00A904C4" w:rsidRPr="0063699D" w:rsidRDefault="00FC2AAC" w:rsidP="00A565D1">
      <w:pPr>
        <w:pStyle w:val="ListParagraph"/>
        <w:numPr>
          <w:ilvl w:val="0"/>
          <w:numId w:val="2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B66B034" w14:textId="77777777" w:rsidR="00A904C4" w:rsidRPr="0063699D" w:rsidRDefault="00FC2AAC" w:rsidP="00A565D1">
      <w:pPr>
        <w:pStyle w:val="ListParagraph"/>
        <w:numPr>
          <w:ilvl w:val="0"/>
          <w:numId w:val="2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D828944" w14:textId="77777777" w:rsidR="00A904C4" w:rsidRPr="0063699D" w:rsidRDefault="00FC2AAC" w:rsidP="00A565D1">
      <w:pPr>
        <w:pStyle w:val="ListParagraph"/>
        <w:numPr>
          <w:ilvl w:val="0"/>
          <w:numId w:val="29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3D8CF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госпіталізований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хірургічне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синьогнійною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відношенню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</w:rPr>
        <w:t>Psedomonas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aeruginosa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синьогнійної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палички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)?</w:t>
      </w:r>
    </w:p>
    <w:p w14:paraId="3F99196D" w14:textId="77777777" w:rsidR="00A904C4" w:rsidRPr="0063699D" w:rsidRDefault="00FC2AAC" w:rsidP="00A565D1">
      <w:pPr>
        <w:pStyle w:val="ListParagraph"/>
        <w:numPr>
          <w:ilvl w:val="0"/>
          <w:numId w:val="2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</w:t>
      </w:r>
      <w:proofErr w:type="spellEnd"/>
    </w:p>
    <w:p w14:paraId="6F714C3A" w14:textId="77777777" w:rsidR="00A904C4" w:rsidRPr="0063699D" w:rsidRDefault="00FC2AAC" w:rsidP="00A565D1">
      <w:pPr>
        <w:pStyle w:val="ListParagraph"/>
        <w:numPr>
          <w:ilvl w:val="0"/>
          <w:numId w:val="2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88640E8" w14:textId="77777777" w:rsidR="00A904C4" w:rsidRPr="0063699D" w:rsidRDefault="00FC2AAC" w:rsidP="00A565D1">
      <w:pPr>
        <w:pStyle w:val="ListParagraph"/>
        <w:numPr>
          <w:ilvl w:val="0"/>
          <w:numId w:val="2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</w:p>
    <w:p w14:paraId="0174FD98" w14:textId="77777777" w:rsidR="00A904C4" w:rsidRPr="0063699D" w:rsidRDefault="00FC2AAC" w:rsidP="00A565D1">
      <w:pPr>
        <w:pStyle w:val="ListParagraph"/>
        <w:numPr>
          <w:ilvl w:val="0"/>
          <w:numId w:val="2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031669F" w14:textId="77777777" w:rsidR="00A904C4" w:rsidRPr="0063699D" w:rsidRDefault="00FC2AAC" w:rsidP="00A565D1">
      <w:pPr>
        <w:pStyle w:val="ListParagraph"/>
        <w:numPr>
          <w:ilvl w:val="0"/>
          <w:numId w:val="29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23A90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Хворому 42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бактерицидної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1BBE6ADF" w14:textId="77777777" w:rsidR="00A904C4" w:rsidRPr="0063699D" w:rsidRDefault="00FC2AAC" w:rsidP="00A565D1">
      <w:pPr>
        <w:pStyle w:val="ListParagraph"/>
        <w:numPr>
          <w:ilvl w:val="0"/>
          <w:numId w:val="2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цитоплазматичної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мембрани</w:t>
      </w:r>
      <w:proofErr w:type="spellEnd"/>
    </w:p>
    <w:p w14:paraId="73169E03" w14:textId="77777777" w:rsidR="00A904C4" w:rsidRPr="0063699D" w:rsidRDefault="00FC2AAC" w:rsidP="00A565D1">
      <w:pPr>
        <w:pStyle w:val="ListParagraph"/>
        <w:numPr>
          <w:ilvl w:val="0"/>
          <w:numId w:val="2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внутрішньоклітинного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B8D15A" w14:textId="77777777" w:rsidR="00A904C4" w:rsidRPr="0063699D" w:rsidRDefault="00FC2AAC" w:rsidP="00A565D1">
      <w:pPr>
        <w:pStyle w:val="ListParagraph"/>
        <w:numPr>
          <w:ilvl w:val="0"/>
          <w:numId w:val="2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E4431B3" w14:textId="77777777" w:rsidR="00A904C4" w:rsidRPr="0063699D" w:rsidRDefault="00FC2AAC" w:rsidP="00A565D1">
      <w:pPr>
        <w:pStyle w:val="ListParagraph"/>
        <w:numPr>
          <w:ilvl w:val="0"/>
          <w:numId w:val="2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SH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9338F38" w14:textId="77777777" w:rsidR="00A904C4" w:rsidRPr="0063699D" w:rsidRDefault="00FC2AAC" w:rsidP="00A565D1">
      <w:pPr>
        <w:pStyle w:val="ListParagraph"/>
        <w:numPr>
          <w:ilvl w:val="0"/>
          <w:numId w:val="29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параамінобензойною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кислотою </w:t>
      </w:r>
    </w:p>
    <w:p w14:paraId="4A0A46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ревматизму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073E0519" w14:textId="77777777" w:rsidR="00A904C4" w:rsidRPr="0063699D" w:rsidRDefault="00FC2AAC" w:rsidP="00A565D1">
      <w:pPr>
        <w:pStyle w:val="ListParagraph"/>
        <w:numPr>
          <w:ilvl w:val="0"/>
          <w:numId w:val="2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1563698" w14:textId="77777777" w:rsidR="00A904C4" w:rsidRPr="0063699D" w:rsidRDefault="00FC2AAC" w:rsidP="00A565D1">
      <w:pPr>
        <w:pStyle w:val="ListParagraph"/>
        <w:numPr>
          <w:ilvl w:val="0"/>
          <w:numId w:val="2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794CFF" w14:textId="77777777" w:rsidR="00A904C4" w:rsidRPr="0063699D" w:rsidRDefault="00FC2AAC" w:rsidP="00A565D1">
      <w:pPr>
        <w:pStyle w:val="ListParagraph"/>
        <w:numPr>
          <w:ilvl w:val="0"/>
          <w:numId w:val="2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F8B9C25" w14:textId="77777777" w:rsidR="00A904C4" w:rsidRPr="0063699D" w:rsidRDefault="00FC2AAC" w:rsidP="00A565D1">
      <w:pPr>
        <w:pStyle w:val="ListParagraph"/>
        <w:numPr>
          <w:ilvl w:val="0"/>
          <w:numId w:val="2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12 год </w:t>
      </w:r>
    </w:p>
    <w:p w14:paraId="19F1F230" w14:textId="77777777" w:rsidR="00A904C4" w:rsidRPr="0063699D" w:rsidRDefault="00FC2AAC" w:rsidP="00A565D1">
      <w:pPr>
        <w:pStyle w:val="ListParagraph"/>
        <w:numPr>
          <w:ilvl w:val="0"/>
          <w:numId w:val="29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 год </w:t>
      </w:r>
    </w:p>
    <w:p w14:paraId="71E4DE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пеніциліназопродукуючий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</w:p>
    <w:p w14:paraId="74389DC7" w14:textId="77777777" w:rsidR="00A904C4" w:rsidRPr="0063699D" w:rsidRDefault="00FC2AAC" w:rsidP="00A565D1">
      <w:pPr>
        <w:pStyle w:val="ListParagraph"/>
        <w:numPr>
          <w:ilvl w:val="0"/>
          <w:numId w:val="2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Бенизлпеніциліну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</w:p>
    <w:p w14:paraId="3B09CE02" w14:textId="77777777" w:rsidR="00A904C4" w:rsidRPr="0063699D" w:rsidRDefault="00FC2AAC" w:rsidP="00A565D1">
      <w:pPr>
        <w:pStyle w:val="ListParagraph"/>
        <w:numPr>
          <w:ilvl w:val="0"/>
          <w:numId w:val="2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</w:p>
    <w:p w14:paraId="0231002B" w14:textId="77777777" w:rsidR="00A904C4" w:rsidRPr="0063699D" w:rsidRDefault="00FC2AAC" w:rsidP="00A565D1">
      <w:pPr>
        <w:pStyle w:val="ListParagraph"/>
        <w:numPr>
          <w:ilvl w:val="0"/>
          <w:numId w:val="2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E01224" w14:textId="77777777" w:rsidR="00A904C4" w:rsidRPr="0063699D" w:rsidRDefault="00FC2AAC" w:rsidP="00A565D1">
      <w:pPr>
        <w:pStyle w:val="ListParagraph"/>
        <w:numPr>
          <w:ilvl w:val="0"/>
          <w:numId w:val="2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Бенизлпеніциліну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</w:p>
    <w:p w14:paraId="2B24C27A" w14:textId="77777777" w:rsidR="00A904C4" w:rsidRPr="0063699D" w:rsidRDefault="00FC2AAC" w:rsidP="00A565D1">
      <w:pPr>
        <w:pStyle w:val="ListParagraph"/>
        <w:numPr>
          <w:ilvl w:val="0"/>
          <w:numId w:val="29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Азтреонам</w:t>
      </w:r>
      <w:proofErr w:type="spellEnd"/>
    </w:p>
    <w:p w14:paraId="3C45932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до них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оскільки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продукують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42BB216" w14:textId="77777777" w:rsidR="00A904C4" w:rsidRPr="0063699D" w:rsidRDefault="00FC2AAC" w:rsidP="00A565D1">
      <w:pPr>
        <w:pStyle w:val="ListParagraph"/>
        <w:numPr>
          <w:ilvl w:val="0"/>
          <w:numId w:val="2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карболова</w:t>
      </w:r>
      <w:proofErr w:type="spellEnd"/>
    </w:p>
    <w:p w14:paraId="2B5BCB30" w14:textId="77777777" w:rsidR="00A904C4" w:rsidRPr="0063699D" w:rsidRDefault="00FC2AAC" w:rsidP="00A565D1">
      <w:pPr>
        <w:pStyle w:val="ListParagraph"/>
        <w:numPr>
          <w:ilvl w:val="0"/>
          <w:numId w:val="2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мефенамова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B8EB811" w14:textId="77777777" w:rsidR="00A904C4" w:rsidRPr="0063699D" w:rsidRDefault="00FC2AAC" w:rsidP="00A565D1">
      <w:pPr>
        <w:pStyle w:val="ListParagraph"/>
        <w:numPr>
          <w:ilvl w:val="0"/>
          <w:numId w:val="2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3856E4" w14:textId="77777777" w:rsidR="00A904C4" w:rsidRPr="0063699D" w:rsidRDefault="00FC2AAC" w:rsidP="00A565D1">
      <w:pPr>
        <w:pStyle w:val="ListParagraph"/>
        <w:numPr>
          <w:ilvl w:val="0"/>
          <w:numId w:val="2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клавуланова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56A4643" w14:textId="77777777" w:rsidR="00A904C4" w:rsidRPr="0063699D" w:rsidRDefault="00FC2AAC" w:rsidP="00A565D1">
      <w:pPr>
        <w:pStyle w:val="ListParagraph"/>
        <w:numPr>
          <w:ilvl w:val="0"/>
          <w:numId w:val="29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91665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первинний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сифіліс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 складу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входить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2B43FEE4" w14:textId="77777777" w:rsidR="00A904C4" w:rsidRPr="0063699D" w:rsidRDefault="00FC2AAC" w:rsidP="00A565D1">
      <w:pPr>
        <w:pStyle w:val="ListParagraph"/>
        <w:numPr>
          <w:ilvl w:val="0"/>
          <w:numId w:val="2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Блокада синтезу РНК</w:t>
      </w:r>
    </w:p>
    <w:p w14:paraId="6A962AAC" w14:textId="77777777" w:rsidR="00A904C4" w:rsidRPr="0063699D" w:rsidRDefault="00FC2AAC" w:rsidP="00A565D1">
      <w:pPr>
        <w:pStyle w:val="ListParagraph"/>
        <w:numPr>
          <w:ilvl w:val="0"/>
          <w:numId w:val="2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EFEB04" w14:textId="77777777" w:rsidR="00A904C4" w:rsidRPr="0063699D" w:rsidRDefault="00FC2AAC" w:rsidP="00A565D1">
      <w:pPr>
        <w:pStyle w:val="ListParagraph"/>
        <w:numPr>
          <w:ilvl w:val="0"/>
          <w:numId w:val="2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синтезу ДНК </w:t>
      </w:r>
    </w:p>
    <w:p w14:paraId="1817CCD3" w14:textId="77777777" w:rsidR="00A904C4" w:rsidRPr="0063699D" w:rsidRDefault="00FC2AAC" w:rsidP="00A565D1">
      <w:pPr>
        <w:pStyle w:val="ListParagraph"/>
        <w:numPr>
          <w:ilvl w:val="0"/>
          <w:numId w:val="2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пептидогліканів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419825B" w14:textId="77777777" w:rsidR="00A904C4" w:rsidRPr="0063699D" w:rsidRDefault="00FC2AAC" w:rsidP="00A565D1">
      <w:pPr>
        <w:pStyle w:val="ListParagraph"/>
        <w:numPr>
          <w:ilvl w:val="0"/>
          <w:numId w:val="29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тіолових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ензимів</w:t>
      </w:r>
      <w:proofErr w:type="spellEnd"/>
    </w:p>
    <w:p w14:paraId="41AAD6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цефалоспорин 3-го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покоління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травному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широкий спектр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затримується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</w:t>
      </w:r>
    </w:p>
    <w:p w14:paraId="51FD1043" w14:textId="77777777" w:rsidR="00A904C4" w:rsidRPr="0063699D" w:rsidRDefault="00FC2AAC" w:rsidP="00A565D1">
      <w:pPr>
        <w:pStyle w:val="ListParagraph"/>
        <w:numPr>
          <w:ilvl w:val="0"/>
          <w:numId w:val="2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465C0FD" w14:textId="77777777" w:rsidR="00A904C4" w:rsidRPr="0063699D" w:rsidRDefault="00FC2AAC" w:rsidP="00A565D1">
      <w:pPr>
        <w:pStyle w:val="ListParagraph"/>
        <w:numPr>
          <w:ilvl w:val="0"/>
          <w:numId w:val="2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Цефалексин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EA9A444" w14:textId="77777777" w:rsidR="00A904C4" w:rsidRPr="0063699D" w:rsidRDefault="00FC2AAC" w:rsidP="00A565D1">
      <w:pPr>
        <w:pStyle w:val="ListParagraph"/>
        <w:numPr>
          <w:ilvl w:val="0"/>
          <w:numId w:val="2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Кефзол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D0FB65E" w14:textId="77777777" w:rsidR="00A904C4" w:rsidRPr="0063699D" w:rsidRDefault="00FC2AAC" w:rsidP="00A565D1">
      <w:pPr>
        <w:pStyle w:val="ListParagraph"/>
        <w:numPr>
          <w:ilvl w:val="0"/>
          <w:numId w:val="2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Цефпіром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ED4231D" w14:textId="77777777" w:rsidR="00A904C4" w:rsidRPr="0063699D" w:rsidRDefault="00FC2AAC" w:rsidP="00A565D1">
      <w:pPr>
        <w:pStyle w:val="ListParagraph"/>
        <w:numPr>
          <w:ilvl w:val="0"/>
          <w:numId w:val="29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Цефтриаксон</w:t>
      </w:r>
      <w:proofErr w:type="spellEnd"/>
    </w:p>
    <w:p w14:paraId="5B5410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19.Хворий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широкого спектру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пронос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гнилісним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запахом. Про яку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2FAF6AF" w14:textId="77777777" w:rsidR="00A904C4" w:rsidRPr="0063699D" w:rsidRDefault="00FC2AAC" w:rsidP="00A565D1">
      <w:pPr>
        <w:pStyle w:val="ListParagraph"/>
        <w:numPr>
          <w:ilvl w:val="0"/>
          <w:numId w:val="2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Дисбактеріоз</w:t>
      </w:r>
      <w:proofErr w:type="spellEnd"/>
    </w:p>
    <w:p w14:paraId="30D682B9" w14:textId="77777777" w:rsidR="00A904C4" w:rsidRPr="0063699D" w:rsidRDefault="00FC2AAC" w:rsidP="00A565D1">
      <w:pPr>
        <w:pStyle w:val="ListParagraph"/>
        <w:numPr>
          <w:ilvl w:val="0"/>
          <w:numId w:val="2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Пряма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3061C34F" w14:textId="77777777" w:rsidR="00A904C4" w:rsidRPr="0063699D" w:rsidRDefault="00FC2AAC" w:rsidP="00A565D1">
      <w:pPr>
        <w:pStyle w:val="ListParagraph"/>
        <w:numPr>
          <w:ilvl w:val="0"/>
          <w:numId w:val="2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Токсикоз </w:t>
      </w:r>
    </w:p>
    <w:p w14:paraId="318E67D8" w14:textId="77777777" w:rsidR="00A904C4" w:rsidRPr="0063699D" w:rsidRDefault="00FC2AAC" w:rsidP="00A565D1">
      <w:pPr>
        <w:pStyle w:val="ListParagraph"/>
        <w:numPr>
          <w:ilvl w:val="0"/>
          <w:numId w:val="2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</w:p>
    <w:p w14:paraId="3F32A183" w14:textId="77777777" w:rsidR="00A904C4" w:rsidRPr="0063699D" w:rsidRDefault="00FC2AAC" w:rsidP="00A565D1">
      <w:pPr>
        <w:pStyle w:val="ListParagraph"/>
        <w:numPr>
          <w:ilvl w:val="0"/>
          <w:numId w:val="29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</w:p>
    <w:p w14:paraId="146AE2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Бактеріостатична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637F2B86" w14:textId="77777777" w:rsidR="00A904C4" w:rsidRPr="0063699D" w:rsidRDefault="00FC2AAC" w:rsidP="00A565D1">
      <w:pPr>
        <w:pStyle w:val="ListParagraph"/>
        <w:numPr>
          <w:ilvl w:val="0"/>
          <w:numId w:val="3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розмноження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мікробів</w:t>
      </w:r>
      <w:proofErr w:type="spellEnd"/>
    </w:p>
    <w:p w14:paraId="20B59F47" w14:textId="5BCFA259" w:rsidR="00A904C4" w:rsidRPr="0063699D" w:rsidRDefault="00FC2AAC" w:rsidP="00A565D1">
      <w:pPr>
        <w:pStyle w:val="ListParagraph"/>
        <w:numPr>
          <w:ilvl w:val="0"/>
          <w:numId w:val="3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дегідратації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клітині</w:t>
      </w:r>
      <w:proofErr w:type="spellEnd"/>
    </w:p>
    <w:p w14:paraId="72AC3A56" w14:textId="77777777" w:rsidR="00A904C4" w:rsidRPr="0063699D" w:rsidRDefault="00FC2AAC" w:rsidP="00A565D1">
      <w:pPr>
        <w:pStyle w:val="ListParagraph"/>
        <w:numPr>
          <w:ilvl w:val="0"/>
          <w:numId w:val="3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муміфікації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мікробній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клітині</w:t>
      </w:r>
      <w:proofErr w:type="spellEnd"/>
    </w:p>
    <w:p w14:paraId="5446E363" w14:textId="77777777" w:rsidR="00A904C4" w:rsidRPr="0063699D" w:rsidRDefault="00FC2AAC" w:rsidP="00A565D1">
      <w:pPr>
        <w:pStyle w:val="ListParagraph"/>
        <w:numPr>
          <w:ilvl w:val="0"/>
          <w:numId w:val="3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Денатурація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протоплазми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мікроорганізмів</w:t>
      </w:r>
      <w:proofErr w:type="spellEnd"/>
    </w:p>
    <w:p w14:paraId="3E8E2767" w14:textId="77777777" w:rsidR="00A904C4" w:rsidRPr="0063699D" w:rsidRDefault="00FC2AAC" w:rsidP="00A565D1">
      <w:pPr>
        <w:pStyle w:val="ListParagraph"/>
        <w:numPr>
          <w:ilvl w:val="0"/>
          <w:numId w:val="30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стінки</w:t>
      </w:r>
      <w:proofErr w:type="spellEnd"/>
    </w:p>
    <w:p w14:paraId="6E8A7D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висіві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мазка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флегмони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щелепи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висіяний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St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</w:rPr>
        <w:t>aureus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1FC69BE" w14:textId="77777777" w:rsidR="00A904C4" w:rsidRPr="0063699D" w:rsidRDefault="00FC2AAC" w:rsidP="00A565D1">
      <w:pPr>
        <w:pStyle w:val="ListParagraph"/>
        <w:numPr>
          <w:ilvl w:val="0"/>
          <w:numId w:val="3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716F52" w14:textId="77777777" w:rsidR="00A904C4" w:rsidRPr="0063699D" w:rsidRDefault="00FC2AAC" w:rsidP="00A565D1">
      <w:pPr>
        <w:pStyle w:val="ListParagraph"/>
        <w:numPr>
          <w:ilvl w:val="0"/>
          <w:numId w:val="3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</w:p>
    <w:p w14:paraId="29C879B4" w14:textId="77777777" w:rsidR="00A904C4" w:rsidRPr="0063699D" w:rsidRDefault="00FC2AAC" w:rsidP="00A565D1">
      <w:pPr>
        <w:pStyle w:val="ListParagraph"/>
        <w:numPr>
          <w:ilvl w:val="0"/>
          <w:numId w:val="3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AF1AADC" w14:textId="77777777" w:rsidR="00A904C4" w:rsidRPr="0063699D" w:rsidRDefault="00FC2AAC" w:rsidP="00A565D1">
      <w:pPr>
        <w:pStyle w:val="ListParagraph"/>
        <w:numPr>
          <w:ilvl w:val="0"/>
          <w:numId w:val="3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43483CC" w14:textId="77777777" w:rsidR="00A904C4" w:rsidRPr="0063699D" w:rsidRDefault="00FC2AAC" w:rsidP="00A565D1">
      <w:pPr>
        <w:pStyle w:val="ListParagraph"/>
        <w:numPr>
          <w:ilvl w:val="0"/>
          <w:numId w:val="30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</w:p>
    <w:p w14:paraId="1DB12D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До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винятком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11A6D58" w14:textId="77777777" w:rsidR="00A904C4" w:rsidRPr="0063699D" w:rsidRDefault="00FC2AAC" w:rsidP="00A565D1">
      <w:pPr>
        <w:pStyle w:val="ListParagraph"/>
        <w:numPr>
          <w:ilvl w:val="0"/>
          <w:numId w:val="3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DE19B17" w14:textId="77777777" w:rsidR="00A904C4" w:rsidRPr="0063699D" w:rsidRDefault="00FC2AAC" w:rsidP="00A565D1">
      <w:pPr>
        <w:pStyle w:val="ListParagraph"/>
        <w:numPr>
          <w:ilvl w:val="0"/>
          <w:numId w:val="3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Цефолоспорини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3079E31" w14:textId="77777777" w:rsidR="00A904C4" w:rsidRPr="0063699D" w:rsidRDefault="00FC2AAC" w:rsidP="00A565D1">
      <w:pPr>
        <w:pStyle w:val="ListParagraph"/>
        <w:numPr>
          <w:ilvl w:val="0"/>
          <w:numId w:val="3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64C99AA" w14:textId="77777777" w:rsidR="00A904C4" w:rsidRPr="0063699D" w:rsidRDefault="00FC2AAC" w:rsidP="00A565D1">
      <w:pPr>
        <w:pStyle w:val="ListParagraph"/>
        <w:numPr>
          <w:ilvl w:val="0"/>
          <w:numId w:val="3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Карбапенеми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3AFDCC3" w14:textId="77777777" w:rsidR="00A904C4" w:rsidRPr="0063699D" w:rsidRDefault="00FC2AAC" w:rsidP="00A565D1">
      <w:pPr>
        <w:pStyle w:val="ListParagraph"/>
        <w:numPr>
          <w:ilvl w:val="0"/>
          <w:numId w:val="30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Монабактами</w:t>
      </w:r>
      <w:proofErr w:type="spellEnd"/>
    </w:p>
    <w:p w14:paraId="0CB4DB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Жінці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32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комплексної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рекомендованим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обставин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15CC748" w14:textId="77777777" w:rsidR="00A904C4" w:rsidRPr="0063699D" w:rsidRDefault="00FC2AAC" w:rsidP="00A565D1">
      <w:pPr>
        <w:pStyle w:val="ListParagraph"/>
        <w:numPr>
          <w:ilvl w:val="0"/>
          <w:numId w:val="3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</w:p>
    <w:p w14:paraId="2F55CE8D" w14:textId="77777777" w:rsidR="00A904C4" w:rsidRPr="0063699D" w:rsidRDefault="00FC2AAC" w:rsidP="00A565D1">
      <w:pPr>
        <w:pStyle w:val="ListParagraph"/>
        <w:numPr>
          <w:ilvl w:val="0"/>
          <w:numId w:val="3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Цефалексин</w:t>
      </w:r>
      <w:proofErr w:type="spellEnd"/>
    </w:p>
    <w:p w14:paraId="09E1D64F" w14:textId="77777777" w:rsidR="00A904C4" w:rsidRPr="0063699D" w:rsidRDefault="00FC2AAC" w:rsidP="00A565D1">
      <w:pPr>
        <w:pStyle w:val="ListParagraph"/>
        <w:numPr>
          <w:ilvl w:val="0"/>
          <w:numId w:val="3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7E75B6F" w14:textId="77777777" w:rsidR="00A904C4" w:rsidRPr="0063699D" w:rsidRDefault="00FC2AAC" w:rsidP="00A565D1">
      <w:pPr>
        <w:pStyle w:val="ListParagraph"/>
        <w:numPr>
          <w:ilvl w:val="0"/>
          <w:numId w:val="3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Доксициклін</w:t>
      </w:r>
      <w:proofErr w:type="spellEnd"/>
    </w:p>
    <w:p w14:paraId="41AB76C8" w14:textId="77777777" w:rsidR="00A904C4" w:rsidRPr="0063699D" w:rsidRDefault="00FC2AAC" w:rsidP="00A565D1">
      <w:pPr>
        <w:pStyle w:val="ListParagraph"/>
        <w:numPr>
          <w:ilvl w:val="0"/>
          <w:numId w:val="30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</w:p>
    <w:p w14:paraId="69F8BF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оперативного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втручання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широкого спектру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</w:t>
      </w:r>
    </w:p>
    <w:p w14:paraId="06C85098" w14:textId="77777777" w:rsidR="00A904C4" w:rsidRPr="0063699D" w:rsidRDefault="00FC2AAC" w:rsidP="00A565D1">
      <w:pPr>
        <w:pStyle w:val="ListParagraph"/>
        <w:numPr>
          <w:ilvl w:val="0"/>
          <w:numId w:val="3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</w:p>
    <w:p w14:paraId="4DC88C44" w14:textId="77777777" w:rsidR="00A904C4" w:rsidRPr="0063699D" w:rsidRDefault="00FC2AAC" w:rsidP="00A565D1">
      <w:pPr>
        <w:pStyle w:val="ListParagraph"/>
        <w:numPr>
          <w:ilvl w:val="0"/>
          <w:numId w:val="3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Біцилін-5</w:t>
      </w:r>
    </w:p>
    <w:p w14:paraId="21B9FD9F" w14:textId="77777777" w:rsidR="00A904C4" w:rsidRPr="0063699D" w:rsidRDefault="00FC2AAC" w:rsidP="00A565D1">
      <w:pPr>
        <w:pStyle w:val="ListParagraph"/>
        <w:numPr>
          <w:ilvl w:val="0"/>
          <w:numId w:val="3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</w:t>
      </w:r>
      <w:proofErr w:type="spellEnd"/>
    </w:p>
    <w:p w14:paraId="77438C55" w14:textId="77777777" w:rsidR="00A904C4" w:rsidRPr="0063699D" w:rsidRDefault="00FC2AAC" w:rsidP="00A565D1">
      <w:pPr>
        <w:pStyle w:val="ListParagraph"/>
        <w:numPr>
          <w:ilvl w:val="0"/>
          <w:numId w:val="3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Еритроміцин</w:t>
      </w:r>
      <w:proofErr w:type="spellEnd"/>
    </w:p>
    <w:p w14:paraId="756B9555" w14:textId="77777777" w:rsidR="00A904C4" w:rsidRPr="0063699D" w:rsidRDefault="00FC2AAC" w:rsidP="00A565D1">
      <w:pPr>
        <w:pStyle w:val="ListParagraph"/>
        <w:numPr>
          <w:ilvl w:val="0"/>
          <w:numId w:val="30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Олеандоміцин</w:t>
      </w:r>
      <w:proofErr w:type="spellEnd"/>
    </w:p>
    <w:p w14:paraId="3B4CD2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10-ти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дерматит.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дало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клавулановою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кислотою дало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одужання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0D4170C7" w14:textId="77777777" w:rsidR="00A904C4" w:rsidRPr="0063699D" w:rsidRDefault="00FC2AAC" w:rsidP="00A565D1">
      <w:pPr>
        <w:pStyle w:val="ListParagraph"/>
        <w:numPr>
          <w:ilvl w:val="0"/>
          <w:numId w:val="3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транспептидази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29040A3" w14:textId="77777777" w:rsidR="00A904C4" w:rsidRPr="0063699D" w:rsidRDefault="00FC2AAC" w:rsidP="00A565D1">
      <w:pPr>
        <w:pStyle w:val="ListParagraph"/>
        <w:numPr>
          <w:ilvl w:val="0"/>
          <w:numId w:val="3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аденозин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дезамінази</w:t>
      </w:r>
      <w:proofErr w:type="spellEnd"/>
    </w:p>
    <w:p w14:paraId="130C657D" w14:textId="77777777" w:rsidR="00A904C4" w:rsidRPr="0063699D" w:rsidRDefault="00FC2AAC" w:rsidP="00A565D1">
      <w:pPr>
        <w:pStyle w:val="ListParagraph"/>
        <w:numPr>
          <w:ilvl w:val="0"/>
          <w:numId w:val="3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D9E2FB2" w14:textId="77777777" w:rsidR="00A904C4" w:rsidRPr="0063699D" w:rsidRDefault="00FC2AAC" w:rsidP="00A565D1">
      <w:pPr>
        <w:pStyle w:val="ListParagraph"/>
        <w:numPr>
          <w:ilvl w:val="0"/>
          <w:numId w:val="3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8989DDA" w14:textId="77777777" w:rsidR="00A904C4" w:rsidRPr="0063699D" w:rsidRDefault="00FC2AAC" w:rsidP="00A565D1">
      <w:pPr>
        <w:pStyle w:val="ListParagraph"/>
        <w:numPr>
          <w:ilvl w:val="0"/>
          <w:numId w:val="30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транслокази</w:t>
      </w:r>
      <w:proofErr w:type="spellEnd"/>
    </w:p>
    <w:p w14:paraId="31EC74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трахеобронхіт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72C4DD1" w14:textId="77777777" w:rsidR="00A904C4" w:rsidRPr="0063699D" w:rsidRDefault="00FC2AAC" w:rsidP="00A565D1">
      <w:pPr>
        <w:pStyle w:val="ListParagraph"/>
        <w:numPr>
          <w:ilvl w:val="0"/>
          <w:numId w:val="3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</w:p>
    <w:p w14:paraId="59B22EE1" w14:textId="77777777" w:rsidR="00A904C4" w:rsidRPr="0063699D" w:rsidRDefault="00FC2AAC" w:rsidP="00A565D1">
      <w:pPr>
        <w:pStyle w:val="ListParagraph"/>
        <w:numPr>
          <w:ilvl w:val="0"/>
          <w:numId w:val="3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</w:p>
    <w:p w14:paraId="23BD536B" w14:textId="77777777" w:rsidR="00A904C4" w:rsidRPr="0063699D" w:rsidRDefault="00FC2AAC" w:rsidP="00A565D1">
      <w:pPr>
        <w:pStyle w:val="ListParagraph"/>
        <w:numPr>
          <w:ilvl w:val="0"/>
          <w:numId w:val="3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135F601" w14:textId="77777777" w:rsidR="00A904C4" w:rsidRPr="0063699D" w:rsidRDefault="00FC2AAC" w:rsidP="00A565D1">
      <w:pPr>
        <w:pStyle w:val="ListParagraph"/>
        <w:numPr>
          <w:ilvl w:val="0"/>
          <w:numId w:val="3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E2B5ECC" w14:textId="77777777" w:rsidR="00A904C4" w:rsidRPr="0063699D" w:rsidRDefault="00FC2AAC" w:rsidP="00A565D1">
      <w:pPr>
        <w:pStyle w:val="ListParagraph"/>
        <w:numPr>
          <w:ilvl w:val="0"/>
          <w:numId w:val="30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0E0C1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296D36FB" w14:textId="77777777" w:rsidR="00A904C4" w:rsidRPr="0063699D" w:rsidRDefault="00FC2AAC" w:rsidP="00A565D1">
      <w:pPr>
        <w:pStyle w:val="ListParagraph"/>
        <w:numPr>
          <w:ilvl w:val="0"/>
          <w:numId w:val="3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Ципрофлоксацин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DE2F3FA" w14:textId="77777777" w:rsidR="00A904C4" w:rsidRPr="0063699D" w:rsidRDefault="00FC2AAC" w:rsidP="00A565D1">
      <w:pPr>
        <w:pStyle w:val="ListParagraph"/>
        <w:numPr>
          <w:ilvl w:val="0"/>
          <w:numId w:val="3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6B6B1E2" w14:textId="77777777" w:rsidR="00A904C4" w:rsidRPr="0063699D" w:rsidRDefault="00FC2AAC" w:rsidP="00A565D1">
      <w:pPr>
        <w:pStyle w:val="ListParagraph"/>
        <w:numPr>
          <w:ilvl w:val="0"/>
          <w:numId w:val="3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Цефпіром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9D312CE" w14:textId="77777777" w:rsidR="00A904C4" w:rsidRPr="0063699D" w:rsidRDefault="00FC2AAC" w:rsidP="00A565D1">
      <w:pPr>
        <w:pStyle w:val="ListParagraph"/>
        <w:numPr>
          <w:ilvl w:val="0"/>
          <w:numId w:val="3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Цефалексин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852B4D" w14:textId="77777777" w:rsidR="00A904C4" w:rsidRPr="0063699D" w:rsidRDefault="00FC2AAC" w:rsidP="00A565D1">
      <w:pPr>
        <w:pStyle w:val="ListParagraph"/>
        <w:numPr>
          <w:ilvl w:val="0"/>
          <w:numId w:val="30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Цефокситин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CDAE0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сифіліс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вивільнення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ендотоксинів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трепонемоцидної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3F191D2" w14:textId="77777777" w:rsidR="00A904C4" w:rsidRPr="0063699D" w:rsidRDefault="00FC2AAC" w:rsidP="00A565D1">
      <w:pPr>
        <w:pStyle w:val="ListParagraph"/>
        <w:numPr>
          <w:ilvl w:val="0"/>
          <w:numId w:val="3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 </w:t>
      </w:r>
    </w:p>
    <w:p w14:paraId="0573FD55" w14:textId="77777777" w:rsidR="00A904C4" w:rsidRPr="0063699D" w:rsidRDefault="00FC2AAC" w:rsidP="00A565D1">
      <w:pPr>
        <w:pStyle w:val="ListParagraph"/>
        <w:numPr>
          <w:ilvl w:val="0"/>
          <w:numId w:val="3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Септицемія</w:t>
      </w:r>
      <w:proofErr w:type="spellEnd"/>
    </w:p>
    <w:p w14:paraId="4DCA69C3" w14:textId="77777777" w:rsidR="00A904C4" w:rsidRPr="0063699D" w:rsidRDefault="00FC2AAC" w:rsidP="00A565D1">
      <w:pPr>
        <w:pStyle w:val="ListParagraph"/>
        <w:numPr>
          <w:ilvl w:val="0"/>
          <w:numId w:val="3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Яриш-Герксгеймера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69484D68" w14:textId="77777777" w:rsidR="00A904C4" w:rsidRPr="0063699D" w:rsidRDefault="00FC2AAC" w:rsidP="00A565D1">
      <w:pPr>
        <w:pStyle w:val="ListParagraph"/>
        <w:numPr>
          <w:ilvl w:val="0"/>
          <w:numId w:val="3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</w:t>
      </w:r>
    </w:p>
    <w:p w14:paraId="15CE7A62" w14:textId="77777777" w:rsidR="00A904C4" w:rsidRPr="0063699D" w:rsidRDefault="00FC2AAC" w:rsidP="00A565D1">
      <w:pPr>
        <w:pStyle w:val="ListParagraph"/>
        <w:numPr>
          <w:ilvl w:val="0"/>
          <w:numId w:val="30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Бактеріемія</w:t>
      </w:r>
      <w:proofErr w:type="spellEnd"/>
    </w:p>
    <w:p w14:paraId="2D39AEC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2-річної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прийшла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консультацію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стоматолога.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карієс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різців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пожовкла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емаль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коричневий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ободок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навколо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шийки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нерегулярно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подібним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тератогенним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8F31CCE" w14:textId="77777777" w:rsidR="00A904C4" w:rsidRPr="0063699D" w:rsidRDefault="00FC2AAC" w:rsidP="00A565D1">
      <w:pPr>
        <w:pStyle w:val="ListParagraph"/>
        <w:numPr>
          <w:ilvl w:val="0"/>
          <w:numId w:val="3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Доксициклін</w:t>
      </w:r>
      <w:proofErr w:type="spellEnd"/>
    </w:p>
    <w:p w14:paraId="41A4BEC3" w14:textId="77777777" w:rsidR="00A904C4" w:rsidRPr="0063699D" w:rsidRDefault="00FC2AAC" w:rsidP="00A565D1">
      <w:pPr>
        <w:pStyle w:val="ListParagraph"/>
        <w:numPr>
          <w:ilvl w:val="0"/>
          <w:numId w:val="3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</w:t>
      </w:r>
      <w:proofErr w:type="spellEnd"/>
    </w:p>
    <w:p w14:paraId="683713F5" w14:textId="77777777" w:rsidR="00A904C4" w:rsidRPr="0063699D" w:rsidRDefault="00FC2AAC" w:rsidP="00A565D1">
      <w:pPr>
        <w:pStyle w:val="ListParagraph"/>
        <w:numPr>
          <w:ilvl w:val="0"/>
          <w:numId w:val="3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Феноксиметилпеніцилін</w:t>
      </w:r>
      <w:proofErr w:type="spellEnd"/>
    </w:p>
    <w:p w14:paraId="24058508" w14:textId="77777777" w:rsidR="00A904C4" w:rsidRPr="0063699D" w:rsidRDefault="00FC2AAC" w:rsidP="00A565D1">
      <w:pPr>
        <w:pStyle w:val="ListParagraph"/>
        <w:numPr>
          <w:ilvl w:val="0"/>
          <w:numId w:val="3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Оксацилін</w:t>
      </w:r>
      <w:proofErr w:type="spellEnd"/>
    </w:p>
    <w:p w14:paraId="02CD5462" w14:textId="77777777" w:rsidR="00A904C4" w:rsidRPr="0063699D" w:rsidRDefault="00FC2AAC" w:rsidP="00A565D1">
      <w:pPr>
        <w:pStyle w:val="ListParagraph"/>
        <w:numPr>
          <w:ilvl w:val="0"/>
          <w:numId w:val="30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Цефпиром</w:t>
      </w:r>
      <w:proofErr w:type="spellEnd"/>
    </w:p>
    <w:p w14:paraId="1A2AEA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кістково-рухового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апарата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нижче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накопичуватись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687681" w14:textId="77777777" w:rsidR="00A904C4" w:rsidRPr="0063699D" w:rsidRDefault="00FC2AAC" w:rsidP="00A565D1">
      <w:pPr>
        <w:pStyle w:val="ListParagraph"/>
        <w:numPr>
          <w:ilvl w:val="0"/>
          <w:numId w:val="3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Лінкоміцину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719735FC" w14:textId="77777777" w:rsidR="00A904C4" w:rsidRPr="0063699D" w:rsidRDefault="00FC2AAC" w:rsidP="00A565D1">
      <w:pPr>
        <w:pStyle w:val="ListParagraph"/>
        <w:numPr>
          <w:ilvl w:val="0"/>
          <w:numId w:val="3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Олеандоміцину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фосфат</w:t>
      </w:r>
    </w:p>
    <w:p w14:paraId="50FEFFF4" w14:textId="77777777" w:rsidR="00A904C4" w:rsidRPr="0063699D" w:rsidRDefault="00FC2AAC" w:rsidP="00A565D1">
      <w:pPr>
        <w:pStyle w:val="ListParagraph"/>
        <w:numPr>
          <w:ilvl w:val="0"/>
          <w:numId w:val="3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стеарат</w:t>
      </w:r>
      <w:proofErr w:type="spellEnd"/>
    </w:p>
    <w:p w14:paraId="61AE13C6" w14:textId="77777777" w:rsidR="00A904C4" w:rsidRPr="0063699D" w:rsidRDefault="00FC2AAC" w:rsidP="00A565D1">
      <w:pPr>
        <w:pStyle w:val="ListParagraph"/>
        <w:numPr>
          <w:ilvl w:val="0"/>
          <w:numId w:val="3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Неоміцину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6E396E7D" w14:textId="77777777" w:rsidR="00A904C4" w:rsidRPr="0063699D" w:rsidRDefault="00FC2AAC" w:rsidP="00A565D1">
      <w:pPr>
        <w:pStyle w:val="ListParagraph"/>
        <w:numPr>
          <w:ilvl w:val="0"/>
          <w:numId w:val="31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2C50B04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E86E81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88357F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1D321E9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№30. ОСОБЛИВОСТІ ЗАСТОСУВАННЯ І ФАРМАКОБЕЗПЕКА ПРОТИТУБЕРКУЛЬОЗНИХ, ПРОТИПРОТОЗОЙНИХ ТА ПРОТИГЕЛЬМІНТНИХ ЗАСОБІВ. ПРОТИМІКОЗНІ ТА ПРОТИВІРУСНІ ЗАСОБИ. ОСОБЛИВОСТІ СУЧАСНОГО ВИКОРИСТАННЯ, НЕБАЖАНІ ДІЇ.</w:t>
      </w:r>
    </w:p>
    <w:p w14:paraId="0BC8A67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BA5D268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r w:rsidRPr="0063699D">
        <w:rPr>
          <w:rFonts w:asciiTheme="majorBidi" w:hAnsiTheme="majorBidi" w:cstheme="majorBidi"/>
          <w:sz w:val="22"/>
          <w:lang w:val="ru-RU"/>
        </w:rPr>
        <w:t xml:space="preserve">З 1995 року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епідемія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Смертність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2,7 рази.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Щорічно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забирає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2,9 млн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життів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ВООЗ,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ВІЛ-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багатьох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країнах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дотримання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оптимальної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85B0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паразитувати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розмножуватися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1000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найпростіших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Найчастіше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зустрічаються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амебіазом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токсоплазмозом,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трихомоніазом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лямбліозом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лейшманіозом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балантідіазом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протипротозойного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спектра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найпростішими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D8C9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Проблема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сьогодні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медико-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соціальну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спрямованість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Практично 90-95%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до-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паразитарні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ентеробіоз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аскаридоз),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неодноразово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наносити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великої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особливо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дитячому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супроводжуватися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літературі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протигельмінтозних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9C374BA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протигельмінтозних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протипротозойних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A61CB9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4CBB599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06027757" w14:textId="77777777" w:rsidR="00A904C4" w:rsidRPr="0063699D" w:rsidRDefault="00FC2AAC" w:rsidP="00A565D1">
      <w:pPr>
        <w:pStyle w:val="ListParagraph"/>
        <w:numPr>
          <w:ilvl w:val="0"/>
          <w:numId w:val="311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протитуберкульозних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7A90665" w14:textId="77777777" w:rsidR="00A904C4" w:rsidRPr="0063699D" w:rsidRDefault="00FC2AAC" w:rsidP="00A565D1">
      <w:pPr>
        <w:pStyle w:val="ListParagraph"/>
        <w:numPr>
          <w:ilvl w:val="0"/>
          <w:numId w:val="311"/>
        </w:numPr>
        <w:tabs>
          <w:tab w:val="left" w:pos="1843"/>
        </w:tabs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A67169A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FDAD77A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мікобутин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98952BE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ГІНК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437FA65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28DD773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капреоміцин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68F19D7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етамбутол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протіонамід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піразинамід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фторхінолон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ломефлоксацин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2ADF1663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резерву):</w:t>
      </w:r>
    </w:p>
    <w:p w14:paraId="4B6AA02B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ПАСК,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тіоацетазон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тибон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548F610B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переносимістю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частотою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B8AD185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ряду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37948BB9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гідразиду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ізонікотинової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(ГІНК)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фтіва-зид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опініазід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салюзід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8C0F8B8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(ПАСК) - ПАСК,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бензамідосаліцілат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E1293BD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стрептосалюзид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9BAC541" w14:textId="4CFDA1F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другого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ряду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резервні</w:t>
      </w:r>
      <w:proofErr w:type="spellEnd"/>
      <w:r w:rsidRPr="0063699D">
        <w:rPr>
          <w:rFonts w:asciiTheme="majorBidi" w:hAnsiTheme="majorBidi" w:cstheme="majorBidi"/>
          <w:sz w:val="22"/>
        </w:rPr>
        <w:t>):</w:t>
      </w:r>
    </w:p>
    <w:p w14:paraId="7D2E115F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тіоаміди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ізонікотинової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</w:rPr>
        <w:t>етіонамід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протіонамід</w:t>
      </w:r>
      <w:proofErr w:type="spellEnd"/>
      <w:r w:rsidRPr="0063699D">
        <w:rPr>
          <w:rFonts w:asciiTheme="majorBidi" w:hAnsiTheme="majorBidi" w:cstheme="majorBidi"/>
          <w:sz w:val="22"/>
        </w:rPr>
        <w:t>;</w:t>
      </w:r>
    </w:p>
    <w:p w14:paraId="6B5D63A4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фторхінолони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виомицин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ломефлоксацин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8C48DC6" w14:textId="77777777" w:rsidR="00A904C4" w:rsidRPr="0063699D" w:rsidRDefault="00FC2AAC" w:rsidP="00A565D1">
      <w:pPr>
        <w:pStyle w:val="ListParagraph"/>
        <w:numPr>
          <w:ilvl w:val="0"/>
          <w:numId w:val="31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етамбутол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піразинамід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тиоацетазон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77FE73B" w14:textId="5DE12CA3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0D69779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7E0360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5474FB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ПРОТИПРОТОЗОЙНІ ЗАСОБИ.</w:t>
      </w:r>
    </w:p>
    <w:p w14:paraId="7718ABCE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Протималярійні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883E9E3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плазмодіїв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цикл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B05A3E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382DFE1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Гематошизотропні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шизонти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мефлохін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акрихін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D38F08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Гістошизотропні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шизонти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75230D01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прееритроцитарні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первинні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примахін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рецидивів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CB6DD2B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параеритроцитарні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примахін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хіноцид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пізніх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рецидивів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E4F938F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Гамонтотропні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плазмодіїв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7DDCC616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гамонтоцидно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примахін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хіноцид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9A844FD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споронтоцидно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76B4F49" w14:textId="77777777" w:rsidR="00A904C4" w:rsidRPr="0063699D" w:rsidRDefault="00FC2AAC" w:rsidP="00A565D1">
      <w:pPr>
        <w:pStyle w:val="ListParagraph"/>
        <w:numPr>
          <w:ilvl w:val="0"/>
          <w:numId w:val="31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фанзимеф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фанзидар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метакельфін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CD9843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56F5AA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протималярійних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1B64DC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Хіміопрофілактика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F90731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Протиамебіазні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495B046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амеб, цикл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986697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AA47DC1" w14:textId="77777777" w:rsidR="00A904C4" w:rsidRPr="0063699D" w:rsidRDefault="00FC2AAC" w:rsidP="00A565D1">
      <w:pPr>
        <w:pStyle w:val="ListParagraph"/>
        <w:numPr>
          <w:ilvl w:val="0"/>
          <w:numId w:val="3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амеб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3793938" w14:textId="77777777" w:rsidR="00A904C4" w:rsidRPr="0063699D" w:rsidRDefault="00FC2AAC" w:rsidP="00A565D1">
      <w:pPr>
        <w:pStyle w:val="ListParagraph"/>
        <w:numPr>
          <w:ilvl w:val="0"/>
          <w:numId w:val="3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амеб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просвіті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хініофон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інтет-рікс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хлорхінальдон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етофамід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C94E697" w14:textId="77777777" w:rsidR="00A904C4" w:rsidRPr="0063699D" w:rsidRDefault="00FC2AAC" w:rsidP="00A565D1">
      <w:pPr>
        <w:pStyle w:val="ListParagraph"/>
        <w:numPr>
          <w:ilvl w:val="0"/>
          <w:numId w:val="3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просвітні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амеб і амеб,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75F3978" w14:textId="77777777" w:rsidR="00A904C4" w:rsidRPr="0063699D" w:rsidRDefault="00FC2AAC" w:rsidP="00A565D1">
      <w:pPr>
        <w:pStyle w:val="ListParagraph"/>
        <w:numPr>
          <w:ilvl w:val="0"/>
          <w:numId w:val="3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амеб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 і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еметіну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B2CB24C" w14:textId="77777777" w:rsidR="00A904C4" w:rsidRPr="0063699D" w:rsidRDefault="00FC2AAC" w:rsidP="00A565D1">
      <w:pPr>
        <w:pStyle w:val="ListParagraph"/>
        <w:numPr>
          <w:ilvl w:val="0"/>
          <w:numId w:val="31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амеб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CC0D146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C291EBB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8CBD88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Протилямбліозні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24FDCD3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CD7835C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амінохінол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фуразолідон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інтестопан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хінгамін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акрихін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2D7523C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97AC4B4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лямбліозу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5D8FF71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Г.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>токсоплазмозу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0CC418D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FBC491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токсоплазмозу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амінохінол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3B0E2BD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протитоксоплазмозних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F7545D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Протитрихомоніазні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26C3640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69ED25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трихомоніазу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осарсол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тріхомонацід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BB919C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трихомоніазу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CE0076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хламідіозу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.</w:t>
      </w:r>
    </w:p>
    <w:p w14:paraId="2DF49333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хламідіозу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BFC753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хламідіозу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доксициклін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A4E6CAE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хламідіозу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DAC2B86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Ж.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Протилейшманіозні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0E8521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5160778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лейшманіозу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солюсурьмін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амінохінол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акрихін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29878B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балантідіазу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41D08F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балантідіазу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CEB01D2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балантідіазу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хиниофон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мексаформ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амінарсон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Взаємозамінність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фармакобезпечність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EB1C982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АНТИГЕЛЬМІНТОЗНІ ЗАСОБИ</w:t>
      </w:r>
    </w:p>
    <w:p w14:paraId="558C2936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15E42A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BDF2082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При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кишкових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нематодозах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аскаридозі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ентеробіозі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трихоцефальозі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анкілостомідозі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стронгілоїдозі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трихостронгілоїдозі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)</w:t>
      </w:r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9EF01CE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альбендазол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зентал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мебендазол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вермокс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левамізол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декарис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нафтамон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пірвіній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памоат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12508DC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паралізуючої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пірантел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комбантрин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піперазину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адипінат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чотирихлористий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4D1D5A3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Б. При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кишкових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цестодозах</w:t>
      </w:r>
      <w:r w:rsidRPr="0063699D">
        <w:rPr>
          <w:rFonts w:asciiTheme="majorBidi" w:hAnsiTheme="majorBidi" w:cstheme="majorBidi"/>
          <w:i/>
          <w:sz w:val="22"/>
          <w:lang w:val="ru-RU"/>
        </w:rPr>
        <w:t>(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дифілоботріозі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теніозі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теніаринхозі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гіменолепідозі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):</w:t>
      </w:r>
    </w:p>
    <w:p w14:paraId="70FD8F7A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паралізуючої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празиквантель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фенасал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трихлорфен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філіксан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гарбуза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A761D2D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аміноакрихін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4A29E1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При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позакишкових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гельмінтозах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835711C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трематодозах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опісторхозі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фасциольозі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клонорхозі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парагонімозі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шистосомозі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)</w:t>
      </w:r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празиквантель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хлоксил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антимоніл-натрію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тартрат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54106E1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нематодозах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трихінельоз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філяріатоз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івермектин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дитразин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мебендазол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AB1B90F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цестодозах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ехінококоз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цистицеркоз)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альбендазол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мебендазол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празиквантель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F154DB1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523F98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ПРОТИМІКОЗНІ ЗАСОБИ</w:t>
      </w:r>
    </w:p>
    <w:p w14:paraId="615E57D9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</w:t>
      </w:r>
    </w:p>
    <w:p w14:paraId="7B5D116C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C724429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дерматомікозів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6ADB057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lastRenderedPageBreak/>
        <w:t>азоли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клотримазол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системного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ітраконазол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5052AC1B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гризеофульвін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0EA171FC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29E92C8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барвники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діамантовий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метиленовий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фукорцин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871F25F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йоду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спиртовий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йодид);</w:t>
      </w:r>
    </w:p>
    <w:p w14:paraId="466C200C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антисептики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ундециленова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мікосептин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тербінафін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ламізил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нафтифін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тольнафтат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циклопірокс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нітрофунгін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3D1637D0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Б.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кандидоміозів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867FD08" w14:textId="5BF67BC6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азоли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клотримазол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длясистемного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6862E6E8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полієнові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мікогептин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амфотерицин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В);</w:t>
      </w:r>
    </w:p>
    <w:p w14:paraId="35414BAB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>антисептики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циклопірокс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ваготил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25009C7D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системних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мікозів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полієнові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амфотерицин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амфоглюкамін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мікогептин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азоли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системного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ітраконазол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2380382F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АЗОЛІВ:</w:t>
      </w:r>
    </w:p>
    <w:p w14:paraId="08F83593" w14:textId="3251A056" w:rsidR="00A904C4" w:rsidRPr="0063699D" w:rsidRDefault="00FC2AAC" w:rsidP="00A565D1">
      <w:pPr>
        <w:pStyle w:val="ListParagraph"/>
        <w:numPr>
          <w:ilvl w:val="1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імідазолу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*</w:t>
      </w:r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52BFB5B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частотою 2-3 рази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курс ─ 2-6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клотримазол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аміказол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біфоназол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3569950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курс 3-4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C44884C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III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(як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так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1 раз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нізорал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C2DBDBA" w14:textId="0C2AE37B" w:rsidR="00A904C4" w:rsidRPr="0063699D" w:rsidRDefault="00FC2AAC" w:rsidP="00A565D1">
      <w:pPr>
        <w:pStyle w:val="ListParagraph"/>
        <w:numPr>
          <w:ilvl w:val="0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тріазолу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дифлюкан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ітраконазол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фунгістат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1D4548D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9BC5FBF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ПРОТИВІРУСНІ ПРЕПАРАТИ</w:t>
      </w:r>
    </w:p>
    <w:p w14:paraId="6AB1D08A" w14:textId="59B20EB7" w:rsidR="00A904C4" w:rsidRPr="0063699D" w:rsidRDefault="00FC2AAC" w:rsidP="00A565D1">
      <w:pPr>
        <w:pStyle w:val="ListParagraph"/>
        <w:numPr>
          <w:ilvl w:val="1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</w:t>
      </w:r>
    </w:p>
    <w:p w14:paraId="429A3A24" w14:textId="670F967C" w:rsidR="00A904C4" w:rsidRPr="0063699D" w:rsidRDefault="00FC2AAC" w:rsidP="00A565D1">
      <w:pPr>
        <w:pStyle w:val="ListParagraph"/>
        <w:numPr>
          <w:ilvl w:val="1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за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походженням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1B54228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бетаферон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пегасис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індуктори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полудан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арбідол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11B7D286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синтетичні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41417ED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амантадину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ремантадин,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мідантан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1E6B03F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аналоги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нуклеозидів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рибавірин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цитарабін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відарабін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трифулуридин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ідоксуридин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азидотимідин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зидовудин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ламівудин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диданозин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2A042FDD" w14:textId="77777777" w:rsidR="00A904C4" w:rsidRPr="0063699D" w:rsidRDefault="00FC2AAC" w:rsidP="00BF6839">
      <w:pPr>
        <w:pStyle w:val="ListParagraph"/>
        <w:spacing w:after="0" w:line="360" w:lineRule="auto"/>
        <w:ind w:left="1080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саквінавір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індинавір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занамівір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озельтамівір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таміфлю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/,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фоскарнет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метисазон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бонафтон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теброфен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невірапін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ACF5FE" w14:textId="2DBFF505" w:rsidR="00A904C4" w:rsidRPr="0063699D" w:rsidRDefault="00FC2AAC" w:rsidP="00A565D1">
      <w:pPr>
        <w:pStyle w:val="ListParagraph"/>
        <w:numPr>
          <w:ilvl w:val="1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за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показаннями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F6600C4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ДНК-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73843D5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герпесвіруси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r w:rsidRPr="0063699D">
        <w:rPr>
          <w:rFonts w:asciiTheme="majorBidi" w:hAnsiTheme="majorBidi" w:cstheme="majorBidi"/>
          <w:i/>
          <w:sz w:val="22"/>
          <w:lang w:val="ru-RU"/>
        </w:rPr>
        <w:t>простого герпесу</w:t>
      </w:r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фоскарнет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видарабін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трифлуридин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оперізуючого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лишаю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вітряної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віспи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цитомегаловірусу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фоскарнет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48F1A20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натуральної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віспи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метисазон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0E9E5A4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гепатитів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В і С</w:t>
      </w:r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1B77E8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РНК-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0D3C305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i/>
          <w:sz w:val="22"/>
          <w:lang w:val="ru-RU"/>
        </w:rPr>
        <w:t xml:space="preserve">ВІЛ </w:t>
      </w:r>
      <w:r w:rsidRPr="0063699D">
        <w:rPr>
          <w:rFonts w:asciiTheme="majorBidi" w:hAnsiTheme="majorBidi" w:cstheme="majorBidi"/>
          <w:sz w:val="22"/>
          <w:lang w:val="ru-RU"/>
        </w:rPr>
        <w:t>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антиретровірусні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зворотної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транскриптази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ВІЛ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азидотимідин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ламівудин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діданозин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невірапін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протеаз ВІЛ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саквінавір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індинавір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16ED5D97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грипу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типу А</w:t>
      </w:r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амантадини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B2C1FA8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грипу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типів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Б і А</w:t>
      </w:r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нейрамінідази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занамівір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озельтамівір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арбідол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6C7338A" w14:textId="77777777" w:rsidR="00A904C4" w:rsidRPr="0063699D" w:rsidRDefault="00FC2AAC" w:rsidP="00A565D1">
      <w:pPr>
        <w:pStyle w:val="ListParagraph"/>
        <w:numPr>
          <w:ilvl w:val="0"/>
          <w:numId w:val="31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респіраторно-синцитіальний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рибавірин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3112839" w14:textId="16FEEC68" w:rsidR="00A904C4" w:rsidRPr="0063699D" w:rsidRDefault="00FC2AAC" w:rsidP="00A565D1">
      <w:pPr>
        <w:pStyle w:val="ListParagraph"/>
        <w:numPr>
          <w:ilvl w:val="1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ІНТЕРФЕРОН.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i/>
          <w:sz w:val="22"/>
          <w:lang w:val="ru-RU"/>
        </w:rPr>
        <w:t xml:space="preserve">за 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типами і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походженням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:</w:t>
      </w:r>
    </w:p>
    <w:p w14:paraId="3440EC8C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природні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культури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стимульованих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вірусами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r w:rsidRPr="0063699D">
        <w:rPr>
          <w:rFonts w:asciiTheme="majorBidi" w:hAnsiTheme="majorBidi" w:cstheme="majorBidi"/>
          <w:i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егіферон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r w:rsidRPr="0063699D">
        <w:rPr>
          <w:rFonts w:asciiTheme="majorBidi" w:hAnsiTheme="majorBidi" w:cstheme="majorBidi"/>
          <w:i/>
          <w:sz w:val="22"/>
        </w:rPr>
        <w:t>b</w:t>
      </w:r>
      <w:r w:rsidRPr="0063699D">
        <w:rPr>
          <w:rFonts w:asciiTheme="majorBidi" w:hAnsiTheme="majorBidi" w:cstheme="majorBidi"/>
          <w:i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торайферон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39BF8888" w14:textId="77777777" w:rsidR="00A904C4" w:rsidRPr="0063699D" w:rsidRDefault="00FC2AAC" w:rsidP="00A565D1">
      <w:pPr>
        <w:pStyle w:val="ListParagraph"/>
        <w:numPr>
          <w:ilvl w:val="0"/>
          <w:numId w:val="31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рекомбінантні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інженерії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-2А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пегасис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-2В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інрек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 xml:space="preserve"> -2С </w:t>
      </w:r>
      <w:r w:rsidRPr="0063699D">
        <w:rPr>
          <w:rFonts w:asciiTheme="majorBidi" w:hAnsiTheme="majorBidi" w:cstheme="majorBidi"/>
          <w:sz w:val="22"/>
          <w:lang w:val="ru-RU"/>
        </w:rPr>
        <w:t>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берофер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r w:rsidRPr="0063699D">
        <w:rPr>
          <w:rFonts w:asciiTheme="majorBidi" w:hAnsiTheme="majorBidi" w:cstheme="majorBidi"/>
          <w:i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бетаферон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фрон</w:t>
      </w:r>
      <w:proofErr w:type="spellEnd"/>
      <w:r w:rsidRPr="0063699D">
        <w:rPr>
          <w:rFonts w:asciiTheme="majorBidi" w:hAnsiTheme="majorBidi" w:cstheme="majorBidi"/>
          <w:i/>
          <w:sz w:val="22"/>
          <w:lang w:val="ru-RU"/>
        </w:rPr>
        <w:t>), -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інтерферони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гаммаферон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03E5A2CD" w14:textId="68B3C08E" w:rsidR="00A904C4" w:rsidRPr="0063699D" w:rsidRDefault="00FC2AAC" w:rsidP="00A565D1">
      <w:pPr>
        <w:pStyle w:val="ListParagraph"/>
        <w:numPr>
          <w:ilvl w:val="1"/>
          <w:numId w:val="1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антиретровірусних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протигрипозних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противогерпетичних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A33A5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001C0F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E55C29D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</w:rPr>
        <w:t>II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B17E1EA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зошиті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привести три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приклади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правильної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противотуберкульозних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42C8E4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321A879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D48F508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2ED3441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Розташуйте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ступенем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тиоацетазон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етамбутол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ПАСК,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піразинамід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флоримицин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FAA7AA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поліневрит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чином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запобігти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AFED695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D7B0A51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4478664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</w:t>
      </w:r>
    </w:p>
    <w:p w14:paraId="16FB7050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нападу?</w:t>
      </w:r>
    </w:p>
    <w:p w14:paraId="47107990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пізніх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рецидивів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E14749C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критерії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CA62B5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хламідіазу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399205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лейшманіозу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балантідіазу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7A3A29C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амебіазу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</w:t>
      </w:r>
    </w:p>
    <w:p w14:paraId="4BA1F783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Хламідійна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стала причиною простатиту.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FA14950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дискінезію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лямблій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лямбліозу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864B0C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рецепт:</w:t>
      </w:r>
    </w:p>
    <w:p w14:paraId="7FF9BBAF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гепатотоксичну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забарвлює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сечу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червоний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AA22ED9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сильною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шизонтоцидною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ЦНС,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міорелаксантну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AEC017E" w14:textId="77777777" w:rsidR="00A904C4" w:rsidRPr="0063699D" w:rsidRDefault="00FC2AAC" w:rsidP="00A565D1">
      <w:pPr>
        <w:pStyle w:val="ListParagraph"/>
        <w:numPr>
          <w:ilvl w:val="0"/>
          <w:numId w:val="31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амеб, трихомонад,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лямблій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хламідій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01FD4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65DDFE9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6A63CF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давно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систематично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слуху.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20B04A9" w14:textId="77777777" w:rsidR="00A904C4" w:rsidRPr="0063699D" w:rsidRDefault="00FC2AAC" w:rsidP="00A565D1">
      <w:pPr>
        <w:pStyle w:val="ListParagraph"/>
        <w:numPr>
          <w:ilvl w:val="0"/>
          <w:numId w:val="3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ab/>
      </w:r>
    </w:p>
    <w:p w14:paraId="4BBE8031" w14:textId="77777777" w:rsidR="00A904C4" w:rsidRPr="0063699D" w:rsidRDefault="00FC2AAC" w:rsidP="00A565D1">
      <w:pPr>
        <w:pStyle w:val="ListParagraph"/>
        <w:numPr>
          <w:ilvl w:val="0"/>
          <w:numId w:val="3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Фтівазид</w:t>
      </w:r>
      <w:proofErr w:type="spellEnd"/>
    </w:p>
    <w:p w14:paraId="6648A580" w14:textId="77777777" w:rsidR="00A904C4" w:rsidRPr="0063699D" w:rsidRDefault="00FC2AAC" w:rsidP="00A565D1">
      <w:pPr>
        <w:pStyle w:val="ListParagraph"/>
        <w:numPr>
          <w:ilvl w:val="0"/>
          <w:numId w:val="3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</w:p>
    <w:p w14:paraId="0C020734" w14:textId="77777777" w:rsidR="00A904C4" w:rsidRPr="0063699D" w:rsidRDefault="00FC2AAC" w:rsidP="00A565D1">
      <w:pPr>
        <w:pStyle w:val="ListParagraph"/>
        <w:numPr>
          <w:ilvl w:val="0"/>
          <w:numId w:val="3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Етамбутол</w:t>
      </w:r>
      <w:proofErr w:type="spellEnd"/>
    </w:p>
    <w:p w14:paraId="44DB185A" w14:textId="77777777" w:rsidR="00A904C4" w:rsidRPr="0063699D" w:rsidRDefault="00FC2AAC" w:rsidP="00A565D1">
      <w:pPr>
        <w:pStyle w:val="ListParagraph"/>
        <w:numPr>
          <w:ilvl w:val="0"/>
          <w:numId w:val="31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Ріфамніцин</w:t>
      </w:r>
      <w:proofErr w:type="spellEnd"/>
    </w:p>
    <w:p w14:paraId="244212F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Комплексне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на СНІД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передбачає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обов’язкове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антиретровірусної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метою? </w:t>
      </w:r>
    </w:p>
    <w:p w14:paraId="15DE07D0" w14:textId="77777777" w:rsidR="00A904C4" w:rsidRPr="0063699D" w:rsidRDefault="00FC2AAC" w:rsidP="00A565D1">
      <w:pPr>
        <w:pStyle w:val="ListParagraph"/>
        <w:numPr>
          <w:ilvl w:val="0"/>
          <w:numId w:val="3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Ремантадин</w:t>
      </w:r>
    </w:p>
    <w:p w14:paraId="01DE82FE" w14:textId="77777777" w:rsidR="00A904C4" w:rsidRPr="0063699D" w:rsidRDefault="00FC2AAC" w:rsidP="00A565D1">
      <w:pPr>
        <w:pStyle w:val="ListParagraph"/>
        <w:numPr>
          <w:ilvl w:val="0"/>
          <w:numId w:val="3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Азидотимідин</w:t>
      </w:r>
      <w:proofErr w:type="spellEnd"/>
    </w:p>
    <w:p w14:paraId="5054083D" w14:textId="77777777" w:rsidR="00A904C4" w:rsidRPr="0063699D" w:rsidRDefault="00FC2AAC" w:rsidP="00A565D1">
      <w:pPr>
        <w:pStyle w:val="ListParagraph"/>
        <w:numPr>
          <w:ilvl w:val="0"/>
          <w:numId w:val="3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</w:p>
    <w:p w14:paraId="42CCEE52" w14:textId="77777777" w:rsidR="00A904C4" w:rsidRPr="0063699D" w:rsidRDefault="00FC2AAC" w:rsidP="00A565D1">
      <w:pPr>
        <w:pStyle w:val="ListParagraph"/>
        <w:numPr>
          <w:ilvl w:val="0"/>
          <w:numId w:val="3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Оксолін</w:t>
      </w:r>
      <w:proofErr w:type="spellEnd"/>
    </w:p>
    <w:p w14:paraId="4ADF8852" w14:textId="77777777" w:rsidR="00A904C4" w:rsidRPr="0063699D" w:rsidRDefault="00FC2AAC" w:rsidP="00A565D1">
      <w:pPr>
        <w:pStyle w:val="ListParagraph"/>
        <w:numPr>
          <w:ilvl w:val="0"/>
          <w:numId w:val="31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</w:p>
    <w:p w14:paraId="7C7D850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оніхомікозом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піддавався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грізеофульвін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таблетках.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оніхомікозі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76657C8A" w14:textId="77777777" w:rsidR="00A904C4" w:rsidRPr="0063699D" w:rsidRDefault="00FC2AAC" w:rsidP="00A565D1">
      <w:pPr>
        <w:pStyle w:val="ListParagraph"/>
        <w:numPr>
          <w:ilvl w:val="0"/>
          <w:numId w:val="3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Добре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ШКТ </w:t>
      </w:r>
    </w:p>
    <w:p w14:paraId="2E67A50F" w14:textId="77777777" w:rsidR="00A904C4" w:rsidRPr="0063699D" w:rsidRDefault="00FC2AAC" w:rsidP="00A565D1">
      <w:pPr>
        <w:pStyle w:val="ListParagraph"/>
        <w:numPr>
          <w:ilvl w:val="0"/>
          <w:numId w:val="3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Ліпофільність</w:t>
      </w:r>
      <w:proofErr w:type="spellEnd"/>
    </w:p>
    <w:p w14:paraId="5933EBB7" w14:textId="77777777" w:rsidR="00A904C4" w:rsidRPr="0063699D" w:rsidRDefault="00FC2AAC" w:rsidP="00A565D1">
      <w:pPr>
        <w:pStyle w:val="ListParagraph"/>
        <w:numPr>
          <w:ilvl w:val="0"/>
          <w:numId w:val="3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накопичуватись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кератині</w:t>
      </w:r>
      <w:proofErr w:type="spellEnd"/>
    </w:p>
    <w:p w14:paraId="37E6BF52" w14:textId="77777777" w:rsidR="00A904C4" w:rsidRPr="0063699D" w:rsidRDefault="00FC2AAC" w:rsidP="00A565D1">
      <w:pPr>
        <w:pStyle w:val="ListParagraph"/>
        <w:numPr>
          <w:ilvl w:val="0"/>
          <w:numId w:val="3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індукцію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мікросомальних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A467F96" w14:textId="77777777" w:rsidR="00A904C4" w:rsidRPr="0063699D" w:rsidRDefault="00FC2AAC" w:rsidP="00A565D1">
      <w:pPr>
        <w:pStyle w:val="ListParagraph"/>
        <w:numPr>
          <w:ilvl w:val="0"/>
          <w:numId w:val="31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</w:t>
      </w:r>
      <w:proofErr w:type="spellEnd"/>
    </w:p>
    <w:p w14:paraId="6D996C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впродовж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місяців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проблеми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дальтонізм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Особливо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розрізняти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червоний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кольори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протитуберкульозний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призвести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такого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1DD3C90" w14:textId="77777777" w:rsidR="00A904C4" w:rsidRPr="0063699D" w:rsidRDefault="00FC2AAC" w:rsidP="00A565D1">
      <w:pPr>
        <w:pStyle w:val="ListParagraph"/>
        <w:numPr>
          <w:ilvl w:val="0"/>
          <w:numId w:val="3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Етамбутол</w:t>
      </w:r>
      <w:proofErr w:type="spellEnd"/>
    </w:p>
    <w:p w14:paraId="0F6931C3" w14:textId="77777777" w:rsidR="00A904C4" w:rsidRPr="0063699D" w:rsidRDefault="00FC2AAC" w:rsidP="00A565D1">
      <w:pPr>
        <w:pStyle w:val="ListParagraph"/>
        <w:numPr>
          <w:ilvl w:val="0"/>
          <w:numId w:val="3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</w:p>
    <w:p w14:paraId="51A6CA53" w14:textId="77777777" w:rsidR="00A904C4" w:rsidRPr="0063699D" w:rsidRDefault="00FC2AAC" w:rsidP="00A565D1">
      <w:pPr>
        <w:pStyle w:val="ListParagraph"/>
        <w:numPr>
          <w:ilvl w:val="0"/>
          <w:numId w:val="3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ПАСК </w:t>
      </w:r>
    </w:p>
    <w:p w14:paraId="06ACACBF" w14:textId="77777777" w:rsidR="00A904C4" w:rsidRPr="0063699D" w:rsidRDefault="00FC2AAC" w:rsidP="00A565D1">
      <w:pPr>
        <w:pStyle w:val="ListParagraph"/>
        <w:numPr>
          <w:ilvl w:val="0"/>
          <w:numId w:val="3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96BBFA7" w14:textId="77777777" w:rsidR="00A904C4" w:rsidRPr="0063699D" w:rsidRDefault="00FC2AAC" w:rsidP="00A565D1">
      <w:pPr>
        <w:pStyle w:val="ListParagraph"/>
        <w:numPr>
          <w:ilvl w:val="0"/>
          <w:numId w:val="32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Циклосерин</w:t>
      </w:r>
      <w:proofErr w:type="spellEnd"/>
    </w:p>
    <w:p w14:paraId="25A440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30-річний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впродовж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п'яти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температура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піднімається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37,5</w:t>
      </w:r>
      <w:proofErr w:type="spellStart"/>
      <w:r w:rsidRPr="0063699D">
        <w:rPr>
          <w:rFonts w:asciiTheme="majorBidi" w:hAnsiTheme="majorBidi" w:cstheme="majorBidi"/>
          <w:sz w:val="22"/>
        </w:rPr>
        <w:t>oC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ознобу. За день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пив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водоймища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Лабораторні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дозволили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поставити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дизентерії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9402997" w14:textId="77777777" w:rsidR="00A904C4" w:rsidRPr="0063699D" w:rsidRDefault="00FC2AAC" w:rsidP="00A565D1">
      <w:pPr>
        <w:pStyle w:val="ListParagraph"/>
        <w:numPr>
          <w:ilvl w:val="0"/>
          <w:numId w:val="3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</w:p>
    <w:p w14:paraId="1D8854C2" w14:textId="77777777" w:rsidR="00A904C4" w:rsidRPr="0063699D" w:rsidRDefault="00FC2AAC" w:rsidP="00A565D1">
      <w:pPr>
        <w:pStyle w:val="ListParagraph"/>
        <w:numPr>
          <w:ilvl w:val="0"/>
          <w:numId w:val="3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Фуразолідон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2285438" w14:textId="77777777" w:rsidR="00A904C4" w:rsidRPr="0063699D" w:rsidRDefault="00FC2AAC" w:rsidP="00A565D1">
      <w:pPr>
        <w:pStyle w:val="ListParagraph"/>
        <w:numPr>
          <w:ilvl w:val="0"/>
          <w:numId w:val="3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33B599" w14:textId="77777777" w:rsidR="00A904C4" w:rsidRPr="0063699D" w:rsidRDefault="00FC2AAC" w:rsidP="00A565D1">
      <w:pPr>
        <w:pStyle w:val="ListParagraph"/>
        <w:numPr>
          <w:ilvl w:val="0"/>
          <w:numId w:val="3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Фталазол </w:t>
      </w:r>
    </w:p>
    <w:p w14:paraId="4ACA6C79" w14:textId="77777777" w:rsidR="00A904C4" w:rsidRPr="0063699D" w:rsidRDefault="00FC2AAC" w:rsidP="00A565D1">
      <w:pPr>
        <w:pStyle w:val="ListParagraph"/>
        <w:numPr>
          <w:ilvl w:val="0"/>
          <w:numId w:val="32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Еметіну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52B039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52-річного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амебіаз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кишківника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D8D1C74" w14:textId="77777777" w:rsidR="00A904C4" w:rsidRPr="0063699D" w:rsidRDefault="00FC2AAC" w:rsidP="00A565D1">
      <w:pPr>
        <w:pStyle w:val="ListParagraph"/>
        <w:numPr>
          <w:ilvl w:val="0"/>
          <w:numId w:val="3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</w:p>
    <w:p w14:paraId="39896A14" w14:textId="77777777" w:rsidR="00A904C4" w:rsidRPr="0063699D" w:rsidRDefault="00FC2AAC" w:rsidP="00A565D1">
      <w:pPr>
        <w:pStyle w:val="ListParagraph"/>
        <w:numPr>
          <w:ilvl w:val="0"/>
          <w:numId w:val="3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Хініофон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B7563B" w14:textId="77777777" w:rsidR="00A904C4" w:rsidRPr="0063699D" w:rsidRDefault="00FC2AAC" w:rsidP="00A565D1">
      <w:pPr>
        <w:pStyle w:val="ListParagraph"/>
        <w:numPr>
          <w:ilvl w:val="0"/>
          <w:numId w:val="3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</w:t>
      </w:r>
      <w:proofErr w:type="spellEnd"/>
    </w:p>
    <w:p w14:paraId="7F7414E2" w14:textId="77777777" w:rsidR="00A904C4" w:rsidRPr="0063699D" w:rsidRDefault="00FC2AAC" w:rsidP="00A565D1">
      <w:pPr>
        <w:pStyle w:val="ListParagraph"/>
        <w:numPr>
          <w:ilvl w:val="0"/>
          <w:numId w:val="3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Хінгамін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52212F" w14:textId="77777777" w:rsidR="00A904C4" w:rsidRPr="0063699D" w:rsidRDefault="00FC2AAC" w:rsidP="00A565D1">
      <w:pPr>
        <w:pStyle w:val="ListParagraph"/>
        <w:numPr>
          <w:ilvl w:val="0"/>
          <w:numId w:val="32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Ентеросептол</w:t>
      </w:r>
      <w:proofErr w:type="spellEnd"/>
    </w:p>
    <w:p w14:paraId="20CFBD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поставлено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осередковий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першу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CB6DDC1" w14:textId="77777777" w:rsidR="00A904C4" w:rsidRPr="0063699D" w:rsidRDefault="00FC2AAC" w:rsidP="00A565D1">
      <w:pPr>
        <w:pStyle w:val="ListParagraph"/>
        <w:numPr>
          <w:ilvl w:val="0"/>
          <w:numId w:val="3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</w:p>
    <w:p w14:paraId="6E662414" w14:textId="77777777" w:rsidR="00A904C4" w:rsidRPr="0063699D" w:rsidRDefault="00FC2AAC" w:rsidP="00A565D1">
      <w:pPr>
        <w:pStyle w:val="ListParagraph"/>
        <w:numPr>
          <w:ilvl w:val="0"/>
          <w:numId w:val="3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F8313D7" w14:textId="77777777" w:rsidR="00A904C4" w:rsidRPr="0063699D" w:rsidRDefault="00FC2AAC" w:rsidP="00A565D1">
      <w:pPr>
        <w:pStyle w:val="ListParagraph"/>
        <w:numPr>
          <w:ilvl w:val="0"/>
          <w:numId w:val="3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Циклосерин</w:t>
      </w:r>
      <w:proofErr w:type="spellEnd"/>
    </w:p>
    <w:p w14:paraId="429D139E" w14:textId="77777777" w:rsidR="00A904C4" w:rsidRPr="0063699D" w:rsidRDefault="00FC2AAC" w:rsidP="00A565D1">
      <w:pPr>
        <w:pStyle w:val="ListParagraph"/>
        <w:numPr>
          <w:ilvl w:val="0"/>
          <w:numId w:val="3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Етіонамід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F067F8C" w14:textId="77777777" w:rsidR="00A904C4" w:rsidRPr="0063699D" w:rsidRDefault="00FC2AAC" w:rsidP="00A565D1">
      <w:pPr>
        <w:pStyle w:val="ListParagraph"/>
        <w:numPr>
          <w:ilvl w:val="0"/>
          <w:numId w:val="32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Етоксид</w:t>
      </w:r>
      <w:proofErr w:type="spellEnd"/>
    </w:p>
    <w:p w14:paraId="05544D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порекомендував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адаманту.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E35BD8C" w14:textId="77777777" w:rsidR="00A904C4" w:rsidRPr="0063699D" w:rsidRDefault="00FC2AAC" w:rsidP="00A565D1">
      <w:pPr>
        <w:pStyle w:val="ListParagraph"/>
        <w:numPr>
          <w:ilvl w:val="0"/>
          <w:numId w:val="3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Зидовудин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Азидотимідин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3EB55E74" w14:textId="77777777" w:rsidR="00A904C4" w:rsidRPr="0063699D" w:rsidRDefault="00FC2AAC" w:rsidP="00A565D1">
      <w:pPr>
        <w:pStyle w:val="ListParagraph"/>
        <w:numPr>
          <w:ilvl w:val="0"/>
          <w:numId w:val="3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Зовіракс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4EF563A1" w14:textId="77777777" w:rsidR="00A904C4" w:rsidRPr="0063699D" w:rsidRDefault="00FC2AAC" w:rsidP="00A565D1">
      <w:pPr>
        <w:pStyle w:val="ListParagraph"/>
        <w:numPr>
          <w:ilvl w:val="0"/>
          <w:numId w:val="3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Флореналь</w:t>
      </w:r>
      <w:proofErr w:type="spellEnd"/>
    </w:p>
    <w:p w14:paraId="36FBE903" w14:textId="77777777" w:rsidR="00A904C4" w:rsidRPr="0063699D" w:rsidRDefault="00FC2AAC" w:rsidP="00A565D1">
      <w:pPr>
        <w:pStyle w:val="ListParagraph"/>
        <w:numPr>
          <w:ilvl w:val="0"/>
          <w:numId w:val="3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Поліміксин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926E38A" w14:textId="77777777" w:rsidR="00A904C4" w:rsidRPr="0063699D" w:rsidRDefault="00FC2AAC" w:rsidP="00A565D1">
      <w:pPr>
        <w:pStyle w:val="ListParagraph"/>
        <w:numPr>
          <w:ilvl w:val="0"/>
          <w:numId w:val="32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Ремантадин</w:t>
      </w:r>
    </w:p>
    <w:p w14:paraId="63F421F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7C7CBE3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6E57E0F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D21E0F0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 xml:space="preserve">Тема №31.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Інсектициди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акарициди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протипедикульозні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фуміганти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репеленти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дератизаційні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сучасного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>.</w:t>
      </w:r>
    </w:p>
    <w:p w14:paraId="37BF28B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B899992" w14:textId="77777777" w:rsidR="00A904C4" w:rsidRPr="0063699D" w:rsidRDefault="00FC2AAC" w:rsidP="00BF6839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r w:rsidRPr="0063699D">
        <w:rPr>
          <w:rFonts w:asciiTheme="majorBidi" w:hAnsiTheme="majorBidi" w:cstheme="majorBidi"/>
          <w:sz w:val="22"/>
          <w:lang w:val="ru-RU"/>
        </w:rPr>
        <w:t xml:space="preserve">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ВООЗ,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несприятлива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обстановка з таких хвороб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малярія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філяріоз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хвороба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Шагаса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чума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комарі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мошки,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блохи.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кліщі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участь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кліщового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енцефаліту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риккетсіозу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бруцельозу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туляремії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висипного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зворотнього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тифів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платяні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членистоногі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акарициди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протипедикульозні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відлякування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членистоногих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служать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репеленти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Особливо вони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тих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неможливо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(тайга).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Дератизаційні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гризунів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таких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небезпечних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чума,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туляремія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лістеріоз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D54C82" w14:textId="77777777" w:rsidR="00A904C4" w:rsidRPr="0063699D" w:rsidRDefault="00FC2AAC" w:rsidP="00BF6839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акарициди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протипедикульозні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фуміганти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репеленти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дератизаційні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9E4E23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CC7C473" w14:textId="77777777" w:rsidR="00A904C4" w:rsidRPr="0063699D" w:rsidRDefault="00FC2AAC" w:rsidP="00BF6839">
      <w:pPr>
        <w:spacing w:after="0" w:line="360" w:lineRule="auto"/>
        <w:ind w:firstLine="720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16C879DF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дезінсекції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пред'являються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комахи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F830DD" w14:textId="77777777" w:rsidR="00A904C4" w:rsidRPr="0063699D" w:rsidRDefault="00FC2AAC" w:rsidP="00BF6839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контактні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масла, фенол,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їдкі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вуглеводні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піретрум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анабазин;</w:t>
      </w:r>
    </w:p>
    <w:p w14:paraId="03774164" w14:textId="77777777" w:rsidR="00A904C4" w:rsidRPr="0063699D" w:rsidRDefault="00FC2AAC" w:rsidP="00BF6839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миш'яку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фтору, ФОС;</w:t>
      </w:r>
    </w:p>
    <w:p w14:paraId="11144829" w14:textId="77777777" w:rsidR="00A904C4" w:rsidRPr="0063699D" w:rsidRDefault="00FC2AAC" w:rsidP="00BF6839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фуміганти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хлорвмісні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з'єднання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синильна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вуглекислота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2211486" w14:textId="77777777" w:rsidR="00A904C4" w:rsidRPr="0063699D" w:rsidRDefault="00FC2AAC" w:rsidP="00BF6839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A1D4B65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мух. Характеристика кожного препарату. Токсична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E23F0E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перша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фосфорорганічними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(тиофос,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карбофос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хлорофос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7299BBFF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репеленти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відлякують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комах)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</w:p>
    <w:p w14:paraId="0ECE2385" w14:textId="77777777" w:rsidR="00A904C4" w:rsidRPr="0063699D" w:rsidRDefault="00FC2AAC" w:rsidP="00BF6839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пахучі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гвоздикове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масло,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камфора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5355ECA" w14:textId="77777777" w:rsidR="00A904C4" w:rsidRPr="0063699D" w:rsidRDefault="00FC2AAC" w:rsidP="00BF6839">
      <w:pPr>
        <w:spacing w:after="0" w:line="360" w:lineRule="auto"/>
        <w:ind w:left="709"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запах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бензімін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диметилфталат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822B13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5.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Гризуни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зоонозних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Дератизаційні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Боротьба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гризунами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Небезпека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дератизаційними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Запобіжні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дератизаційних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заходів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BBB3A84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6.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Акарицидні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тіосульфат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соляна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бензилбензоат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Метод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Дем'яновича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C09FCA" w14:textId="77777777" w:rsidR="00A904C4" w:rsidRPr="0063699D" w:rsidRDefault="00FC2AAC" w:rsidP="00BF6839">
      <w:pPr>
        <w:spacing w:after="0" w:line="360" w:lineRule="auto"/>
        <w:ind w:left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7.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педикульозу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нітіфор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анти-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ітакс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00BEC6F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1E3257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220B06D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обгрунтувати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B1D3068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сільськогосподарського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працівника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боротьби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садовими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шкідниками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ними.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антидот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реактиватори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59D6F01A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дерматитом.</w:t>
      </w:r>
    </w:p>
    <w:p w14:paraId="25C60C0F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педикульозу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супутньою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сухою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себореєю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9C96388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фенолами.</w:t>
      </w:r>
    </w:p>
    <w:p w14:paraId="7DFC2834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працівника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санепідстанції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проводив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дератизацію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миш'яком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антидот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D9F3DE3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фтором.</w:t>
      </w:r>
    </w:p>
    <w:p w14:paraId="711615FD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Антидот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синильною кислотою.</w:t>
      </w:r>
    </w:p>
    <w:p w14:paraId="775673A8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методу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Дем'яновича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A9FF1D6" w14:textId="77777777" w:rsidR="00A904C4" w:rsidRPr="0063699D" w:rsidRDefault="00FC2AAC" w:rsidP="00A565D1">
      <w:pPr>
        <w:pStyle w:val="ListParagraph"/>
        <w:numPr>
          <w:ilvl w:val="0"/>
          <w:numId w:val="32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акарицидний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50D77AE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0B53F5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644C44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відлякування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CE5FBD1" w14:textId="757502EE" w:rsidR="00A904C4" w:rsidRPr="0063699D" w:rsidRDefault="00FC2AAC" w:rsidP="00A565D1">
      <w:pPr>
        <w:pStyle w:val="ListParagraph"/>
        <w:numPr>
          <w:ilvl w:val="0"/>
          <w:numId w:val="3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Шампунь, одеколон, дезодорант</w:t>
      </w:r>
    </w:p>
    <w:p w14:paraId="7DFA6EB1" w14:textId="1BC83B71" w:rsidR="00A904C4" w:rsidRPr="0063699D" w:rsidRDefault="00FC2AAC" w:rsidP="00A565D1">
      <w:pPr>
        <w:pStyle w:val="ListParagraph"/>
        <w:numPr>
          <w:ilvl w:val="0"/>
          <w:numId w:val="3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Репеленти</w:t>
      </w:r>
      <w:proofErr w:type="spellEnd"/>
    </w:p>
    <w:p w14:paraId="0B75807A" w14:textId="77777777" w:rsidR="00A904C4" w:rsidRPr="0063699D" w:rsidRDefault="00FC2AAC" w:rsidP="00A565D1">
      <w:pPr>
        <w:pStyle w:val="ListParagraph"/>
        <w:numPr>
          <w:ilvl w:val="0"/>
          <w:numId w:val="3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Хлорофос</w:t>
      </w:r>
    </w:p>
    <w:p w14:paraId="35CE8BAF" w14:textId="77777777" w:rsidR="00A904C4" w:rsidRPr="0063699D" w:rsidRDefault="00FC2AAC" w:rsidP="00A565D1">
      <w:pPr>
        <w:pStyle w:val="ListParagraph"/>
        <w:numPr>
          <w:ilvl w:val="0"/>
          <w:numId w:val="3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</w:t>
      </w:r>
    </w:p>
    <w:p w14:paraId="4FD1775D" w14:textId="77777777" w:rsidR="00A904C4" w:rsidRPr="0063699D" w:rsidRDefault="00FC2AAC" w:rsidP="00A565D1">
      <w:pPr>
        <w:pStyle w:val="ListParagraph"/>
        <w:numPr>
          <w:ilvl w:val="0"/>
          <w:numId w:val="32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Лізол</w:t>
      </w:r>
      <w:proofErr w:type="spellEnd"/>
    </w:p>
    <w:p w14:paraId="31DD0C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8437193" w14:textId="77777777" w:rsidR="00A904C4" w:rsidRPr="0063699D" w:rsidRDefault="00FC2AAC" w:rsidP="00A565D1">
      <w:pPr>
        <w:pStyle w:val="ListParagraph"/>
        <w:numPr>
          <w:ilvl w:val="0"/>
          <w:numId w:val="3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Гербіцидами</w:t>
      </w:r>
      <w:proofErr w:type="spellEnd"/>
    </w:p>
    <w:p w14:paraId="1E68CE79" w14:textId="77777777" w:rsidR="00A904C4" w:rsidRPr="0063699D" w:rsidRDefault="00FC2AAC" w:rsidP="00A565D1">
      <w:pPr>
        <w:pStyle w:val="ListParagraph"/>
        <w:numPr>
          <w:ilvl w:val="0"/>
          <w:numId w:val="3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5C5C908" w14:textId="77777777" w:rsidR="00A904C4" w:rsidRPr="0063699D" w:rsidRDefault="00FC2AAC" w:rsidP="00A565D1">
      <w:pPr>
        <w:pStyle w:val="ListParagraph"/>
        <w:numPr>
          <w:ilvl w:val="0"/>
          <w:numId w:val="3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Фунгіцидами</w:t>
      </w:r>
      <w:proofErr w:type="spellEnd"/>
    </w:p>
    <w:p w14:paraId="7FBDFFE9" w14:textId="77777777" w:rsidR="00A904C4" w:rsidRPr="0063699D" w:rsidRDefault="00FC2AAC" w:rsidP="00A565D1">
      <w:pPr>
        <w:pStyle w:val="ListParagraph"/>
        <w:numPr>
          <w:ilvl w:val="0"/>
          <w:numId w:val="3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Фумигантами</w:t>
      </w:r>
    </w:p>
    <w:p w14:paraId="370F7CD7" w14:textId="77777777" w:rsidR="00A904C4" w:rsidRPr="0063699D" w:rsidRDefault="00FC2AAC" w:rsidP="00A565D1">
      <w:pPr>
        <w:pStyle w:val="ListParagraph"/>
        <w:numPr>
          <w:ilvl w:val="0"/>
          <w:numId w:val="32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Родентицидами</w:t>
      </w:r>
    </w:p>
    <w:p w14:paraId="68350C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відлякують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членистоногих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63B3C12" w14:textId="77777777" w:rsidR="00A904C4" w:rsidRPr="0063699D" w:rsidRDefault="00FC2AAC" w:rsidP="00A565D1">
      <w:pPr>
        <w:pStyle w:val="ListParagraph"/>
        <w:numPr>
          <w:ilvl w:val="0"/>
          <w:numId w:val="3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Інсектициди</w:t>
      </w:r>
      <w:proofErr w:type="spellEnd"/>
    </w:p>
    <w:p w14:paraId="397C6AD0" w14:textId="77777777" w:rsidR="00A904C4" w:rsidRPr="0063699D" w:rsidRDefault="00FC2AAC" w:rsidP="00A565D1">
      <w:pPr>
        <w:pStyle w:val="ListParagraph"/>
        <w:numPr>
          <w:ilvl w:val="0"/>
          <w:numId w:val="3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Атрактанти</w:t>
      </w:r>
      <w:proofErr w:type="spellEnd"/>
    </w:p>
    <w:p w14:paraId="751A7318" w14:textId="77777777" w:rsidR="00A904C4" w:rsidRPr="0063699D" w:rsidRDefault="00FC2AAC" w:rsidP="00A565D1">
      <w:pPr>
        <w:pStyle w:val="ListParagraph"/>
        <w:numPr>
          <w:ilvl w:val="0"/>
          <w:numId w:val="3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Репеленти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2BE4F24" w14:textId="77777777" w:rsidR="00A904C4" w:rsidRPr="0063699D" w:rsidRDefault="00FC2AAC" w:rsidP="00A565D1">
      <w:pPr>
        <w:pStyle w:val="ListParagraph"/>
        <w:numPr>
          <w:ilvl w:val="0"/>
          <w:numId w:val="3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Дезінфектанти</w:t>
      </w:r>
      <w:proofErr w:type="spellEnd"/>
    </w:p>
    <w:p w14:paraId="29EECF74" w14:textId="77777777" w:rsidR="00A904C4" w:rsidRPr="0063699D" w:rsidRDefault="00FC2AAC" w:rsidP="00A565D1">
      <w:pPr>
        <w:pStyle w:val="ListParagraph"/>
        <w:numPr>
          <w:ilvl w:val="0"/>
          <w:numId w:val="32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Ратициди</w:t>
      </w:r>
      <w:proofErr w:type="spellEnd"/>
    </w:p>
    <w:p w14:paraId="4999518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Репелент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9D9B7AF" w14:textId="77777777" w:rsidR="00A904C4" w:rsidRPr="0063699D" w:rsidRDefault="00FC2AAC" w:rsidP="00A565D1">
      <w:pPr>
        <w:pStyle w:val="ListParagraph"/>
        <w:numPr>
          <w:ilvl w:val="0"/>
          <w:numId w:val="3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вапно</w:t>
      </w:r>
      <w:proofErr w:type="spellEnd"/>
    </w:p>
    <w:p w14:paraId="50686FEB" w14:textId="77777777" w:rsidR="00A904C4" w:rsidRPr="0063699D" w:rsidRDefault="00FC2AAC" w:rsidP="00A565D1">
      <w:pPr>
        <w:pStyle w:val="ListParagraph"/>
        <w:numPr>
          <w:ilvl w:val="0"/>
          <w:numId w:val="3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Аквасепт</w:t>
      </w:r>
      <w:proofErr w:type="spellEnd"/>
    </w:p>
    <w:p w14:paraId="519A5ED1" w14:textId="77777777" w:rsidR="00A904C4" w:rsidRPr="0063699D" w:rsidRDefault="00FC2AAC" w:rsidP="00A565D1">
      <w:pPr>
        <w:pStyle w:val="ListParagraph"/>
        <w:numPr>
          <w:ilvl w:val="0"/>
          <w:numId w:val="3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Пиретрум</w:t>
      </w:r>
    </w:p>
    <w:p w14:paraId="2A34469A" w14:textId="77777777" w:rsidR="00A904C4" w:rsidRPr="0063699D" w:rsidRDefault="00FC2AAC" w:rsidP="00A565D1">
      <w:pPr>
        <w:pStyle w:val="ListParagraph"/>
        <w:numPr>
          <w:ilvl w:val="0"/>
          <w:numId w:val="3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Ніттіфор</w:t>
      </w:r>
      <w:proofErr w:type="spellEnd"/>
    </w:p>
    <w:p w14:paraId="32855125" w14:textId="77777777" w:rsidR="00A904C4" w:rsidRPr="0063699D" w:rsidRDefault="00FC2AAC" w:rsidP="00A565D1">
      <w:pPr>
        <w:pStyle w:val="ListParagraph"/>
        <w:numPr>
          <w:ilvl w:val="0"/>
          <w:numId w:val="32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Бензімін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86D2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2354638" w14:textId="77777777" w:rsidR="00A904C4" w:rsidRPr="0063699D" w:rsidRDefault="00FC2AAC" w:rsidP="00A565D1">
      <w:pPr>
        <w:pStyle w:val="ListParagraph"/>
        <w:numPr>
          <w:ilvl w:val="0"/>
          <w:numId w:val="3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Гербіцидами</w:t>
      </w:r>
      <w:proofErr w:type="spellEnd"/>
    </w:p>
    <w:p w14:paraId="40D391BC" w14:textId="77777777" w:rsidR="00A904C4" w:rsidRPr="0063699D" w:rsidRDefault="00FC2AAC" w:rsidP="00A565D1">
      <w:pPr>
        <w:pStyle w:val="ListParagraph"/>
        <w:numPr>
          <w:ilvl w:val="0"/>
          <w:numId w:val="3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Інсектицидами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F8AA667" w14:textId="77777777" w:rsidR="00A904C4" w:rsidRPr="0063699D" w:rsidRDefault="00FC2AAC" w:rsidP="00A565D1">
      <w:pPr>
        <w:pStyle w:val="ListParagraph"/>
        <w:numPr>
          <w:ilvl w:val="0"/>
          <w:numId w:val="3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Фунгіцидами</w:t>
      </w:r>
      <w:proofErr w:type="spellEnd"/>
    </w:p>
    <w:p w14:paraId="551E6D5F" w14:textId="77777777" w:rsidR="00A904C4" w:rsidRPr="0063699D" w:rsidRDefault="00FC2AAC" w:rsidP="00A565D1">
      <w:pPr>
        <w:pStyle w:val="ListParagraph"/>
        <w:numPr>
          <w:ilvl w:val="0"/>
          <w:numId w:val="3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Фумигантами</w:t>
      </w:r>
    </w:p>
    <w:p w14:paraId="0B56B8F2" w14:textId="77777777" w:rsidR="00A904C4" w:rsidRPr="0063699D" w:rsidRDefault="00FC2AAC" w:rsidP="00A565D1">
      <w:pPr>
        <w:pStyle w:val="ListParagraph"/>
        <w:numPr>
          <w:ilvl w:val="0"/>
          <w:numId w:val="33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Родентицидами</w:t>
      </w:r>
    </w:p>
    <w:p w14:paraId="1901D0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Оовіциди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5B49E8A" w14:textId="77777777" w:rsidR="00A904C4" w:rsidRPr="0063699D" w:rsidRDefault="00FC2AAC" w:rsidP="00A565D1">
      <w:pPr>
        <w:pStyle w:val="ListParagraph"/>
        <w:numPr>
          <w:ilvl w:val="0"/>
          <w:numId w:val="3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Хлорамін</w:t>
      </w:r>
      <w:proofErr w:type="spellEnd"/>
    </w:p>
    <w:p w14:paraId="2D331250" w14:textId="77777777" w:rsidR="00A904C4" w:rsidRPr="0063699D" w:rsidRDefault="00FC2AAC" w:rsidP="00A565D1">
      <w:pPr>
        <w:pStyle w:val="ListParagraph"/>
        <w:numPr>
          <w:ilvl w:val="0"/>
          <w:numId w:val="3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Карбофос</w:t>
      </w:r>
      <w:proofErr w:type="spellEnd"/>
    </w:p>
    <w:p w14:paraId="1B525C69" w14:textId="77777777" w:rsidR="00A904C4" w:rsidRPr="0063699D" w:rsidRDefault="00FC2AAC" w:rsidP="00A565D1">
      <w:pPr>
        <w:pStyle w:val="ListParagraph"/>
        <w:numPr>
          <w:ilvl w:val="0"/>
          <w:numId w:val="3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Диметилфталат</w:t>
      </w:r>
      <w:proofErr w:type="spellEnd"/>
    </w:p>
    <w:p w14:paraId="41AFD759" w14:textId="77777777" w:rsidR="00A904C4" w:rsidRPr="0063699D" w:rsidRDefault="00FC2AAC" w:rsidP="00A565D1">
      <w:pPr>
        <w:pStyle w:val="ListParagraph"/>
        <w:numPr>
          <w:ilvl w:val="0"/>
          <w:numId w:val="3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Сульфідофокс</w:t>
      </w:r>
      <w:proofErr w:type="spellEnd"/>
    </w:p>
    <w:p w14:paraId="11E55BCF" w14:textId="77777777" w:rsidR="00A904C4" w:rsidRPr="0063699D" w:rsidRDefault="00FC2AAC" w:rsidP="00A565D1">
      <w:pPr>
        <w:pStyle w:val="ListParagraph"/>
        <w:numPr>
          <w:ilvl w:val="0"/>
          <w:numId w:val="33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ДЕТА</w:t>
      </w:r>
    </w:p>
    <w:p w14:paraId="26FFCB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Дезінфектант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E3FE226" w14:textId="77777777" w:rsidR="00A904C4" w:rsidRPr="0063699D" w:rsidRDefault="00FC2AAC" w:rsidP="00A565D1">
      <w:pPr>
        <w:pStyle w:val="ListParagraph"/>
        <w:numPr>
          <w:ilvl w:val="0"/>
          <w:numId w:val="3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цинку</w:t>
      </w:r>
    </w:p>
    <w:p w14:paraId="33D3A07A" w14:textId="77777777" w:rsidR="00A904C4" w:rsidRPr="0063699D" w:rsidRDefault="00FC2AAC" w:rsidP="00A565D1">
      <w:pPr>
        <w:pStyle w:val="ListParagraph"/>
        <w:numPr>
          <w:ilvl w:val="0"/>
          <w:numId w:val="3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</w:t>
      </w:r>
      <w:proofErr w:type="spellEnd"/>
    </w:p>
    <w:p w14:paraId="58C02589" w14:textId="77777777" w:rsidR="00A904C4" w:rsidRPr="0063699D" w:rsidRDefault="00FC2AAC" w:rsidP="00A565D1">
      <w:pPr>
        <w:pStyle w:val="ListParagraph"/>
        <w:numPr>
          <w:ilvl w:val="0"/>
          <w:numId w:val="3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Айдекс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E6CE1F8" w14:textId="77777777" w:rsidR="00A904C4" w:rsidRPr="0063699D" w:rsidRDefault="00FC2AAC" w:rsidP="00A565D1">
      <w:pPr>
        <w:pStyle w:val="ListParagraph"/>
        <w:numPr>
          <w:ilvl w:val="0"/>
          <w:numId w:val="3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Пиретрум</w:t>
      </w:r>
    </w:p>
    <w:p w14:paraId="1225C1D6" w14:textId="77777777" w:rsidR="00A904C4" w:rsidRPr="0063699D" w:rsidRDefault="00FC2AAC" w:rsidP="00A565D1">
      <w:pPr>
        <w:pStyle w:val="ListParagraph"/>
        <w:numPr>
          <w:ilvl w:val="0"/>
          <w:numId w:val="33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Байтекс</w:t>
      </w:r>
      <w:proofErr w:type="spellEnd"/>
    </w:p>
    <w:p w14:paraId="4D89E0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педикульозі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обробка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волосся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Медіфокс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менше</w:t>
      </w:r>
      <w:proofErr w:type="spellEnd"/>
    </w:p>
    <w:p w14:paraId="3D877237" w14:textId="77777777" w:rsidR="00A904C4" w:rsidRPr="0063699D" w:rsidRDefault="00FC2AAC" w:rsidP="00A565D1">
      <w:pPr>
        <w:pStyle w:val="ListParagraph"/>
        <w:numPr>
          <w:ilvl w:val="0"/>
          <w:numId w:val="3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10357AB4" w14:textId="77777777" w:rsidR="00A904C4" w:rsidRPr="0063699D" w:rsidRDefault="00FC2AAC" w:rsidP="00A565D1">
      <w:pPr>
        <w:pStyle w:val="ListParagraph"/>
        <w:numPr>
          <w:ilvl w:val="0"/>
          <w:numId w:val="3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6EB1133F" w14:textId="77777777" w:rsidR="00A904C4" w:rsidRPr="0063699D" w:rsidRDefault="00FC2AAC" w:rsidP="00A565D1">
      <w:pPr>
        <w:pStyle w:val="ListParagraph"/>
        <w:numPr>
          <w:ilvl w:val="0"/>
          <w:numId w:val="3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1A3C3925" w14:textId="77777777" w:rsidR="00A904C4" w:rsidRPr="0063699D" w:rsidRDefault="00FC2AAC" w:rsidP="00A565D1">
      <w:pPr>
        <w:pStyle w:val="ListParagraph"/>
        <w:numPr>
          <w:ilvl w:val="0"/>
          <w:numId w:val="3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7ECDBEEF" w14:textId="05DE579E" w:rsidR="00A904C4" w:rsidRPr="0063699D" w:rsidRDefault="00FC2AAC" w:rsidP="00A565D1">
      <w:pPr>
        <w:pStyle w:val="ListParagraph"/>
        <w:numPr>
          <w:ilvl w:val="0"/>
          <w:numId w:val="33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3622E317" w14:textId="7D394844" w:rsidR="00A904C4" w:rsidRPr="0063699D" w:rsidRDefault="00A904C4" w:rsidP="00BF6839">
      <w:pPr>
        <w:pStyle w:val="ListParagraph"/>
        <w:pageBreakBefore/>
        <w:spacing w:after="240" w:line="240" w:lineRule="auto"/>
        <w:ind w:left="1429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04BD9F3B" w14:textId="7B50E5FF" w:rsidR="00BF6839" w:rsidRPr="0063699D" w:rsidRDefault="00BF6839" w:rsidP="00BF6839">
      <w:pPr>
        <w:pageBreakBefore/>
        <w:spacing w:after="240" w:line="240" w:lineRule="auto"/>
        <w:rPr>
          <w:rFonts w:asciiTheme="majorBidi" w:hAnsiTheme="majorBidi" w:cstheme="majorBidi"/>
          <w:sz w:val="22"/>
          <w:lang w:val="ru-RU"/>
        </w:rPr>
      </w:pPr>
    </w:p>
    <w:p w14:paraId="699461FE" w14:textId="5EFB6C14" w:rsidR="00BF6839" w:rsidRPr="0063699D" w:rsidRDefault="00BF6839" w:rsidP="00BF6839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ПРЕПАРАТИ ФАРМАКОТЕРАПІЇ</w:t>
      </w:r>
    </w:p>
    <w:p w14:paraId="7C803EF0" w14:textId="19964A99" w:rsidR="00BF6839" w:rsidRPr="0063699D" w:rsidRDefault="00BF6839" w:rsidP="00BF6839">
      <w:pPr>
        <w:spacing w:after="0" w:line="360" w:lineRule="auto"/>
        <w:ind w:firstLine="709"/>
        <w:jc w:val="center"/>
        <w:rPr>
          <w:rFonts w:asciiTheme="majorBidi" w:hAnsiTheme="majorBidi" w:cstheme="majorBidi"/>
          <w:b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ПАТОЛОГІЙ ОКРЕМИХ СИСТЕМ</w:t>
      </w:r>
    </w:p>
    <w:p w14:paraId="35B886A8" w14:textId="023828DC" w:rsidR="00BF6839" w:rsidRPr="0063699D" w:rsidRDefault="00BF6839" w:rsidP="00BF6839">
      <w:pPr>
        <w:spacing w:after="0" w:line="360" w:lineRule="auto"/>
        <w:ind w:firstLine="709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32. СУЧАСНІ УЯВЛЕННЯ ПРО ФАРМАКОТЕРАПІЮ ВИРАЗКОВОЇ ХВОРОБИ ШЛУНКА І 12-ПАЛОЇ КИШКИ. ГАСТРОПРОТЕКТОРИ. ГЕПАТОПРОТЕКТОРИ</w:t>
      </w:r>
    </w:p>
    <w:p w14:paraId="736EC464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B7124C3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(ВХ)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широко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Вважається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2-5%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населення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близько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схильність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ВХ.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велике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ВХ, особливо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дуоденальної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агенту - </w:t>
      </w:r>
      <w:r w:rsidRPr="0063699D">
        <w:rPr>
          <w:rFonts w:asciiTheme="majorBidi" w:hAnsiTheme="majorBidi" w:cstheme="majorBidi"/>
          <w:sz w:val="22"/>
        </w:rPr>
        <w:t>Helicobacter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pylori</w:t>
      </w:r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r w:rsidRPr="0063699D">
        <w:rPr>
          <w:rFonts w:asciiTheme="majorBidi" w:hAnsiTheme="majorBidi" w:cstheme="majorBidi"/>
          <w:sz w:val="22"/>
        </w:rPr>
        <w:t>H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</w:rPr>
        <w:t>pylori</w:t>
      </w:r>
      <w:r w:rsidRPr="0063699D">
        <w:rPr>
          <w:rFonts w:asciiTheme="majorBidi" w:hAnsiTheme="majorBidi" w:cstheme="majorBidi"/>
          <w:sz w:val="22"/>
          <w:lang w:val="ru-RU"/>
        </w:rPr>
        <w:t xml:space="preserve">). В комплексному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антибактеріальні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репаративні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E9C5788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гастродуоденальних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ED6DEA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427F2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B7E9B17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погляди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310B98A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кислотно-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12-палої кишки: </w:t>
      </w:r>
    </w:p>
    <w:p w14:paraId="63AACA75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компоненти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гідроксид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бікарбонат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25D6ED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Антисекреторні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8B31592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Н2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циметидин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фамотидин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низатидин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94F42DA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Антимускаринові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пирензепин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C4839B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Трициклічні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</w:p>
    <w:p w14:paraId="1DF9A60E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642B46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протонної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Омепрозол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DCDB25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Гастромукопротективні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1CFF58D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Сукральфат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20C1DA1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вісмуту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5D9899F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Карбеноксолон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5817452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Простогландини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Мізопростол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2586CA6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Октреотид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54CBD5A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регенерації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оксиферрискорбон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солкосерил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U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анаболічні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C08DD25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18AECE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тракту.</w:t>
      </w:r>
    </w:p>
    <w:p w14:paraId="3CF6F0EC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88570A3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23F146D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Лоперамід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імодіум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28FF7310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AEE0201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нейрогуморальну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моторно-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евакуаторної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гастроінтестинальні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47CFCE5C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Антигеликобактеріальні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2C6BC7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легалон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силібор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сирепар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есенціале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гепастерил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лецитин,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метіонін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гептрал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гепабене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52F684A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Жовчогінні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66C0C528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холензим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алохол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холосас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урсофальк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0C588D6A" w14:textId="77777777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холекинетики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оливкова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но-шпа, дибазол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3C35D4FA" w14:textId="21E320C6" w:rsidR="00A904C4" w:rsidRPr="0063699D" w:rsidRDefault="00FC2AAC" w:rsidP="00A565D1">
      <w:pPr>
        <w:pStyle w:val="ListParagraph"/>
        <w:numPr>
          <w:ilvl w:val="0"/>
          <w:numId w:val="33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3860D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5E933F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E7C36D1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E4FDBD2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В'яжучий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B0F6B5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Гастропротективний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F55B7E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Протигістамінній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гіперацидного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гастриту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AC3AD2B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D70D87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гіперацидному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гастриті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нейтралізує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соляну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82EFC1C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стулу.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D8AB8FB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гіперацидного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гастриту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E743F0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регенерацію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показали,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антацидний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основного препарату.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опитуванні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C25FDFD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альмагель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маалокс,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пірензепін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зантак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сукралфат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фамотидин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8DCEC4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Нейтралізують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соляну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кислоту;</w:t>
      </w:r>
    </w:p>
    <w:p w14:paraId="534218C8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соку;</w:t>
      </w:r>
    </w:p>
    <w:p w14:paraId="29BD99DB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 простагландину Е2;</w:t>
      </w:r>
    </w:p>
    <w:p w14:paraId="69C4414B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909D92D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ерадикації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</w:t>
      </w:r>
      <w:proofErr w:type="spellStart"/>
      <w:r w:rsidRPr="0063699D">
        <w:rPr>
          <w:rFonts w:asciiTheme="majorBidi" w:hAnsiTheme="majorBidi" w:cstheme="majorBidi"/>
          <w:sz w:val="22"/>
        </w:rPr>
        <w:t>elicobacter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pylori</w:t>
      </w:r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9DD61A5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Н2-гістаміноблокатор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F7F007" w14:textId="77777777" w:rsidR="00A904C4" w:rsidRPr="0063699D" w:rsidRDefault="00FC2AAC" w:rsidP="00A565D1">
      <w:pPr>
        <w:pStyle w:val="ListParagraph"/>
        <w:numPr>
          <w:ilvl w:val="1"/>
          <w:numId w:val="33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Гепатопротектор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EC00467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бактерицидною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H</w:t>
      </w:r>
      <w:r w:rsidRPr="0063699D">
        <w:rPr>
          <w:rFonts w:asciiTheme="majorBidi" w:hAnsiTheme="majorBidi" w:cstheme="majorBidi"/>
          <w:sz w:val="22"/>
          <w:lang w:val="ru-RU"/>
        </w:rPr>
        <w:t>. р</w:t>
      </w:r>
      <w:proofErr w:type="spellStart"/>
      <w:r w:rsidRPr="0063699D">
        <w:rPr>
          <w:rFonts w:asciiTheme="majorBidi" w:hAnsiTheme="majorBidi" w:cstheme="majorBidi"/>
          <w:sz w:val="22"/>
        </w:rPr>
        <w:t>ylori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рецидивуючих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7759E4F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необоротно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Н+, К+–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парієнтальних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647340F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Гастромукопротективній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4A50AED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анаболічних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AA0FA17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Вас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того,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питтєвої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відрижка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повітрям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дискомфорту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питтєву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соду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запропонований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Вами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A735F3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Вас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Н2-гістамінорецепторів та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холіноблокуючий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закрепи.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симптом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закрепів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5CD6CD6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квамател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гастроцепін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хелікоцин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ліквіритон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де-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маалокс,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вентер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трихопол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4D54B78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Н2</w:t>
      </w:r>
      <w:r w:rsidRPr="0063699D">
        <w:rPr>
          <w:rFonts w:asciiTheme="majorBidi" w:hAnsiTheme="majorBidi" w:cstheme="majorBidi"/>
          <w:sz w:val="22"/>
        </w:rPr>
        <w:t> 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5BD3300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265A833C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Н+К+</w:t>
      </w:r>
      <w:r w:rsidRPr="0063699D">
        <w:rPr>
          <w:rFonts w:asciiTheme="majorBidi" w:hAnsiTheme="majorBidi" w:cstheme="majorBidi"/>
          <w:sz w:val="22"/>
        </w:rPr>
        <w:t> </w:t>
      </w:r>
      <w:r w:rsidRPr="0063699D">
        <w:rPr>
          <w:rFonts w:asciiTheme="majorBidi" w:hAnsiTheme="majorBidi" w:cstheme="majorBidi"/>
          <w:sz w:val="22"/>
          <w:lang w:val="ru-RU"/>
        </w:rPr>
        <w:t>АТФ-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9694E6A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7F22C7F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в'яжучі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0A1E4E0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гастропротектори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DD60598" w14:textId="77777777" w:rsidR="00A904C4" w:rsidRPr="0063699D" w:rsidRDefault="00FC2AAC" w:rsidP="00A565D1">
      <w:pPr>
        <w:pStyle w:val="ListParagraph"/>
        <w:numPr>
          <w:ilvl w:val="1"/>
          <w:numId w:val="33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антигелікобактерні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6A1761A" w14:textId="77777777" w:rsidR="00A904C4" w:rsidRPr="0063699D" w:rsidRDefault="00FC2AAC" w:rsidP="00A565D1">
      <w:pPr>
        <w:pStyle w:val="ListParagraph"/>
        <w:numPr>
          <w:ilvl w:val="0"/>
          <w:numId w:val="33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коротко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B3CBF9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48F50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18FE41F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жовчно-кам’яну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хворобу. Поступив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6D363C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Панкреатин</w:t>
      </w:r>
    </w:p>
    <w:p w14:paraId="54C6B5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Но-шпу  </w:t>
      </w:r>
    </w:p>
    <w:p w14:paraId="662DB8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Альмагель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3027D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Контрикал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19F8E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Церукал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11BB4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37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гастрит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секреторною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 </w:t>
      </w:r>
    </w:p>
    <w:p w14:paraId="0ED7F6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Пепсин</w:t>
      </w:r>
    </w:p>
    <w:p w14:paraId="0E1C202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Панкреатин  </w:t>
      </w:r>
    </w:p>
    <w:p w14:paraId="680B3AF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Гастроцепін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1E1B65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Контрикал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B1C688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Дезопімон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BE26C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35-ти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двотижневої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тремтіння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рук,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скованість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28579E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469E4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Пірензепін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824AA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Сукралфат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A7697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Вісмуту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субцитрат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29ED12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1C9D1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проходить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стаціонарі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курс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глаукома.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включати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противиразкову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067EC3C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холінолітики</w:t>
      </w:r>
      <w:proofErr w:type="spellEnd"/>
    </w:p>
    <w:p w14:paraId="482883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Антациди</w:t>
      </w:r>
      <w:proofErr w:type="spellEnd"/>
    </w:p>
    <w:p w14:paraId="55377B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гістамінових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C78CE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18E86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протонної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помпи</w:t>
      </w:r>
      <w:proofErr w:type="spellEnd"/>
    </w:p>
    <w:p w14:paraId="63BF88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фамотидин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 </w:t>
      </w:r>
    </w:p>
    <w:p w14:paraId="45DA05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808E6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Н1-гістамінових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884A20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М1-холінорецепторів  </w:t>
      </w:r>
    </w:p>
    <w:p w14:paraId="4348C3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Н+К+АТФ-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98D7B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Н2-гістамінових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3C0FAC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холециститу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спазм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гладенької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3D61F6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Платифілін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2477F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Холензим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BFA0D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Алохол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2E1F8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21745E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Холосас</w:t>
      </w:r>
      <w:proofErr w:type="spellEnd"/>
    </w:p>
    <w:p w14:paraId="41E1BCC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Helicobacter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pylori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C134967" w14:textId="77777777" w:rsidR="00A904C4" w:rsidRPr="0063699D" w:rsidRDefault="00FC2AAC" w:rsidP="00A565D1">
      <w:pPr>
        <w:pStyle w:val="ListParagraph"/>
        <w:numPr>
          <w:ilvl w:val="0"/>
          <w:numId w:val="3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</w:p>
    <w:p w14:paraId="5AF3AF9C" w14:textId="77777777" w:rsidR="00A904C4" w:rsidRPr="0063699D" w:rsidRDefault="00FC2AAC" w:rsidP="00A565D1">
      <w:pPr>
        <w:pStyle w:val="ListParagraph"/>
        <w:numPr>
          <w:ilvl w:val="0"/>
          <w:numId w:val="3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</w:t>
      </w:r>
      <w:proofErr w:type="spellEnd"/>
    </w:p>
    <w:p w14:paraId="51A4E08B" w14:textId="77777777" w:rsidR="00A904C4" w:rsidRPr="0063699D" w:rsidRDefault="00FC2AAC" w:rsidP="00A565D1">
      <w:pPr>
        <w:pStyle w:val="ListParagraph"/>
        <w:numPr>
          <w:ilvl w:val="0"/>
          <w:numId w:val="3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гідрокарбонат</w:t>
      </w:r>
      <w:proofErr w:type="spellEnd"/>
    </w:p>
    <w:p w14:paraId="3D470B6A" w14:textId="77777777" w:rsidR="00A904C4" w:rsidRPr="0063699D" w:rsidRDefault="00FC2AAC" w:rsidP="00A565D1">
      <w:pPr>
        <w:pStyle w:val="ListParagraph"/>
        <w:numPr>
          <w:ilvl w:val="0"/>
          <w:numId w:val="3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</w:p>
    <w:p w14:paraId="698DAFF5" w14:textId="77777777" w:rsidR="00A904C4" w:rsidRPr="0063699D" w:rsidRDefault="00FC2AAC" w:rsidP="00A565D1">
      <w:pPr>
        <w:pStyle w:val="ListParagraph"/>
        <w:numPr>
          <w:ilvl w:val="0"/>
          <w:numId w:val="33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Сульфадиметоксин</w:t>
      </w:r>
      <w:proofErr w:type="spellEnd"/>
    </w:p>
    <w:p w14:paraId="7BA42A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протиблювотну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регулюючий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дванадцятипалої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кишки.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наркозом,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променевою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Неефективний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блюванні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вестибулярного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ґенезу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057B5F" w14:textId="77777777" w:rsidR="00A904C4" w:rsidRPr="0063699D" w:rsidRDefault="00FC2AAC" w:rsidP="00A565D1">
      <w:pPr>
        <w:pStyle w:val="ListParagraph"/>
        <w:numPr>
          <w:ilvl w:val="0"/>
          <w:numId w:val="3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Скополамін</w:t>
      </w:r>
      <w:proofErr w:type="spellEnd"/>
    </w:p>
    <w:p w14:paraId="415ACD98" w14:textId="77777777" w:rsidR="00A904C4" w:rsidRPr="0063699D" w:rsidRDefault="00FC2AAC" w:rsidP="00A565D1">
      <w:pPr>
        <w:pStyle w:val="ListParagraph"/>
        <w:numPr>
          <w:ilvl w:val="0"/>
          <w:numId w:val="3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Метоклопрамід</w:t>
      </w:r>
      <w:proofErr w:type="spellEnd"/>
    </w:p>
    <w:p w14:paraId="538E1124" w14:textId="77777777" w:rsidR="00A904C4" w:rsidRPr="0063699D" w:rsidRDefault="00FC2AAC" w:rsidP="00A565D1">
      <w:pPr>
        <w:pStyle w:val="ListParagraph"/>
        <w:numPr>
          <w:ilvl w:val="0"/>
          <w:numId w:val="3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Пірензепін</w:t>
      </w:r>
      <w:proofErr w:type="spellEnd"/>
    </w:p>
    <w:p w14:paraId="0C347284" w14:textId="77777777" w:rsidR="00A904C4" w:rsidRPr="0063699D" w:rsidRDefault="00FC2AAC" w:rsidP="00A565D1">
      <w:pPr>
        <w:pStyle w:val="ListParagraph"/>
        <w:numPr>
          <w:ilvl w:val="0"/>
          <w:numId w:val="3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Алохол</w:t>
      </w:r>
      <w:proofErr w:type="spellEnd"/>
    </w:p>
    <w:p w14:paraId="5319DCA9" w14:textId="77777777" w:rsidR="00A904C4" w:rsidRPr="0063699D" w:rsidRDefault="00FC2AAC" w:rsidP="00A565D1">
      <w:pPr>
        <w:pStyle w:val="ListParagraph"/>
        <w:numPr>
          <w:ilvl w:val="0"/>
          <w:numId w:val="33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22332DC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спазмолітичний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інтенсивність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болю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загоювалася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06F8109" w14:textId="77777777" w:rsidR="00A904C4" w:rsidRPr="0063699D" w:rsidRDefault="00FC2AAC" w:rsidP="00A565D1">
      <w:pPr>
        <w:pStyle w:val="ListParagraph"/>
        <w:numPr>
          <w:ilvl w:val="0"/>
          <w:numId w:val="3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несумістність</w:t>
      </w:r>
      <w:proofErr w:type="spellEnd"/>
    </w:p>
    <w:p w14:paraId="70B5FF06" w14:textId="77777777" w:rsidR="00A904C4" w:rsidRPr="0063699D" w:rsidRDefault="00FC2AAC" w:rsidP="00A565D1">
      <w:pPr>
        <w:pStyle w:val="ListParagraph"/>
        <w:numPr>
          <w:ilvl w:val="0"/>
          <w:numId w:val="3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несумісність</w:t>
      </w:r>
      <w:proofErr w:type="spellEnd"/>
    </w:p>
    <w:p w14:paraId="11057155" w14:textId="77777777" w:rsidR="00A904C4" w:rsidRPr="0063699D" w:rsidRDefault="00FC2AAC" w:rsidP="00A565D1">
      <w:pPr>
        <w:pStyle w:val="ListParagraph"/>
        <w:numPr>
          <w:ilvl w:val="0"/>
          <w:numId w:val="3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несумісність</w:t>
      </w:r>
      <w:proofErr w:type="spellEnd"/>
    </w:p>
    <w:p w14:paraId="18D98FF1" w14:textId="77777777" w:rsidR="00A904C4" w:rsidRPr="0063699D" w:rsidRDefault="00FC2AAC" w:rsidP="00A565D1">
      <w:pPr>
        <w:pStyle w:val="ListParagraph"/>
        <w:numPr>
          <w:ilvl w:val="0"/>
          <w:numId w:val="3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Конкурентний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</w:p>
    <w:p w14:paraId="6D73BDA8" w14:textId="77777777" w:rsidR="00A904C4" w:rsidRPr="0063699D" w:rsidRDefault="00FC2AAC" w:rsidP="00A565D1">
      <w:pPr>
        <w:pStyle w:val="ListParagraph"/>
        <w:numPr>
          <w:ilvl w:val="0"/>
          <w:numId w:val="34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</w:p>
    <w:p w14:paraId="0C3FBD3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секреторну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Н2-рецепторів:</w:t>
      </w:r>
    </w:p>
    <w:p w14:paraId="044A78BE" w14:textId="77777777" w:rsidR="00A904C4" w:rsidRPr="0063699D" w:rsidRDefault="00FC2AAC" w:rsidP="00A565D1">
      <w:pPr>
        <w:pStyle w:val="ListParagraph"/>
        <w:numPr>
          <w:ilvl w:val="0"/>
          <w:numId w:val="3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3806C660" w14:textId="77777777" w:rsidR="00A904C4" w:rsidRPr="0063699D" w:rsidRDefault="00FC2AAC" w:rsidP="00A565D1">
      <w:pPr>
        <w:pStyle w:val="ListParagraph"/>
        <w:numPr>
          <w:ilvl w:val="0"/>
          <w:numId w:val="3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Омепразол</w:t>
      </w:r>
      <w:proofErr w:type="spellEnd"/>
    </w:p>
    <w:p w14:paraId="76F510F0" w14:textId="77777777" w:rsidR="00A904C4" w:rsidRPr="0063699D" w:rsidRDefault="00FC2AAC" w:rsidP="00A565D1">
      <w:pPr>
        <w:pStyle w:val="ListParagraph"/>
        <w:numPr>
          <w:ilvl w:val="0"/>
          <w:numId w:val="3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Алохол</w:t>
      </w:r>
      <w:proofErr w:type="spellEnd"/>
    </w:p>
    <w:p w14:paraId="3297ACA4" w14:textId="77777777" w:rsidR="00A904C4" w:rsidRPr="0063699D" w:rsidRDefault="00FC2AAC" w:rsidP="00A565D1">
      <w:pPr>
        <w:pStyle w:val="ListParagraph"/>
        <w:numPr>
          <w:ilvl w:val="0"/>
          <w:numId w:val="3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Ранітидин</w:t>
      </w:r>
      <w:proofErr w:type="spellEnd"/>
    </w:p>
    <w:p w14:paraId="7FC6E751" w14:textId="77777777" w:rsidR="00A904C4" w:rsidRPr="0063699D" w:rsidRDefault="00FC2AAC" w:rsidP="00A565D1">
      <w:pPr>
        <w:pStyle w:val="ListParagraph"/>
        <w:numPr>
          <w:ilvl w:val="0"/>
          <w:numId w:val="34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</w:p>
    <w:p w14:paraId="516DA5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12-палої кишки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де-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комплексу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66C90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Helycobacter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pylori</w:t>
      </w:r>
    </w:p>
    <w:p w14:paraId="3DFB3F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</w:t>
      </w:r>
    </w:p>
    <w:p w14:paraId="6ACE012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12-палої кишки</w:t>
      </w:r>
    </w:p>
    <w:p w14:paraId="7C106A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простагландинів</w:t>
      </w:r>
      <w:proofErr w:type="spellEnd"/>
    </w:p>
    <w:p w14:paraId="1CD659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мікроциркуляції</w:t>
      </w:r>
      <w:proofErr w:type="spellEnd"/>
    </w:p>
    <w:p w14:paraId="66386A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гастроентерологічного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госпіталізовано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грудиною,печію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гастроцепін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гастроцепіну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примусила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зробити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D4926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соляної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гастрину</w:t>
      </w:r>
      <w:proofErr w:type="spellEnd"/>
    </w:p>
    <w:p w14:paraId="1A6720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</w:p>
    <w:p w14:paraId="0152BB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мускулатури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протоків</w:t>
      </w:r>
      <w:proofErr w:type="spellEnd"/>
    </w:p>
    <w:p w14:paraId="5DFA89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Helycobacter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pylori</w:t>
      </w:r>
    </w:p>
    <w:p w14:paraId="6F6C58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трипсину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підшлунковою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залозою</w:t>
      </w:r>
      <w:proofErr w:type="spellEnd"/>
    </w:p>
    <w:p w14:paraId="2A7B3A4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4776EF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4E8C3E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0B094BD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33. ЛІКАРСЬКІ ЗАСОБИ В ДЕРМАТОЛОГІЇ.   ДЕРМАТОПРОТЕКТОРИ. РАНООЧИСНІ І РАНОЗАЖИВЛЯЮЧІ ЗАСОБИ.</w:t>
      </w:r>
    </w:p>
    <w:p w14:paraId="4147015C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5C0BF312" w14:textId="77777777" w:rsidR="00A904C4" w:rsidRPr="0063699D" w:rsidRDefault="00FC2AAC" w:rsidP="00BF6839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характером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розділені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вирішити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лікарські6й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обов'язково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дозу, так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різносторонню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вимагає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підходу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свідчать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нерідкі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індиферентна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переноситься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хворобливого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завжди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ступінь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хворобливого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локалізацію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характер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глибину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запального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анамнестичні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щодо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переносимості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78F2C6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066BB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95F71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D876973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зовнішнього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EE5677F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Індиферентні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неорганічного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масла,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вазелін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ланолін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свинячий жир,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гліцерин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спермацет,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силіконові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з'єднання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порошки (окис цинку, тальк,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крохмаль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глина)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1C063C1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Антисептичні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анілінові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перманганат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пероксид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 (2-5%),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хлоргексидин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BFBD2D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Противірусні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тромантадин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алпізарін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2C94DED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Антипаразитарні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бензилбензоат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дьоготь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зелене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мило,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оцтова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ртутна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эсдепаллетрин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ліндан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кротамитон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FBF4A20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Фунгіцидні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фунгістатичні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дьоготь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клотримазол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кетоконазол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дії, 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8B7CFA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В'яжучі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срібла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ляпіс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ацетат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свинцю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свинцева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вода), сульфат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цинку,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алюмінію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ацетат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Бурова),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резорцин,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нафталан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464403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Глюкокортикостероїдні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дермозолон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флуцинар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лоринден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сінафлан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триакутан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елоком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Склад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ABDB9D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дьоготь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препарат АСД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Дорогова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іхтіол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14FC8A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Кератолітичні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саліцилова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зелене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калійне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мило, резорцин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290032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Протисвербіжні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ментол, оцет,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лимонної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димедрол, тимол,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карболова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спиртові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F92B46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регенеративні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алое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каланхое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Пелоідин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обліпихова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Цигерол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нафталан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мазь Микулича,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перуанський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бальзам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Склад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4FDDD3E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Припікаючі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ляпіс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молочна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колхамінова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омаїнова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мазь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A1D71EE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Депігментуючі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лимонний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лимонна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оцтова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пергідроль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ртуті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амідохлорид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A8B291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рослини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настоїв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0D74F4D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Фотозахисні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салол,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оксид цинку,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метилурацил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0A02A7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перорального та парентерального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E14BE06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десенсибілізуюча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3CCAC1AC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(хлорид, глюконат,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пантотенат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974C6FD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тіосульфат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2002BA25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напросін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.);</w:t>
      </w:r>
    </w:p>
    <w:p w14:paraId="23ABD5F0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Н1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(димедрол,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тавегіл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фенкарол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кларитин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123B3062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пірроксан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празозін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3BBCB10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пустирника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валеріани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амізіл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резерпін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5669E5C6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7A0C947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Імунокоригуючі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E56754C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імуностимулятори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левамізол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нуклеінат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продігіозан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плаценти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мієлопід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рибомуніл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.;</w:t>
      </w:r>
    </w:p>
    <w:p w14:paraId="45DEA98B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імунодепресанти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цитостатики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метотрексат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азатиоприн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меркаптопурин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проспидин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циклоспорин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А, гепарин;</w:t>
      </w:r>
    </w:p>
    <w:p w14:paraId="0A1B1789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Замісна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імунокоригуюча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циклоферон,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антистафілококова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плазма,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лейкоцитарна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гамма-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глобуліни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C6294AC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антифагин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анатоксин,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антистафілококовий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гамма-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глобулін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антистафілококова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плазма,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бактеріофаг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стрептококова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CEE6345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Адаптогени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настоянка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женьшеню, лимоннику,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оротат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06357A2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25CE92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6B72A661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щитовидної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тиреоїдин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трийодтіронін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r w:rsidRPr="0063699D">
        <w:rPr>
          <w:rFonts w:asciiTheme="majorBidi" w:hAnsiTheme="majorBidi" w:cstheme="majorBidi"/>
          <w:sz w:val="22"/>
        </w:rPr>
        <w:t>l</w:t>
      </w:r>
      <w:r w:rsidRPr="0063699D">
        <w:rPr>
          <w:rFonts w:asciiTheme="majorBidi" w:hAnsiTheme="majorBidi" w:cstheme="majorBidi"/>
          <w:sz w:val="22"/>
          <w:lang w:val="ru-RU"/>
        </w:rPr>
        <w:t>-тироксин);</w:t>
      </w:r>
    </w:p>
    <w:p w14:paraId="2865D44C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глюкокортикостероїди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триамцинолон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кеналог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дипроспан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58E213A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анаболіки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ретаболіл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нероболіл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неробол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189DA210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25EFA2E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Антибіотикотерапія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макроліди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карбапенеми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глікопептиди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протигрибкові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B0A3A8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3834211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Фторхінолони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ципрофлоксацин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ломефлоксацин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6D8A5E70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сульфадиметоксин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котримоксазол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7055EDD7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Протималярійні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резохин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делагіл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2B923463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тинідазол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метрогіл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</w:t>
      </w:r>
    </w:p>
    <w:p w14:paraId="22F0875E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085ECFB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Пероральні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ентеросорбенти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вугілля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поліфепан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белосорб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CE105C4" w14:textId="77777777" w:rsidR="00A904C4" w:rsidRPr="0063699D" w:rsidRDefault="00FC2AAC" w:rsidP="00A565D1">
      <w:pPr>
        <w:pStyle w:val="ListParagraph"/>
        <w:numPr>
          <w:ilvl w:val="0"/>
          <w:numId w:val="34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В, А, Е, С,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фолієва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нікотинова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кокарбоксилаза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піридоксальфосфат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рутин,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F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ессенціале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FA70CF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6A9402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60DEC6F" w14:textId="77777777" w:rsidR="00A904C4" w:rsidRPr="0063699D" w:rsidRDefault="00FC2AAC" w:rsidP="00A565D1">
      <w:pPr>
        <w:pStyle w:val="ListParagraph"/>
        <w:numPr>
          <w:ilvl w:val="0"/>
          <w:numId w:val="3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F342BE0" w14:textId="77777777" w:rsidR="00A904C4" w:rsidRPr="0063699D" w:rsidRDefault="00FC2AAC" w:rsidP="00A565D1">
      <w:pPr>
        <w:pStyle w:val="ListParagraph"/>
        <w:numPr>
          <w:ilvl w:val="0"/>
          <w:numId w:val="3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харчування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характеризується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(дерматит),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анорексія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гастрит,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діарея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деменція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препаратом.</w:t>
      </w:r>
    </w:p>
    <w:p w14:paraId="1F840A24" w14:textId="77777777" w:rsidR="00A904C4" w:rsidRPr="0063699D" w:rsidRDefault="00FC2AAC" w:rsidP="00A565D1">
      <w:pPr>
        <w:pStyle w:val="ListParagraph"/>
        <w:numPr>
          <w:ilvl w:val="0"/>
          <w:numId w:val="3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Каталізує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окисно-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відновлювальні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росту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молодого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участь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нормальній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органу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авітамінозі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ксерофтальмії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гемеролопіі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кератомаляціі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кератитах.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заходи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785D1C9" w14:textId="77777777" w:rsidR="00A904C4" w:rsidRPr="0063699D" w:rsidRDefault="00FC2AAC" w:rsidP="00A565D1">
      <w:pPr>
        <w:pStyle w:val="ListParagraph"/>
        <w:numPr>
          <w:ilvl w:val="0"/>
          <w:numId w:val="3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структури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аналог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ін’єкційно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зовнішньо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мазей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найчастіше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реаніматології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препаратом.</w:t>
      </w:r>
    </w:p>
    <w:p w14:paraId="53CDC32A" w14:textId="77777777" w:rsidR="00A904C4" w:rsidRPr="0063699D" w:rsidRDefault="00FC2AAC" w:rsidP="00A565D1">
      <w:pPr>
        <w:pStyle w:val="ListParagraph"/>
        <w:numPr>
          <w:ilvl w:val="0"/>
          <w:numId w:val="34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коферментні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участь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вуглеводному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травного тракту,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ендокринних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невритах,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поліневритах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радикулітах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невралгії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паралічах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дванадцятипалої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кишки, ІХС,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кардіотропної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нейротропної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7C5167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EFBEF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22158B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екзему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дерматолога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консультацією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нового гормонального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фтору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молекулі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приблизну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преднізолоном.Чим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препарат?</w:t>
      </w:r>
    </w:p>
    <w:p w14:paraId="2F82F7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сильніше</w:t>
      </w:r>
      <w:proofErr w:type="spellEnd"/>
    </w:p>
    <w:p w14:paraId="4E5F2F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слабше</w:t>
      </w:r>
      <w:proofErr w:type="spellEnd"/>
    </w:p>
    <w:p w14:paraId="34BC1D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</w:p>
    <w:p w14:paraId="2FB57D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кортикотропіну</w:t>
      </w:r>
      <w:proofErr w:type="spellEnd"/>
    </w:p>
    <w:p w14:paraId="60932E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</w:p>
    <w:p w14:paraId="0975A3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нейродермітом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виявилипідвищення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глюкокортикостероїдів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яку ланку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вуглеводів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</w:t>
      </w:r>
    </w:p>
    <w:p w14:paraId="011D2C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кишечнику</w:t>
      </w:r>
    </w:p>
    <w:p w14:paraId="573C7B2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глікогеногенезу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64E437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глюконеогенезу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37E20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9FFF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розщеплення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D0FBE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39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ризик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гіперкератоз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присмеркового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0129B7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ацетат </w:t>
      </w:r>
    </w:p>
    <w:p w14:paraId="54E2C29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Піридоксину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A4F70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Рибофлавін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4AAE5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3F80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.Токоферолу ацетат </w:t>
      </w:r>
    </w:p>
    <w:p w14:paraId="2E42FE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стафілококовий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дерматит.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дало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клавулановою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кислотоюдало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одужання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причина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? </w:t>
      </w:r>
    </w:p>
    <w:p w14:paraId="5B2C9F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транслокази</w:t>
      </w:r>
      <w:proofErr w:type="spellEnd"/>
    </w:p>
    <w:p w14:paraId="59F751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лактамази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FF0DE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аденозиндезамінази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68EB1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транспептидази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B2967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E82E78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В дермато-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венерологічний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диспансер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первинний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сифіліс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EF8CF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</w:t>
      </w:r>
      <w:proofErr w:type="spellEnd"/>
    </w:p>
    <w:p w14:paraId="6A47E5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Феноксиметилпеніцилін</w:t>
      </w:r>
      <w:proofErr w:type="spellEnd"/>
    </w:p>
    <w:p w14:paraId="6347C1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</w:p>
    <w:p w14:paraId="52D7A8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Левомицитин</w:t>
      </w:r>
      <w:proofErr w:type="spellEnd"/>
    </w:p>
    <w:p w14:paraId="367509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Цефамізин</w:t>
      </w:r>
      <w:proofErr w:type="spellEnd"/>
    </w:p>
    <w:p w14:paraId="42F307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піодермії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антисептик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барвників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006BC2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йоду</w:t>
      </w:r>
    </w:p>
    <w:p w14:paraId="410440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Бриліантовий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зелений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5B2417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2A0B8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перманганат  </w:t>
      </w:r>
    </w:p>
    <w:p w14:paraId="3ACA5AC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Граміцидин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000A50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переохолодження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носа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верхньої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губи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герпетичні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висипання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перестали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з’являтись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висипання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згодом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противірусний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мазь?  </w:t>
      </w:r>
    </w:p>
    <w:p w14:paraId="26C2ED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Клотримазол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F1F15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Азидотимідин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069280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</w:p>
    <w:p w14:paraId="3D4764F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76FA17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370D24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дерматомікоз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водієм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тролейбуса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амбулаторно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протигрибковий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добре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волоссях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нігтях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дезорієнтацію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A405C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Нітрофунгін</w:t>
      </w:r>
      <w:proofErr w:type="spellEnd"/>
    </w:p>
    <w:p w14:paraId="222CE2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Гризеофульвін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2EFA13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Амфотерицин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 </w:t>
      </w:r>
    </w:p>
    <w:p w14:paraId="4ACDEEC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Флуконазол</w:t>
      </w:r>
      <w:proofErr w:type="spellEnd"/>
    </w:p>
    <w:p w14:paraId="594D41B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Ністатин</w:t>
      </w:r>
      <w:proofErr w:type="spellEnd"/>
    </w:p>
    <w:p w14:paraId="03DF275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амфотерицин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характерно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 </w:t>
      </w:r>
    </w:p>
    <w:p w14:paraId="22F59D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мікозів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39626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Добре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ШКТ</w:t>
      </w:r>
    </w:p>
    <w:p w14:paraId="726234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полімерів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C7DC5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Висока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4015EF0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248047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Ефкамон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”, яка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відтяжної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Коли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мазь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 </w:t>
      </w:r>
    </w:p>
    <w:p w14:paraId="683EE1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Міалгія</w:t>
      </w:r>
      <w:proofErr w:type="spellEnd"/>
    </w:p>
    <w:p w14:paraId="4F524BA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Ушкодження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232C1A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суглобах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E0B51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Невралгія</w:t>
      </w:r>
      <w:proofErr w:type="spellEnd"/>
    </w:p>
    <w:p w14:paraId="4353D0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Неврит  </w:t>
      </w:r>
    </w:p>
    <w:p w14:paraId="017027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дерматиту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синафлан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нанесення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вірогідним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6AB89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рани  </w:t>
      </w:r>
    </w:p>
    <w:p w14:paraId="3DCA7F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C96FE1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79ED84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свербіння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53DB00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3BEFFE8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16C142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A4E618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3C0062D1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34. ЛІКАРСЬКІ ЗАСОБИ В ОФТАЛЬМОЛОГІЧНІЙ ПРАКТИЦІ.</w:t>
      </w:r>
    </w:p>
    <w:p w14:paraId="75DBBF8B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0A502C9D" w14:textId="77777777" w:rsidR="00A904C4" w:rsidRPr="0063699D" w:rsidRDefault="00FC2AAC" w:rsidP="00BF6839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</w:t>
      </w:r>
      <w:r w:rsidRPr="0063699D">
        <w:rPr>
          <w:rFonts w:asciiTheme="majorBidi" w:hAnsiTheme="majorBidi" w:cstheme="majorBidi"/>
          <w:b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формами, способами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резорбтивної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CC32EA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  <w:lang w:val="ru-RU"/>
        </w:rPr>
        <w:t xml:space="preserve">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формах. </w:t>
      </w:r>
    </w:p>
    <w:p w14:paraId="74CA1777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7F335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86A9A81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CB602CE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Анальгезуючі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анальгетики, НПЗЗ.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нейролептанальгезию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967EA9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пред'являються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18613D5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гоматропін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недолік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кожного препарату.</w:t>
      </w:r>
    </w:p>
    <w:p w14:paraId="5FB37E5C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Ангіопротектори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403812B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Гіполіпідемічні</w:t>
      </w:r>
      <w:proofErr w:type="spellEnd"/>
    </w:p>
    <w:p w14:paraId="157EF7C2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2F39C9A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холестерину.</w:t>
      </w:r>
    </w:p>
    <w:p w14:paraId="16CB9298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секвестранти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C3921C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екскреції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BC8FB2F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Гиперальфалипопротеидемічні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859310F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стабілізують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атерогенну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інфільтрацію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0BBF760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0DD911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Антиагреганти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ЦОГ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аспірин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ФДЕ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теофілін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кавінтон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простоцикліни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простагландини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4D4E0C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Ендотеліотропні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пармидин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добезилат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CB7F946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НПЗЗ,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8E2E73E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3CE1641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Холиномиметики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38A88F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холиномиметики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CA753FC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оборотної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необоротної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4A4DC2D0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карбоангідрази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24377E5B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Адренергічні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тімолол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7FF725E6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775D547" w14:textId="77777777" w:rsidR="00A904C4" w:rsidRPr="0063699D" w:rsidRDefault="00FC2AAC" w:rsidP="00A565D1">
      <w:pPr>
        <w:pStyle w:val="ListParagraph"/>
        <w:numPr>
          <w:ilvl w:val="0"/>
          <w:numId w:val="34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E83CDD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17CDB7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5DFD4C8F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6EF76B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клонідин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фізостигмін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16AC2D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кожного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око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DD7E7D5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кожного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фізостигмін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EE593AB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мідріаз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в)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Шлемма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г)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каналу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Шлемма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д)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параліч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акомодації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е) спазм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акомодації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ж)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внутрішньоочного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з)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внутрішньоочного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5EF74A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Співвіднесіть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E41A880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1)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2)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підборі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окулярів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3)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бленореї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4)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гемералопії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 5)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EA0F71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а)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сульфацетамид-натрій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 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 б)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г)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 д)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5F2CD3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347A57E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анестетик,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EA4C2F0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часто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розраховує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1D76E2C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холінергічний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AA4090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E7B9F17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Гиполіпедимичний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79319D6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Антиконгестант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око та мету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52F08D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Антиоксидант.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око та мету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E30179" w14:textId="77777777" w:rsidR="00A904C4" w:rsidRPr="0063699D" w:rsidRDefault="00FC2AAC" w:rsidP="00A565D1">
      <w:pPr>
        <w:pStyle w:val="ListParagraph"/>
        <w:numPr>
          <w:ilvl w:val="0"/>
          <w:numId w:val="34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признаки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авітамінозу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BC7E43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A44A69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66B77E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Хворому з глаукомою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фізостигмін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2880463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C1374C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циклооксигенази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1735E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ліпоксигенази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1FEBE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4CEFF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Блокада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фосфоліпази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42BA8B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ока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металевої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стружки. У хворого набряк ока,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сльозотеча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миганні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чужорідного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9F338B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Лідокаїн</w:t>
      </w:r>
      <w:proofErr w:type="spellEnd"/>
    </w:p>
    <w:p w14:paraId="42D3709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49410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Анестезин </w:t>
      </w:r>
    </w:p>
    <w:p w14:paraId="7F4413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1BE47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Тримекаїн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BCA5E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водієм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кон'юнктивітом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генезу.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антигістамінний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специфіки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DA011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Димедрол</w:t>
      </w:r>
    </w:p>
    <w:p w14:paraId="50D7F3B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7AC77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Супрастин. </w:t>
      </w:r>
    </w:p>
    <w:p w14:paraId="7E6AF4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Дипразин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82975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Кетотифен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99CBE0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відкритокутова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глаукома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внутришньоочного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діакарбу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2D3261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карбоангідрази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циліарного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0D4CC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продукції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спиномозкової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EC608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осмотичного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E3DE1C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канальцях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нефрону </w:t>
      </w:r>
    </w:p>
    <w:p w14:paraId="770BDD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альдостерону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наднирниках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4006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закапування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око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на глаукому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короткозорість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Внутрішньоочний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C34FC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7CDB45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 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Холіноблокуючі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98D2C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Адреноміметичні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7FF661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 Н-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FC5C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B78FD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очного дна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7BA984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</w:t>
      </w:r>
      <w:proofErr w:type="spellEnd"/>
    </w:p>
    <w:p w14:paraId="3157D4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18BCF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B9AEA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120FE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Ацетилхолін</w:t>
      </w:r>
      <w:proofErr w:type="spellEnd"/>
    </w:p>
    <w:p w14:paraId="29D3C5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офтальмологічне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приступом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глаукоми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підсилити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пілокарпіну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C4396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Діакарб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7EF7D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Спіронолактон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9C02B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4F8F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Еуфілін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342031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Манніт</w:t>
      </w:r>
      <w:proofErr w:type="spellEnd"/>
    </w:p>
    <w:p w14:paraId="167D43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E821E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Анестезуюча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новокаїну</w:t>
      </w:r>
      <w:proofErr w:type="spellEnd"/>
    </w:p>
    <w:p w14:paraId="40D1FD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Низка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токсичність</w:t>
      </w:r>
      <w:proofErr w:type="spellEnd"/>
    </w:p>
    <w:p w14:paraId="52E54C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</w:p>
    <w:p w14:paraId="41C37BA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основному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анестезії</w:t>
      </w:r>
      <w:proofErr w:type="spellEnd"/>
    </w:p>
    <w:p w14:paraId="036B91A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протиарітмічного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</w:p>
    <w:p w14:paraId="50C09C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гемералопія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куряча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сліпота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83332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Ретинолу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ацетат </w:t>
      </w:r>
    </w:p>
    <w:p w14:paraId="2F2FAF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Вікасол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35A2B8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Піридоксин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44DCA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</w:t>
      </w:r>
    </w:p>
    <w:p w14:paraId="7DD170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.Токоферолу ацетат </w:t>
      </w:r>
    </w:p>
    <w:p w14:paraId="66D2A7D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бленореї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нанесли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кон’юктиву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препарату. Яку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могли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3A7DBD6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(Ко-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трімоксазол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04D7A0D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  </w:t>
      </w:r>
    </w:p>
    <w:p w14:paraId="5F410C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5D7EDD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Фурацилін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6705FA7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Фталазол</w:t>
      </w:r>
    </w:p>
    <w:p w14:paraId="6B672A7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Хворому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вилученні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чужорідного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ока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провести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анестезію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дикаїном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 </w:t>
      </w:r>
    </w:p>
    <w:p w14:paraId="6FD59CC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дегідрогеназ</w:t>
      </w:r>
      <w:proofErr w:type="spellEnd"/>
    </w:p>
    <w:p w14:paraId="70ED68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Na</w:t>
      </w:r>
      <w:r w:rsidRPr="0063699D">
        <w:rPr>
          <w:rFonts w:asciiTheme="majorBidi" w:hAnsiTheme="majorBidi" w:cstheme="majorBidi"/>
          <w:sz w:val="22"/>
          <w:lang w:val="ru-RU"/>
        </w:rPr>
        <w:t xml:space="preserve">+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крізь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мембрану  </w:t>
      </w:r>
    </w:p>
    <w:p w14:paraId="5EDD0B5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цитохромоксидаз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1095B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вихід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нейромедіаторів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F09301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оксиду азоту</w:t>
      </w:r>
    </w:p>
    <w:p w14:paraId="5E86F1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непокоїть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правому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Склери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кон'юнктиви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гіперемовані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набряклі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сльозотеча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Окуліст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катаральний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кон'юнктивіт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9F2FF7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Сульфацил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</w:p>
    <w:p w14:paraId="7A4090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Етилморфіну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</w:p>
    <w:p w14:paraId="19E3A9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Танін</w:t>
      </w:r>
      <w:proofErr w:type="spellEnd"/>
    </w:p>
    <w:p w14:paraId="4DE79E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Фосфакол</w:t>
      </w:r>
      <w:proofErr w:type="spellEnd"/>
    </w:p>
    <w:p w14:paraId="49C8CC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3750B181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DB67E2D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4D1355CB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9CF3797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№35. ОСОБЛИВІ АСПЕКТИ ПРЕНАТАЛЬНОЇ ТА ПЕДІАТРИЧНОЇ ФАРМАКОЛОГІЇ. ЗАСТОСУВАННЯ ЛІКАРСЬКИХ ЗАСОБІВ ВАГІТНИМ ЖІНКАМ ТА МАТЕРЯМ, ЩО ГОДУЮТЬ. СУЧАСНІ АСПЕКТИ ГЕРІАТРИЧНОЇ ФАРМАКОЛОГІЇ.</w:t>
      </w:r>
    </w:p>
    <w:p w14:paraId="1D949CCF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69507BE7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Неправильне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призвести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смерті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плоду і аборту,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росту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пошкодженню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таких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випробувані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чинять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FAE2A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дитячому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істотно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відрізняється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і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відношенні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Велика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приділяється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79E8B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характерні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поєднання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генезу,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старечому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старінням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багатьох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фосфоліпідний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склад мембран.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враховуватися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86679D6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перинатальній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педіатричній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старечому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зробити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адекватний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E5CE754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D233A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7B7B1D05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D1538D6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плацентарне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перенесення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232327F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фізико-хімічні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препарату;</w:t>
      </w:r>
    </w:p>
    <w:p w14:paraId="0AC81A4A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проходить через плаценту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надходить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плоду;</w:t>
      </w:r>
    </w:p>
    <w:p w14:paraId="39A54EF1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препарату;</w:t>
      </w:r>
    </w:p>
    <w:p w14:paraId="15D24706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тканинах плоду;</w:t>
      </w:r>
    </w:p>
    <w:p w14:paraId="3EFB71FE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плацентарного і плодового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4F50FBAF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жиророзчинність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 </w:t>
      </w:r>
    </w:p>
    <w:p w14:paraId="70D43D51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розмір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молекул;</w:t>
      </w:r>
    </w:p>
    <w:p w14:paraId="194136FA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5E6D3AF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плацентарний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плодовий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препарату.</w:t>
      </w:r>
    </w:p>
    <w:p w14:paraId="3353C9A0" w14:textId="77777777" w:rsidR="00A904C4" w:rsidRPr="0063699D" w:rsidRDefault="00FC2AAC" w:rsidP="00A565D1">
      <w:pPr>
        <w:pStyle w:val="ListParagraph"/>
        <w:numPr>
          <w:ilvl w:val="0"/>
          <w:numId w:val="34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фармакодинамічні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306ACC1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•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C23E3A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•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7E11C9D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•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тератогенна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2138D8C" w14:textId="5804F9D9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лактації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32A1DE1" w14:textId="77777777" w:rsidR="00A904C4" w:rsidRPr="0063699D" w:rsidRDefault="00FC2AAC" w:rsidP="00A565D1">
      <w:pPr>
        <w:pStyle w:val="ListParagraph"/>
        <w:numPr>
          <w:ilvl w:val="0"/>
          <w:numId w:val="3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антимікробні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1C941D7" w14:textId="77777777" w:rsidR="00A904C4" w:rsidRPr="0063699D" w:rsidRDefault="00FC2AAC" w:rsidP="00A565D1">
      <w:pPr>
        <w:pStyle w:val="ListParagraph"/>
        <w:numPr>
          <w:ilvl w:val="0"/>
          <w:numId w:val="3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ЦНС;</w:t>
      </w:r>
    </w:p>
    <w:p w14:paraId="10EFADC0" w14:textId="77777777" w:rsidR="00A904C4" w:rsidRPr="0063699D" w:rsidRDefault="00FC2AAC" w:rsidP="00A565D1">
      <w:pPr>
        <w:pStyle w:val="ListParagraph"/>
        <w:numPr>
          <w:ilvl w:val="0"/>
          <w:numId w:val="3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5E94DA7" w14:textId="77777777" w:rsidR="00A904C4" w:rsidRPr="0063699D" w:rsidRDefault="00FC2AAC" w:rsidP="00A565D1">
      <w:pPr>
        <w:pStyle w:val="ListParagraph"/>
        <w:numPr>
          <w:ilvl w:val="0"/>
          <w:numId w:val="3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систему;</w:t>
      </w:r>
    </w:p>
    <w:p w14:paraId="7254F4A1" w14:textId="77777777" w:rsidR="00A904C4" w:rsidRPr="0063699D" w:rsidRDefault="00FC2AAC" w:rsidP="00A565D1">
      <w:pPr>
        <w:pStyle w:val="ListParagraph"/>
        <w:numPr>
          <w:ilvl w:val="0"/>
          <w:numId w:val="3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антикоагулянти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39B315" w14:textId="77777777" w:rsidR="00A904C4" w:rsidRPr="0063699D" w:rsidRDefault="00FC2AAC" w:rsidP="00A565D1">
      <w:pPr>
        <w:pStyle w:val="ListParagraph"/>
        <w:numPr>
          <w:ilvl w:val="0"/>
          <w:numId w:val="34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немовлят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0980A5E" w14:textId="3FC91CC6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немовлят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63D274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BCDBB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E9B71F4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доношених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недоношених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C6F6A11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944F282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5182118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BA7493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1729F6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0B16DE6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розрахунку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педіатрії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1D1FED9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геріатричної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02ABE98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2DEBF6A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661F218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участь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691391D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экскреторні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людей;</w:t>
      </w:r>
    </w:p>
    <w:p w14:paraId="3C4908CB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біодоступність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старечому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8E325F1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D33725C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9B6E4CC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ЦНС.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8745AD9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гіпно-седативних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2CE1086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анальгезуючих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ненаркотичних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365CA86A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антипсихотиків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антидепресантів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BB5CC25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хворобах Альцгеймера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Паркінсона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65658F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Серцево-судинні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геріартричній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4F5E8AD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інотропним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кардіотоники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неглікозидні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8EC2ADB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протиаритмічні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173516FC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гіполіпідемічні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6ABF8C19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ангіопртектори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16E9105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антигіпоксанти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9BE42E9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319B32C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FB603E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гепатопротекторів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5A832BD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0AF858E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8A36D07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людей. </w:t>
      </w:r>
    </w:p>
    <w:p w14:paraId="309A9A95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геріатричної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практиці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629157B" w14:textId="77777777" w:rsidR="00A904C4" w:rsidRPr="0063699D" w:rsidRDefault="00FC2AAC" w:rsidP="00A565D1">
      <w:pPr>
        <w:pStyle w:val="ListParagraph"/>
        <w:numPr>
          <w:ilvl w:val="0"/>
          <w:numId w:val="34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інсультів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інфарктів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129D0D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1C3ED5E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31A0BF0F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ECE6881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діагностував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скарлатину,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4F8C16B2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поставлений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сальмонельозу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Назвіть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нераціональному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C4F91FD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безсоння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3A08342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Хіміотерапевтичний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ДНК-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Пояснить,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FD8477A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людям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похилого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3-х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препарат).</w:t>
      </w:r>
    </w:p>
    <w:p w14:paraId="073AFE9F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Антирахітичний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</w:t>
      </w:r>
    </w:p>
    <w:p w14:paraId="7D46D16E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перинатальному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росту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остеомаляцію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0DD6798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Ото -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гепатотоксичний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8DBE4CB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постінсультний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за Вашим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E530E3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атеросклеротичну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енцефалопатію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Порадьте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поліпшує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19158F2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69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ожиріння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анорексігенний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00E05A5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панкреатитом.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показано?</w:t>
      </w:r>
    </w:p>
    <w:p w14:paraId="24FB5A98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78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літнім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нераціональному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людям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похилого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CF2FEA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стосовно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C6E14C6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преднізолон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кромолін-натрію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теофілін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тавегіл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строфантин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лазикс,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клофеллин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вермокс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хлорофіліпт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відвар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алтея.</w:t>
      </w:r>
    </w:p>
    <w:p w14:paraId="261FD7EF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аскаридоз,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отит,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ентеробіоз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центру, набряк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легень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бронхоспазм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шок.</w:t>
      </w:r>
    </w:p>
    <w:p w14:paraId="2EABA3CC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диспептичні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гіпокальціємія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ортостатична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загальмованість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млявість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9B796E3" w14:textId="77777777" w:rsidR="00A904C4" w:rsidRPr="0063699D" w:rsidRDefault="00FC2AAC" w:rsidP="00A565D1">
      <w:pPr>
        <w:pStyle w:val="ListParagraph"/>
        <w:numPr>
          <w:ilvl w:val="0"/>
          <w:numId w:val="34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ГХ,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епілепсія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атеросклероз,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3244AC5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2554C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1D5BD1B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другій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половині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бензодиазепинів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Пологи наступили в строк,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протікали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нормально, але народилась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численними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аномаліями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заяча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губа,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полідактилія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описана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688A9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.Тератогенна </w:t>
      </w:r>
    </w:p>
    <w:p w14:paraId="23E247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Мутагенна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ACC01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5EC4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Фетотоксична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197F00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Бластомогенна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E0DB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Доза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дорівнює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9410BC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1/24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дорослого</w:t>
      </w:r>
      <w:proofErr w:type="spellEnd"/>
    </w:p>
    <w:p w14:paraId="5F6E44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1/12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дорослого</w:t>
      </w:r>
      <w:proofErr w:type="spellEnd"/>
    </w:p>
    <w:p w14:paraId="24529F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1/3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0C862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1/8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дорослого</w:t>
      </w:r>
      <w:proofErr w:type="spellEnd"/>
    </w:p>
    <w:p w14:paraId="7270B3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дорослого</w:t>
      </w:r>
      <w:proofErr w:type="spellEnd"/>
    </w:p>
    <w:p w14:paraId="68952D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епідемія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перерахованих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нижче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профілактики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крапель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DF664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Інтерферон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839B1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Ремантадин </w:t>
      </w:r>
    </w:p>
    <w:p w14:paraId="43E1F2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E17C8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Ацикловір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75F6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Парацетамол</w:t>
      </w:r>
    </w:p>
    <w:p w14:paraId="256E5F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бактерицидного типу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646B3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</w:p>
    <w:p w14:paraId="315917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Ентеросептол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1D73F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9B5BD5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C2EB7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Уросульфан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7309F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залишкові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перенесеного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поліомієліту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F6C52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59AC81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9FE5B3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Дімеколін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DFE30B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Галантаміну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гідробромід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9F86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Пірроксан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206AB5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рухове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хриплий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голос,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розширені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зіниці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реагують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суха,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гаряча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гіперемована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тахіпное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ягід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красавки.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</w:t>
      </w:r>
    </w:p>
    <w:p w14:paraId="24E768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Антихолінестеразні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C9F8A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</w:rPr>
        <w:t>N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холінолітики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F9E9D1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</w:rPr>
        <w:t>N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2FC87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.М-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холіноміметики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D954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Реактиватори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88DBB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(20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загрози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плоду? </w:t>
      </w:r>
    </w:p>
    <w:p w14:paraId="5065D1D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Бензілпеніцилін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D30C1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28EAAF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Сульфален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64114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9B6A5F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Офлоксацин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F0B2EA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широкого спектру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шкідливим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тканини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B09C9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.Ко-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тримоксазол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</w:t>
      </w:r>
    </w:p>
    <w:p w14:paraId="6176F38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Амоксицилін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B6A30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E2EF1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3FB82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Доксициклін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2C947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поліклініку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котрі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снодійного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EC806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Барбаміл</w:t>
      </w:r>
      <w:proofErr w:type="spellEnd"/>
    </w:p>
    <w:p w14:paraId="4AA504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Нітразепам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7A6582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Хлоралгідрат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391AD1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6AAE1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Галоперидол</w:t>
      </w:r>
      <w:proofErr w:type="spellEnd"/>
    </w:p>
    <w:p w14:paraId="648DDC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громадянки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на 3-й день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дерматоз.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треба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14B7A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.Супрастин </w:t>
      </w:r>
    </w:p>
    <w:p w14:paraId="37B312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Кромолін-натрій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D293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Беклометазон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6AD88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Ефедрину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гідрохлорид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6028DB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Левамізол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B0450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без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апетит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пронос,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ротової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порожнини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тракту. З часом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жовтяниця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новонародженого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відмічено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росту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5F8EF5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A6D831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Левоміцетин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64B2E2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35458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FB87BC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7206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протикашльовий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забезпечує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гальмування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кашльового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центру? </w:t>
      </w:r>
    </w:p>
    <w:p w14:paraId="186A318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3CFA5CB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Рефлекторний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C4729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Конкурентний</w:t>
      </w:r>
      <w:proofErr w:type="spellEnd"/>
    </w:p>
    <w:p w14:paraId="6A6CB99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Центральний</w:t>
      </w:r>
      <w:proofErr w:type="spellEnd"/>
    </w:p>
    <w:p w14:paraId="68197C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Периферична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</w:p>
    <w:p w14:paraId="34D1AF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3–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мінералізації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кісток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деформацію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хребта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викривлення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кінцівок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B469E7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бромід</w:t>
      </w:r>
      <w:proofErr w:type="spellEnd"/>
    </w:p>
    <w:p w14:paraId="0F3AE4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.Токоферол </w:t>
      </w:r>
    </w:p>
    <w:p w14:paraId="616A1E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Ергокальциферол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2464D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.Глюкоза </w:t>
      </w:r>
    </w:p>
    <w:p w14:paraId="723C773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Адіурекрин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4B6A2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роділлі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затримкою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болю?</w:t>
      </w:r>
    </w:p>
    <w:p w14:paraId="3D896A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</w:p>
    <w:p w14:paraId="5BBD23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</w:p>
    <w:p w14:paraId="020091A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Морфін</w:t>
      </w:r>
      <w:proofErr w:type="spellEnd"/>
    </w:p>
    <w:p w14:paraId="6AE0621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Кодеїн</w:t>
      </w:r>
      <w:proofErr w:type="spellEnd"/>
    </w:p>
    <w:p w14:paraId="3D2130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.Парацетамол</w:t>
      </w:r>
    </w:p>
    <w:p w14:paraId="3D593A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інфекційного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надійшла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9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скаргами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животі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понос,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анорексію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випорожненнях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знайдено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дизентерійної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флори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найкраще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</w:t>
      </w:r>
    </w:p>
    <w:p w14:paraId="231CA20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Бісептол</w:t>
      </w:r>
      <w:proofErr w:type="spellEnd"/>
    </w:p>
    <w:p w14:paraId="1C81059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.Фталазол</w:t>
      </w:r>
    </w:p>
    <w:p w14:paraId="1CC149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.Норсульфазол</w:t>
      </w:r>
    </w:p>
    <w:p w14:paraId="3E3826C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Етазол</w:t>
      </w:r>
      <w:proofErr w:type="spellEnd"/>
    </w:p>
    <w:p w14:paraId="0B3508E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Фенілсаліцилат</w:t>
      </w:r>
      <w:proofErr w:type="spellEnd"/>
    </w:p>
    <w:p w14:paraId="0CA225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правостороння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нижньодолева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бактеріологічному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харкотиння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збудник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макролидів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38B854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</w:p>
    <w:p w14:paraId="5A85008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B72586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Еритроміцин</w:t>
      </w:r>
      <w:proofErr w:type="spellEnd"/>
    </w:p>
    <w:p w14:paraId="2CB5DF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</w:p>
    <w:p w14:paraId="58427B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Ампіцилін</w:t>
      </w:r>
      <w:proofErr w:type="spellEnd"/>
    </w:p>
    <w:p w14:paraId="09947AB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70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диспансерному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обліку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цирозу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незначної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руки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фібринолітичної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показаний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03448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Кислота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амінокапронова</w:t>
      </w:r>
      <w:proofErr w:type="spellEnd"/>
    </w:p>
    <w:p w14:paraId="10D4BC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Рутин </w:t>
      </w:r>
    </w:p>
    <w:p w14:paraId="4C60FD7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Губка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гемостатична</w:t>
      </w:r>
      <w:proofErr w:type="spellEnd"/>
    </w:p>
    <w:p w14:paraId="3FE93D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</w:t>
      </w:r>
    </w:p>
    <w:p w14:paraId="71EF5E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Вікасол</w:t>
      </w:r>
      <w:proofErr w:type="spellEnd"/>
    </w:p>
    <w:p w14:paraId="07055F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талідомід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народжувалися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дефектами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рук.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428A4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Мутагенна</w:t>
      </w:r>
      <w:proofErr w:type="spellEnd"/>
    </w:p>
    <w:p w14:paraId="562DD0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6ADF6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.Канцерогенна </w:t>
      </w:r>
    </w:p>
    <w:p w14:paraId="4AE767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.Тератогенна </w:t>
      </w:r>
    </w:p>
    <w:p w14:paraId="2A72B01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Фетотоксична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CDA484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похилого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головний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запаморочення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пам’яті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анамнезі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черепно-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травма. Яку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D12E70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</w:p>
    <w:p w14:paraId="4935528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Снодійні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ABE93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.Нейролептики </w:t>
      </w:r>
    </w:p>
    <w:p w14:paraId="671F03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.Анальгетики </w:t>
      </w:r>
    </w:p>
    <w:p w14:paraId="2BE67B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41261F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ризик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0464C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Мутагенний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E355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4D01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Тератогенний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C446B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Фетотоксичний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7D9609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Бластомогенний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95BDC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похилого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закрепом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гіпотонія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товстого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кишечника.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хворому? </w:t>
      </w:r>
    </w:p>
    <w:p w14:paraId="2425D05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Бісакодил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9B697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</w:p>
    <w:p w14:paraId="4CD5B0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Касторову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CD8131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Ацеклідин</w:t>
      </w:r>
      <w:proofErr w:type="spellEnd"/>
    </w:p>
    <w:p w14:paraId="48624D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Прозерін</w:t>
      </w:r>
      <w:proofErr w:type="spellEnd"/>
    </w:p>
    <w:p w14:paraId="7E4D8F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ембріональному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перш за все: </w:t>
      </w:r>
    </w:p>
    <w:p w14:paraId="00797A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недосконалістю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F69B8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Великою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гістогематичних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бар’єрів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5CCB5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об’ємом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екстрацелюлярної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948AD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абсорбувати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екскретувати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водорозчинні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445FAC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 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Дозріванням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органах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BB354C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9C91D82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37DC065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A4AB710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36. ЗАСОБИ, ЩО ВПЛИВАЮТЬ НА МІОМЕТРІЙ.</w:t>
      </w:r>
    </w:p>
    <w:p w14:paraId="0F5DA886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1716C9A4" w14:textId="77777777" w:rsidR="00A904C4" w:rsidRPr="0063699D" w:rsidRDefault="00FC2AAC" w:rsidP="00BF6839">
      <w:pPr>
        <w:spacing w:before="120" w:after="120" w:line="360" w:lineRule="auto"/>
        <w:ind w:firstLine="720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природної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вимагає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компенсує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дефіцит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природних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симпатичної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парасимпатичної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ендокринної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викидня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зупинки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0424B74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A5587C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E474AB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00B2640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стимулюють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мускулатуру матки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утеротоніки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06C74D2E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окситоцин (2-5 ОД, 10 ОД),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пітуїтрин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терліпресин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6E88EB7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простенон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2B7D461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В1, С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матки.</w:t>
      </w:r>
    </w:p>
    <w:p w14:paraId="215B552C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Пахікарпін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рицинова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DF3AD9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ізоверин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9E163B5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ергометрин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барбарису (берберин),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грицики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водяний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перець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сферофізин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кровоспинної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Отруєння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алкалоїдами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ріжків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6BAFE88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Котарніну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C370D6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i/>
          <w:sz w:val="22"/>
          <w:lang w:val="ru-RU"/>
        </w:rPr>
        <w:t>розслаблюють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мускулатуру матки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утеро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токолітики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6ACC9BE1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партусістен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ритодрин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684F449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шляхів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59C5D92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атосибан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етанол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0ABEAE11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НПЗЗ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транквілізатори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наркозу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502877C0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(прогестерон) –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B86D5B8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вазотропні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калієвих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матки;</w:t>
      </w:r>
    </w:p>
    <w:p w14:paraId="3EC1CCEF" w14:textId="77777777" w:rsidR="00A904C4" w:rsidRPr="0063699D" w:rsidRDefault="00FC2AAC" w:rsidP="00A565D1">
      <w:pPr>
        <w:pStyle w:val="ListParagraph"/>
        <w:numPr>
          <w:ilvl w:val="0"/>
          <w:numId w:val="35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токолітичну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донатори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оксиду азоту, Н1-гістаміноблокатори,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адреноблокатори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антибрадикінові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ГАМК-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вітамінопрепарат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(токоферолу ацетат).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BDFC58A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2AA1B5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12E8D5FE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оформіть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вигляді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письмовій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додаткові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96639E2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Вводиться парентерально.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1C746F4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звужує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інволюції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післяпологовому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4F9CCCA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загрозі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передчасного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частому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надмірне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оволосіння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плода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E324C88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Біогенний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оказує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невагітної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так і в будь-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штучного аборту.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AAECD82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інволюції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післяпологовому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F0EAE60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Незважаючи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початкові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неповного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розкриття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шийки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вторинна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потрібно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обґрунтуйте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1444A8D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гіпотонічних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післяполговому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3ECED78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Неорганічна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парентеральному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токолітичним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рахунок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міотропної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заспокійливим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снодійним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35F0429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Заповніть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F2F8491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матки.</w:t>
      </w:r>
    </w:p>
    <w:p w14:paraId="6CFD893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5584E076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токолітик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γ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аміномасляної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Легко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гематоенцефалічний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бар’єр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седативну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снодійну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добре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розслаблює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стійкість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тканин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гіпоксії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Малотоксичний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Опішить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показання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A3E99A" w14:textId="77777777" w:rsidR="00A904C4" w:rsidRPr="0063699D" w:rsidRDefault="00FC2AAC" w:rsidP="00A565D1">
      <w:pPr>
        <w:pStyle w:val="ListParagraph"/>
        <w:numPr>
          <w:ilvl w:val="0"/>
          <w:numId w:val="35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Адренергічний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загрозі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викидня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C45B7D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9ABDA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50F0F1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зв`язку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післяпологовому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породіллі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467035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оксибутират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</w:t>
      </w:r>
    </w:p>
    <w:p w14:paraId="59D073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Ергометрин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CE9D3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Сальбутамол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</w:t>
      </w:r>
    </w:p>
    <w:p w14:paraId="216E3A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1CC09BD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   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242702C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породіллі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розпочалася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(потуги,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відходження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вод),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шийка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розкрита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07A1B8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Партусистен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222645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Динопростон</w:t>
      </w:r>
      <w:proofErr w:type="spellEnd"/>
    </w:p>
    <w:p w14:paraId="5C6F61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 Окситоцин</w:t>
      </w:r>
    </w:p>
    <w:p w14:paraId="37FA537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Но-шпа  </w:t>
      </w:r>
    </w:p>
    <w:p w14:paraId="195FE7A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 </w:t>
      </w:r>
    </w:p>
    <w:p w14:paraId="0F469D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поступила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строку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пологи.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шийка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розкрита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потужні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природи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 </w:t>
      </w:r>
    </w:p>
    <w:p w14:paraId="231DBA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Прогестерон  </w:t>
      </w:r>
    </w:p>
    <w:p w14:paraId="469894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Метандростенолон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68F593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Окситоцин  </w:t>
      </w:r>
    </w:p>
    <w:p w14:paraId="245FBB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Гідрокортизон</w:t>
      </w:r>
      <w:proofErr w:type="spellEnd"/>
    </w:p>
    <w:p w14:paraId="07A4248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Альдостерон  </w:t>
      </w:r>
    </w:p>
    <w:p w14:paraId="3F19E99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внутришньом'язово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сірчанокислу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магнезію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породіллі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антидот?</w:t>
      </w:r>
    </w:p>
    <w:p w14:paraId="6022450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 </w:t>
      </w:r>
    </w:p>
    <w:p w14:paraId="1DBFFAB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  </w:t>
      </w:r>
    </w:p>
    <w:p w14:paraId="6901DC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 </w:t>
      </w:r>
    </w:p>
    <w:p w14:paraId="077BBA6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бромід</w:t>
      </w:r>
      <w:proofErr w:type="spellEnd"/>
    </w:p>
    <w:p w14:paraId="30AAEE4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288463C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гінекологічному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видалення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перериванням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ввели в/м 1мл препарату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анамнезі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початкова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найбільш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вдалий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F57D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Динопростон</w:t>
      </w:r>
      <w:proofErr w:type="spellEnd"/>
    </w:p>
    <w:p w14:paraId="59ECA7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Прогестерон  </w:t>
      </w:r>
    </w:p>
    <w:p w14:paraId="66DE8D7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 Окситоцин</w:t>
      </w:r>
    </w:p>
    <w:p w14:paraId="02E58B1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Ергометрин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B158CB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44C3BA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Каретою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будинок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доставлена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загрозою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3DE1F5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Ергометрин</w:t>
      </w:r>
      <w:proofErr w:type="spellEnd"/>
    </w:p>
    <w:p w14:paraId="1B6472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Окситоцин  </w:t>
      </w:r>
    </w:p>
    <w:p w14:paraId="7793AB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Котарніну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хлорід</w:t>
      </w:r>
      <w:proofErr w:type="spellEnd"/>
    </w:p>
    <w:p w14:paraId="771C009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4EC5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Партусистен</w:t>
      </w:r>
      <w:proofErr w:type="spellEnd"/>
    </w:p>
    <w:p w14:paraId="510208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попередження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вагітній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ввели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протисудомний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жовчогінний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матки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припинилися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заспокійливий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561AD4A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</w:t>
      </w:r>
    </w:p>
    <w:p w14:paraId="5E5D31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Партусистен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3830DCB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Пітуїтрин</w:t>
      </w:r>
      <w:proofErr w:type="spellEnd"/>
    </w:p>
    <w:p w14:paraId="4590AD3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Салбутамол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A51715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Ергометрину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малеат</w:t>
      </w:r>
      <w:proofErr w:type="spellEnd"/>
    </w:p>
    <w:p w14:paraId="0176F5F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тонус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бронхолітичною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BC613B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 Окситоцин</w:t>
      </w:r>
    </w:p>
    <w:p w14:paraId="08F016C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Динопростон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7DA76CF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Хінін</w:t>
      </w:r>
      <w:proofErr w:type="spellEnd"/>
    </w:p>
    <w:p w14:paraId="1B0B5B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Салбутамол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CCAF7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Ергометрин</w:t>
      </w:r>
      <w:proofErr w:type="spellEnd"/>
    </w:p>
    <w:p w14:paraId="50736D3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гангліоблокуючої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здійснює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мускулатуру матки.</w:t>
      </w:r>
    </w:p>
    <w:p w14:paraId="77310D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Пахікарпин</w:t>
      </w:r>
      <w:proofErr w:type="spellEnd"/>
    </w:p>
    <w:p w14:paraId="2FE493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</w:p>
    <w:p w14:paraId="6F0085E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 Прогестерон</w:t>
      </w:r>
    </w:p>
    <w:p w14:paraId="021D661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CE1D6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Прозерин</w:t>
      </w:r>
      <w:proofErr w:type="spellEnd"/>
    </w:p>
    <w:p w14:paraId="3EF364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переважно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A74072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Салбутамол</w:t>
      </w:r>
      <w:proofErr w:type="spellEnd"/>
    </w:p>
    <w:p w14:paraId="704262D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В. Окситоцин</w:t>
      </w:r>
    </w:p>
    <w:p w14:paraId="3DD5BFF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С. Фенотерол</w:t>
      </w:r>
    </w:p>
    <w:p w14:paraId="4C336B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Пітуїтрин</w:t>
      </w:r>
      <w:proofErr w:type="spellEnd"/>
    </w:p>
    <w:p w14:paraId="6BC26D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Магнію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сальфат</w:t>
      </w:r>
      <w:proofErr w:type="spellEnd"/>
    </w:p>
    <w:p w14:paraId="1CFFEC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окситоцину:</w:t>
      </w:r>
    </w:p>
    <w:p w14:paraId="212478C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А. 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похідним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простагландину Е2</w:t>
      </w:r>
    </w:p>
    <w:p w14:paraId="0F3A6A4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В. Є гормоном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частки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гіпофіза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F0BBC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С.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скорочувальну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</w:p>
    <w:p w14:paraId="103FAF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скорочувальну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міометрія</w:t>
      </w:r>
      <w:proofErr w:type="spellEnd"/>
    </w:p>
    <w:p w14:paraId="764C97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Е.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Зупиняє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секрецію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молока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годують</w:t>
      </w:r>
      <w:proofErr w:type="spellEnd"/>
    </w:p>
    <w:p w14:paraId="7EE743CF" w14:textId="728AD9F9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гормони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входять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складу.</w:t>
      </w:r>
    </w:p>
    <w:p w14:paraId="092148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Окситоцин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вазопресин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CF74EC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.Окситоцин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естрадіол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696790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.Окситоцин та прогестерон </w:t>
      </w:r>
    </w:p>
    <w:p w14:paraId="25AE76C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Вазопресин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естрадіол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10FC4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Вазопресин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прогестерон </w:t>
      </w:r>
    </w:p>
    <w:p w14:paraId="44E108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Породіллі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пологової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діяльності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пітуітрин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буде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протипоказано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7FED90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</w:p>
    <w:p w14:paraId="56D9AB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астма </w:t>
      </w:r>
    </w:p>
    <w:p w14:paraId="778212B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хвороба </w:t>
      </w:r>
    </w:p>
    <w:p w14:paraId="5413D5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7E55D0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52F05A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7F79F6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1ABB2F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2FDD1E5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 xml:space="preserve">Тема №37-39.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Хронофармакологія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Гендерна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Генетичні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спадкові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>.</w:t>
      </w:r>
    </w:p>
    <w:p w14:paraId="0E6A3D6C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CC31C32" w14:textId="77777777" w:rsidR="00A904C4" w:rsidRPr="0063699D" w:rsidRDefault="00FC2AAC" w:rsidP="00BF6839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</w:rPr>
        <w:t>    </w:t>
      </w:r>
      <w:proofErr w:type="spellStart"/>
      <w:r w:rsidRPr="0063699D">
        <w:rPr>
          <w:rFonts w:asciiTheme="majorBidi" w:hAnsiTheme="majorBidi" w:cstheme="majorBidi"/>
          <w:sz w:val="22"/>
        </w:rPr>
        <w:t>Основними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завданнями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хронофармакології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вираженість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оцінка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ритмічні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коливання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Розробка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першої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із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зазначених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проблем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дозволила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довести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коливання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часі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фізіологічних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неминуче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обумовлює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нестаціонарний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періодичний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характер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дії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цим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особливого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набуває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розуміння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ритмів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</w:rPr>
        <w:t>цілодобових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</w:rPr>
        <w:t>циркадіанних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</w:rPr>
        <w:t>місячних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сезонних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зокрема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що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від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часу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доби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істотно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коливається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</w:rPr>
        <w:t>різними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фармакологічними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властивостями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наприклад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снодійних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нейролептиків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антигістамінних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протипухлинних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гормональних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т.д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Це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дозволило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рекомендувати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оптимальні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ряду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зміною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їх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різний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час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доби</w:t>
      </w:r>
      <w:proofErr w:type="spellEnd"/>
      <w:r w:rsidRPr="0063699D">
        <w:rPr>
          <w:rFonts w:asciiTheme="majorBidi" w:hAnsiTheme="majorBidi" w:cstheme="majorBidi"/>
          <w:sz w:val="22"/>
        </w:rPr>
        <w:t>.</w:t>
      </w:r>
    </w:p>
    <w:p w14:paraId="041D7A5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привертають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гендерні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аспекти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b/>
          <w:sz w:val="22"/>
          <w:lang w:val="ru-RU"/>
        </w:rPr>
        <w:t>«</w:t>
      </w:r>
      <w:r w:rsidRPr="0063699D">
        <w:rPr>
          <w:rFonts w:asciiTheme="majorBidi" w:hAnsiTheme="majorBidi" w:cstheme="majorBidi"/>
          <w:sz w:val="22"/>
          <w:lang w:val="ru-RU"/>
        </w:rPr>
        <w:t>гендер</w:t>
      </w:r>
      <w:r w:rsidRPr="0063699D">
        <w:rPr>
          <w:rFonts w:asciiTheme="majorBidi" w:hAnsiTheme="majorBidi" w:cstheme="majorBidi"/>
          <w:b/>
          <w:sz w:val="22"/>
          <w:lang w:val="ru-RU"/>
        </w:rPr>
        <w:t>»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означає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роду і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ширшим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«стать».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Підставою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гендерного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підходу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морфологічні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чоловічого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жіночого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А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гендерна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самостійний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гендерної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EB1CB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науковий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напрямок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детерміновані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закономірностей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розходжень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ксенобіотиків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дозволяє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негативного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боку конкретного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BB992C3" w14:textId="77777777" w:rsidR="00A904C4" w:rsidRPr="0063699D" w:rsidRDefault="00FC2AAC">
      <w:pPr>
        <w:spacing w:before="120" w:after="12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заняття.</w:t>
      </w:r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гендерних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9402D77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</w:rPr>
        <w:t>I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1E1CF3EB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C62F00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ціркадіанні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ультрадіанні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інфрадіанні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сезонних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05E86B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Хронокінетика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хронофармакодинаміка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хронестезія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22B22D69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884D523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Роль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мелатоніну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AF157D7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Хронотерапевтичні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схеми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(НПЗЗ,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сердечні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глікозиди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метилксантини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анальгетики,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біогенні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7C38874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Гендерні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оказують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біодоступність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екскрецію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</w:p>
    <w:p w14:paraId="5356B091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Гендерні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оказують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проблемами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FC09021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Перспективи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9661994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CF02991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Р450-залежної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мікросомального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окислювання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Р450.</w:t>
      </w:r>
    </w:p>
    <w:p w14:paraId="6477819B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Поліморфізм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окислювання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7B400A8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етанолу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варіанти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алкогольдегидрогенази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поліморфізм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наркоманії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F8A15B5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 ІІ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біотрасформації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УДФ-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глюкуронілтрансферази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поліморфізм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F6F9113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Поліморфізм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ацетиліювання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61D7B50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метиліювання</w:t>
      </w:r>
      <w:proofErr w:type="spellEnd"/>
    </w:p>
    <w:p w14:paraId="44109E1A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транспортерів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 АТФ-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Переносники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катіонів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Сімейство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транспортерів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пептидів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C8E36D1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D9D4EF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феномени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глухота, глаукома, астма.</w:t>
      </w:r>
    </w:p>
    <w:p w14:paraId="6DCA829A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Молекулярні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r w:rsidRPr="0063699D">
        <w:rPr>
          <w:rFonts w:asciiTheme="majorBidi" w:hAnsiTheme="majorBidi" w:cstheme="majorBidi"/>
          <w:sz w:val="22"/>
        </w:rPr>
        <w:t>G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 з ферментами;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внутрішньоклітинні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014D7A" w14:textId="77777777" w:rsidR="00A904C4" w:rsidRPr="0063699D" w:rsidRDefault="00FC2AAC" w:rsidP="00A565D1">
      <w:pPr>
        <w:pStyle w:val="ListParagraph"/>
        <w:numPr>
          <w:ilvl w:val="0"/>
          <w:numId w:val="35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вазопресину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естрогенам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605FACB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2E72FD70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</w:rPr>
        <w:t>II</w:t>
      </w:r>
      <w:r w:rsidRPr="0063699D">
        <w:rPr>
          <w:rFonts w:asciiTheme="majorBidi" w:hAnsiTheme="majorBidi" w:cstheme="majorBidi"/>
          <w:b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0C71744D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хронотерапевтичну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схему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точки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2728AC4" w14:textId="75FBF593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таблицю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рекомендації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 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хронофармакології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»:</w:t>
      </w:r>
    </w:p>
    <w:p w14:paraId="1F424E75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два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вранці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2/3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 вдень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решту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1/3.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Випишіть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рецепт.</w:t>
      </w:r>
    </w:p>
    <w:p w14:paraId="4DC89C65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Наведіть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приклади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атипових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людей. 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424A9E2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поліморфізм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β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адренорецепторів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2D95F8C0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астмою,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носіями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аллелі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16</w:t>
      </w:r>
      <w:r w:rsidRPr="0063699D">
        <w:rPr>
          <w:rFonts w:asciiTheme="majorBidi" w:hAnsiTheme="majorBidi" w:cstheme="majorBidi"/>
          <w:sz w:val="22"/>
        </w:rPr>
        <w:t>GLY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привабливими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D74B9AF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генотипом </w:t>
      </w:r>
      <w:r w:rsidRPr="0063699D">
        <w:rPr>
          <w:rFonts w:asciiTheme="majorBidi" w:hAnsiTheme="majorBidi" w:cstheme="majorBidi"/>
          <w:sz w:val="22"/>
        </w:rPr>
        <w:t>DD</w:t>
      </w:r>
      <w:r w:rsidRPr="0063699D">
        <w:rPr>
          <w:rFonts w:asciiTheme="majorBidi" w:hAnsiTheme="majorBidi" w:cstheme="majorBidi"/>
          <w:sz w:val="22"/>
          <w:lang w:val="ru-RU"/>
        </w:rPr>
        <w:t xml:space="preserve"> гена,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кодує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20469E8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сухого кашлю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АПФ.</w:t>
      </w:r>
    </w:p>
    <w:p w14:paraId="6E5FC285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ідіопатичним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подовженого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інтервалу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Q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r w:rsidRPr="0063699D">
        <w:rPr>
          <w:rFonts w:asciiTheme="majorBidi" w:hAnsiTheme="majorBidi" w:cstheme="majorBidi"/>
          <w:sz w:val="22"/>
        </w:rPr>
        <w:t>T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спровокувати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аритмію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тину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пірует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»?</w:t>
      </w:r>
    </w:p>
    <w:p w14:paraId="6AB64EF7" w14:textId="77777777" w:rsidR="00A904C4" w:rsidRPr="0063699D" w:rsidRDefault="00FC2AAC" w:rsidP="00A565D1">
      <w:pPr>
        <w:pStyle w:val="ListParagraph"/>
        <w:numPr>
          <w:ilvl w:val="0"/>
          <w:numId w:val="35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успадковується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дефіцит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глюкозо-6-фосфатдегідрогенази?</w:t>
      </w:r>
    </w:p>
    <w:p w14:paraId="6F00543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7AAC815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46EA2C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ультрадіанний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20CCA5AD" w14:textId="77777777" w:rsidR="00A904C4" w:rsidRPr="0063699D" w:rsidRDefault="00FC2AAC" w:rsidP="00A565D1">
      <w:pPr>
        <w:pStyle w:val="ListParagraph"/>
        <w:numPr>
          <w:ilvl w:val="0"/>
          <w:numId w:val="3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 годин</w:t>
      </w:r>
    </w:p>
    <w:p w14:paraId="65FCA76D" w14:textId="77777777" w:rsidR="00A904C4" w:rsidRPr="0063699D" w:rsidRDefault="00FC2AAC" w:rsidP="00A565D1">
      <w:pPr>
        <w:pStyle w:val="ListParagraph"/>
        <w:numPr>
          <w:ilvl w:val="0"/>
          <w:numId w:val="3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 годин</w:t>
      </w:r>
    </w:p>
    <w:p w14:paraId="28AFE8AD" w14:textId="77777777" w:rsidR="00A904C4" w:rsidRPr="0063699D" w:rsidRDefault="00FC2AAC" w:rsidP="00A565D1">
      <w:pPr>
        <w:pStyle w:val="ListParagraph"/>
        <w:numPr>
          <w:ilvl w:val="0"/>
          <w:numId w:val="3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Менше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годин</w:t>
      </w:r>
    </w:p>
    <w:p w14:paraId="7F7DF3C9" w14:textId="77777777" w:rsidR="00A904C4" w:rsidRPr="0063699D" w:rsidRDefault="00FC2AAC" w:rsidP="00A565D1">
      <w:pPr>
        <w:pStyle w:val="ListParagraph"/>
        <w:numPr>
          <w:ilvl w:val="0"/>
          <w:numId w:val="3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годин</w:t>
      </w:r>
    </w:p>
    <w:p w14:paraId="1DFE560A" w14:textId="77777777" w:rsidR="00A904C4" w:rsidRPr="0063699D" w:rsidRDefault="00FC2AAC" w:rsidP="00A565D1">
      <w:pPr>
        <w:pStyle w:val="ListParagraph"/>
        <w:numPr>
          <w:ilvl w:val="0"/>
          <w:numId w:val="35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413786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циркадіанний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цілодобовий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циркадний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ритм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0A2B6C1E" w14:textId="77777777" w:rsidR="00A904C4" w:rsidRPr="0063699D" w:rsidRDefault="00FC2AAC" w:rsidP="00A565D1">
      <w:pPr>
        <w:pStyle w:val="ListParagraph"/>
        <w:numPr>
          <w:ilvl w:val="0"/>
          <w:numId w:val="3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до 28 годин</w:t>
      </w:r>
    </w:p>
    <w:p w14:paraId="3EDF80CF" w14:textId="77777777" w:rsidR="00A904C4" w:rsidRPr="0063699D" w:rsidRDefault="00FC2AAC" w:rsidP="00A565D1">
      <w:pPr>
        <w:pStyle w:val="ListParagraph"/>
        <w:numPr>
          <w:ilvl w:val="0"/>
          <w:numId w:val="3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28 до 72 годин</w:t>
      </w:r>
    </w:p>
    <w:p w14:paraId="1F5D4ABC" w14:textId="77777777" w:rsidR="00A904C4" w:rsidRPr="0063699D" w:rsidRDefault="00FC2AAC" w:rsidP="00A565D1">
      <w:pPr>
        <w:pStyle w:val="ListParagraph"/>
        <w:numPr>
          <w:ilvl w:val="0"/>
          <w:numId w:val="3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годин до 2,5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</w:p>
    <w:p w14:paraId="5908D75A" w14:textId="77777777" w:rsidR="00A904C4" w:rsidRPr="0063699D" w:rsidRDefault="00FC2AAC" w:rsidP="00A565D1">
      <w:pPr>
        <w:pStyle w:val="ListParagraph"/>
        <w:numPr>
          <w:ilvl w:val="0"/>
          <w:numId w:val="3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 годин до 2,5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</w:p>
    <w:p w14:paraId="433A755B" w14:textId="77777777" w:rsidR="00A904C4" w:rsidRPr="0063699D" w:rsidRDefault="00FC2AAC" w:rsidP="00A565D1">
      <w:pPr>
        <w:pStyle w:val="ListParagraph"/>
        <w:numPr>
          <w:ilvl w:val="0"/>
          <w:numId w:val="35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34B4FF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інфрадіанний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ритм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EC7EEDE" w14:textId="77777777" w:rsidR="00A904C4" w:rsidRPr="0063699D" w:rsidRDefault="00FC2AAC" w:rsidP="00A565D1">
      <w:pPr>
        <w:pStyle w:val="ListParagraph"/>
        <w:numPr>
          <w:ilvl w:val="0"/>
          <w:numId w:val="3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 до 28 годин</w:t>
      </w:r>
    </w:p>
    <w:p w14:paraId="7723759D" w14:textId="77777777" w:rsidR="00A904C4" w:rsidRPr="0063699D" w:rsidRDefault="00FC2AAC" w:rsidP="00A565D1">
      <w:pPr>
        <w:pStyle w:val="ListParagraph"/>
        <w:numPr>
          <w:ilvl w:val="0"/>
          <w:numId w:val="3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28 до 72 годин</w:t>
      </w:r>
    </w:p>
    <w:p w14:paraId="2664065E" w14:textId="77777777" w:rsidR="00A904C4" w:rsidRPr="0063699D" w:rsidRDefault="00FC2AAC" w:rsidP="00A565D1">
      <w:pPr>
        <w:pStyle w:val="ListParagraph"/>
        <w:numPr>
          <w:ilvl w:val="0"/>
          <w:numId w:val="3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годин до 2,5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</w:p>
    <w:p w14:paraId="66550137" w14:textId="77777777" w:rsidR="00A904C4" w:rsidRPr="0063699D" w:rsidRDefault="00FC2AAC" w:rsidP="00A565D1">
      <w:pPr>
        <w:pStyle w:val="ListParagraph"/>
        <w:numPr>
          <w:ilvl w:val="0"/>
          <w:numId w:val="3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24 годин до 2,5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діб</w:t>
      </w:r>
      <w:proofErr w:type="spellEnd"/>
    </w:p>
    <w:p w14:paraId="661C763E" w14:textId="77777777" w:rsidR="00A904C4" w:rsidRPr="0063699D" w:rsidRDefault="00FC2AAC" w:rsidP="00A565D1">
      <w:pPr>
        <w:pStyle w:val="ListParagraph"/>
        <w:numPr>
          <w:ilvl w:val="0"/>
          <w:numId w:val="35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45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хвилин</w:t>
      </w:r>
      <w:proofErr w:type="spellEnd"/>
    </w:p>
    <w:p w14:paraId="6CF10B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акрофазу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6532BAD" w14:textId="77777777" w:rsidR="00A904C4" w:rsidRPr="0063699D" w:rsidRDefault="00FC2AAC" w:rsidP="00A565D1">
      <w:pPr>
        <w:pStyle w:val="ListParagraph"/>
        <w:numPr>
          <w:ilvl w:val="0"/>
          <w:numId w:val="3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</w:p>
    <w:p w14:paraId="6FBF878D" w14:textId="77777777" w:rsidR="00A904C4" w:rsidRPr="0063699D" w:rsidRDefault="00FC2AAC" w:rsidP="00A565D1">
      <w:pPr>
        <w:pStyle w:val="ListParagraph"/>
        <w:numPr>
          <w:ilvl w:val="0"/>
          <w:numId w:val="3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</w:p>
    <w:p w14:paraId="21C0283B" w14:textId="77777777" w:rsidR="00A904C4" w:rsidRPr="0063699D" w:rsidRDefault="00FC2AAC" w:rsidP="00A565D1">
      <w:pPr>
        <w:pStyle w:val="ListParagraph"/>
        <w:numPr>
          <w:ilvl w:val="0"/>
          <w:numId w:val="3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пригнічується</w:t>
      </w:r>
      <w:proofErr w:type="spellEnd"/>
    </w:p>
    <w:p w14:paraId="63D42A96" w14:textId="77777777" w:rsidR="00A904C4" w:rsidRPr="0063699D" w:rsidRDefault="00FC2AAC" w:rsidP="00A565D1">
      <w:pPr>
        <w:pStyle w:val="ListParagraph"/>
        <w:numPr>
          <w:ilvl w:val="0"/>
          <w:numId w:val="3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</w:p>
    <w:p w14:paraId="5D729D73" w14:textId="77777777" w:rsidR="00A904C4" w:rsidRPr="0063699D" w:rsidRDefault="00FC2AAC" w:rsidP="00A565D1">
      <w:pPr>
        <w:pStyle w:val="ListParagraph"/>
        <w:numPr>
          <w:ilvl w:val="0"/>
          <w:numId w:val="35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Відкладається</w:t>
      </w:r>
      <w:proofErr w:type="spellEnd"/>
    </w:p>
    <w:p w14:paraId="110F20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мініфазу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C55A23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</w:p>
    <w:p w14:paraId="4C3D5686" w14:textId="77777777" w:rsidR="00A904C4" w:rsidRPr="0063699D" w:rsidRDefault="00FC2AAC" w:rsidP="00A565D1">
      <w:pPr>
        <w:pStyle w:val="ListParagraph"/>
        <w:numPr>
          <w:ilvl w:val="0"/>
          <w:numId w:val="3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змінюється</w:t>
      </w:r>
      <w:proofErr w:type="spellEnd"/>
    </w:p>
    <w:p w14:paraId="682D2925" w14:textId="77777777" w:rsidR="00A904C4" w:rsidRPr="0063699D" w:rsidRDefault="00FC2AAC" w:rsidP="00A565D1">
      <w:pPr>
        <w:pStyle w:val="ListParagraph"/>
        <w:numPr>
          <w:ilvl w:val="0"/>
          <w:numId w:val="3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пригнічується</w:t>
      </w:r>
      <w:proofErr w:type="spellEnd"/>
    </w:p>
    <w:p w14:paraId="279061CF" w14:textId="77777777" w:rsidR="00A904C4" w:rsidRPr="0063699D" w:rsidRDefault="00FC2AAC" w:rsidP="00A565D1">
      <w:pPr>
        <w:pStyle w:val="ListParagraph"/>
        <w:numPr>
          <w:ilvl w:val="0"/>
          <w:numId w:val="3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Підвищується</w:t>
      </w:r>
      <w:proofErr w:type="spellEnd"/>
    </w:p>
    <w:p w14:paraId="69051538" w14:textId="77777777" w:rsidR="00A904C4" w:rsidRPr="0063699D" w:rsidRDefault="00FC2AAC" w:rsidP="00A565D1">
      <w:pPr>
        <w:pStyle w:val="ListParagraph"/>
        <w:numPr>
          <w:ilvl w:val="0"/>
          <w:numId w:val="35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Відкладається</w:t>
      </w:r>
      <w:proofErr w:type="spellEnd"/>
    </w:p>
    <w:p w14:paraId="030BE91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Десинхроноз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розлади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біоритмів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7AF94EAC" w14:textId="77777777" w:rsidR="00A904C4" w:rsidRPr="0063699D" w:rsidRDefault="00FC2AAC" w:rsidP="00A565D1">
      <w:pPr>
        <w:pStyle w:val="ListParagraph"/>
        <w:numPr>
          <w:ilvl w:val="0"/>
          <w:numId w:val="3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Вітамінотерапії</w:t>
      </w:r>
      <w:proofErr w:type="spellEnd"/>
    </w:p>
    <w:p w14:paraId="494C1559" w14:textId="77777777" w:rsidR="00A904C4" w:rsidRPr="0063699D" w:rsidRDefault="00FC2AAC" w:rsidP="00A565D1">
      <w:pPr>
        <w:pStyle w:val="ListParagraph"/>
        <w:numPr>
          <w:ilvl w:val="0"/>
          <w:numId w:val="3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антиоксидантів</w:t>
      </w:r>
      <w:proofErr w:type="spellEnd"/>
    </w:p>
    <w:p w14:paraId="06DBC14A" w14:textId="77777777" w:rsidR="00A904C4" w:rsidRPr="0063699D" w:rsidRDefault="00FC2AAC" w:rsidP="00A565D1">
      <w:pPr>
        <w:pStyle w:val="ListParagraph"/>
        <w:numPr>
          <w:ilvl w:val="0"/>
          <w:numId w:val="3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</w:p>
    <w:p w14:paraId="3792F213" w14:textId="77777777" w:rsidR="00A904C4" w:rsidRPr="0063699D" w:rsidRDefault="00FC2AAC" w:rsidP="00A565D1">
      <w:pPr>
        <w:pStyle w:val="ListParagraph"/>
        <w:numPr>
          <w:ilvl w:val="0"/>
          <w:numId w:val="3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роботі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закритому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приміщенні</w:t>
      </w:r>
      <w:proofErr w:type="spellEnd"/>
    </w:p>
    <w:p w14:paraId="1B5D939A" w14:textId="77777777" w:rsidR="00A904C4" w:rsidRPr="0063699D" w:rsidRDefault="00FC2AAC" w:rsidP="00A565D1">
      <w:pPr>
        <w:pStyle w:val="ListParagraph"/>
        <w:numPr>
          <w:ilvl w:val="0"/>
          <w:numId w:val="35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переїзді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одного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тимчасового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поясу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інший</w:t>
      </w:r>
      <w:proofErr w:type="spellEnd"/>
    </w:p>
    <w:p w14:paraId="6FF446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людей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09406D65" w14:textId="77777777" w:rsidR="00A904C4" w:rsidRPr="0063699D" w:rsidRDefault="00FC2AAC" w:rsidP="00A565D1">
      <w:pPr>
        <w:pStyle w:val="ListParagraph"/>
        <w:numPr>
          <w:ilvl w:val="0"/>
          <w:numId w:val="3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Каталази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7B182A7" w14:textId="77777777" w:rsidR="00A904C4" w:rsidRPr="0063699D" w:rsidRDefault="00FC2AAC" w:rsidP="00A565D1">
      <w:pPr>
        <w:pStyle w:val="ListParagraph"/>
        <w:numPr>
          <w:ilvl w:val="0"/>
          <w:numId w:val="3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Псевдохолінестерази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FEDF4AB" w14:textId="77777777" w:rsidR="00A904C4" w:rsidRPr="0063699D" w:rsidRDefault="00FC2AAC" w:rsidP="00A565D1">
      <w:pPr>
        <w:pStyle w:val="ListParagraph"/>
        <w:numPr>
          <w:ilvl w:val="0"/>
          <w:numId w:val="3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Глюкозо-6-фосфатдегідрогенази</w:t>
      </w:r>
    </w:p>
    <w:p w14:paraId="26D02036" w14:textId="77777777" w:rsidR="00A904C4" w:rsidRPr="0063699D" w:rsidRDefault="00FC2AAC" w:rsidP="00A565D1">
      <w:pPr>
        <w:pStyle w:val="ListParagraph"/>
        <w:numPr>
          <w:ilvl w:val="0"/>
          <w:numId w:val="3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Ацетилтрансферази</w:t>
      </w:r>
      <w:proofErr w:type="spellEnd"/>
    </w:p>
    <w:p w14:paraId="19707429" w14:textId="77777777" w:rsidR="00A904C4" w:rsidRPr="0063699D" w:rsidRDefault="00FC2AAC" w:rsidP="00A565D1">
      <w:pPr>
        <w:pStyle w:val="ListParagraph"/>
        <w:numPr>
          <w:ilvl w:val="0"/>
          <w:numId w:val="36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Фосфодієстерази</w:t>
      </w:r>
      <w:proofErr w:type="spellEnd"/>
    </w:p>
    <w:p w14:paraId="0A2519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недостатньою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Г-6-ФДГ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C59677D" w14:textId="77777777" w:rsidR="00A904C4" w:rsidRPr="0063699D" w:rsidRDefault="00FC2AAC" w:rsidP="00A565D1">
      <w:pPr>
        <w:pStyle w:val="ListParagraph"/>
        <w:numPr>
          <w:ilvl w:val="0"/>
          <w:numId w:val="3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Суксаметоній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CE3FB9B" w14:textId="77777777" w:rsidR="00A904C4" w:rsidRPr="0063699D" w:rsidRDefault="00FC2AAC" w:rsidP="00A565D1">
      <w:pPr>
        <w:pStyle w:val="ListParagraph"/>
        <w:numPr>
          <w:ilvl w:val="0"/>
          <w:numId w:val="3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</w:t>
      </w:r>
      <w:proofErr w:type="spellEnd"/>
    </w:p>
    <w:p w14:paraId="713830F0" w14:textId="77777777" w:rsidR="00A904C4" w:rsidRPr="0063699D" w:rsidRDefault="00FC2AAC" w:rsidP="00A565D1">
      <w:pPr>
        <w:pStyle w:val="ListParagraph"/>
        <w:numPr>
          <w:ilvl w:val="0"/>
          <w:numId w:val="3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Примахін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BA59E8" w14:textId="77777777" w:rsidR="00A904C4" w:rsidRPr="0063699D" w:rsidRDefault="00FC2AAC" w:rsidP="00A565D1">
      <w:pPr>
        <w:pStyle w:val="ListParagraph"/>
        <w:numPr>
          <w:ilvl w:val="0"/>
          <w:numId w:val="3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</w:t>
      </w:r>
      <w:proofErr w:type="spellEnd"/>
    </w:p>
    <w:p w14:paraId="6F17D05A" w14:textId="77777777" w:rsidR="00A904C4" w:rsidRPr="0063699D" w:rsidRDefault="00FC2AAC" w:rsidP="00A565D1">
      <w:pPr>
        <w:pStyle w:val="ListParagraph"/>
        <w:numPr>
          <w:ilvl w:val="0"/>
          <w:numId w:val="36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Атропін</w:t>
      </w:r>
      <w:proofErr w:type="spellEnd"/>
    </w:p>
    <w:p w14:paraId="7FA0F9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Надмірна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ферменту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синтетази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амінолевуленової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людини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приводить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такого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як:</w:t>
      </w:r>
    </w:p>
    <w:p w14:paraId="5DA16618" w14:textId="77777777" w:rsidR="00A904C4" w:rsidRPr="0063699D" w:rsidRDefault="00FC2AAC" w:rsidP="00A565D1">
      <w:pPr>
        <w:pStyle w:val="ListParagraph"/>
        <w:numPr>
          <w:ilvl w:val="0"/>
          <w:numId w:val="3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D694F1" w14:textId="77777777" w:rsidR="00A904C4" w:rsidRPr="0063699D" w:rsidRDefault="00FC2AAC" w:rsidP="00A565D1">
      <w:pPr>
        <w:pStyle w:val="ListParagraph"/>
        <w:numPr>
          <w:ilvl w:val="0"/>
          <w:numId w:val="3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Акаталазія</w:t>
      </w:r>
      <w:proofErr w:type="spellEnd"/>
    </w:p>
    <w:p w14:paraId="2A1C9C72" w14:textId="77777777" w:rsidR="00A904C4" w:rsidRPr="0063699D" w:rsidRDefault="00FC2AAC" w:rsidP="00A565D1">
      <w:pPr>
        <w:pStyle w:val="ListParagraph"/>
        <w:numPr>
          <w:ilvl w:val="0"/>
          <w:numId w:val="3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Порфірія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6AA926A" w14:textId="77777777" w:rsidR="00A904C4" w:rsidRPr="0063699D" w:rsidRDefault="00FC2AAC" w:rsidP="00A565D1">
      <w:pPr>
        <w:pStyle w:val="ListParagraph"/>
        <w:numPr>
          <w:ilvl w:val="0"/>
          <w:numId w:val="3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Поліневрит</w:t>
      </w:r>
      <w:proofErr w:type="spellEnd"/>
    </w:p>
    <w:p w14:paraId="78BFAD8B" w14:textId="77777777" w:rsidR="00A904C4" w:rsidRPr="0063699D" w:rsidRDefault="00FC2AAC" w:rsidP="00A565D1">
      <w:pPr>
        <w:pStyle w:val="ListParagraph"/>
        <w:numPr>
          <w:ilvl w:val="0"/>
          <w:numId w:val="36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Інсомнія</w:t>
      </w:r>
      <w:proofErr w:type="spellEnd"/>
    </w:p>
    <w:p w14:paraId="6C71A0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порфірії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α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амінолевуленової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провокується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такими препаратами, як: </w:t>
      </w:r>
    </w:p>
    <w:p w14:paraId="5E331404" w14:textId="77777777" w:rsidR="00A904C4" w:rsidRPr="0063699D" w:rsidRDefault="00FC2AAC" w:rsidP="00A565D1">
      <w:pPr>
        <w:pStyle w:val="ListParagraph"/>
        <w:numPr>
          <w:ilvl w:val="0"/>
          <w:numId w:val="3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Барбітурати</w:t>
      </w:r>
      <w:proofErr w:type="spellEnd"/>
    </w:p>
    <w:p w14:paraId="6893D02B" w14:textId="77777777" w:rsidR="00A904C4" w:rsidRPr="0063699D" w:rsidRDefault="00FC2AAC" w:rsidP="00A565D1">
      <w:pPr>
        <w:pStyle w:val="ListParagraph"/>
        <w:numPr>
          <w:ilvl w:val="0"/>
          <w:numId w:val="3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Місцевоанестезуючи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</w:p>
    <w:p w14:paraId="09A5DEFC" w14:textId="77777777" w:rsidR="00A904C4" w:rsidRPr="0063699D" w:rsidRDefault="00FC2AAC" w:rsidP="00A565D1">
      <w:pPr>
        <w:pStyle w:val="ListParagraph"/>
        <w:numPr>
          <w:ilvl w:val="0"/>
          <w:numId w:val="3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В'яжучі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B682976" w14:textId="77777777" w:rsidR="00A904C4" w:rsidRPr="0063699D" w:rsidRDefault="00FC2AAC" w:rsidP="00A565D1">
      <w:pPr>
        <w:pStyle w:val="ListParagraph"/>
        <w:numPr>
          <w:ilvl w:val="0"/>
          <w:numId w:val="3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</w:p>
    <w:p w14:paraId="260B6B63" w14:textId="77777777" w:rsidR="00A904C4" w:rsidRPr="0063699D" w:rsidRDefault="00FC2AAC" w:rsidP="00A565D1">
      <w:pPr>
        <w:pStyle w:val="ListParagraph"/>
        <w:numPr>
          <w:ilvl w:val="0"/>
          <w:numId w:val="36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Адсорбуючі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</w:p>
    <w:p w14:paraId="1F236E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ембріональному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повільніше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дорослому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плода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перш за все:</w:t>
      </w:r>
    </w:p>
    <w:p w14:paraId="2D507E61" w14:textId="77777777" w:rsidR="00A904C4" w:rsidRPr="0063699D" w:rsidRDefault="00FC2AAC" w:rsidP="00A565D1">
      <w:pPr>
        <w:pStyle w:val="ListParagraph"/>
        <w:numPr>
          <w:ilvl w:val="0"/>
          <w:numId w:val="3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недосконалістю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відсутністю</w:t>
      </w:r>
      <w:proofErr w:type="spellEnd"/>
    </w:p>
    <w:p w14:paraId="040D11DB" w14:textId="77777777" w:rsidR="00A904C4" w:rsidRPr="0063699D" w:rsidRDefault="00FC2AAC" w:rsidP="00A565D1">
      <w:pPr>
        <w:pStyle w:val="ListParagraph"/>
        <w:numPr>
          <w:ilvl w:val="0"/>
          <w:numId w:val="3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Великою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гістогематичних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бар’єрів</w:t>
      </w:r>
      <w:proofErr w:type="spellEnd"/>
    </w:p>
    <w:p w14:paraId="04729E08" w14:textId="77777777" w:rsidR="00A904C4" w:rsidRPr="0063699D" w:rsidRDefault="00FC2AAC" w:rsidP="00A565D1">
      <w:pPr>
        <w:pStyle w:val="ListParagraph"/>
        <w:numPr>
          <w:ilvl w:val="0"/>
          <w:numId w:val="3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об’ємом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екстрацелюлярної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рідини</w:t>
      </w:r>
      <w:proofErr w:type="spellEnd"/>
    </w:p>
    <w:p w14:paraId="3C255779" w14:textId="77777777" w:rsidR="00A904C4" w:rsidRPr="0063699D" w:rsidRDefault="00FC2AAC" w:rsidP="00A565D1">
      <w:pPr>
        <w:pStyle w:val="ListParagraph"/>
        <w:numPr>
          <w:ilvl w:val="0"/>
          <w:numId w:val="3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абсорбувати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екскретувати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водорозчинні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</w:p>
    <w:p w14:paraId="7F998A21" w14:textId="77777777" w:rsidR="00A904C4" w:rsidRPr="0063699D" w:rsidRDefault="00FC2AAC" w:rsidP="00A565D1">
      <w:pPr>
        <w:pStyle w:val="ListParagraph"/>
        <w:numPr>
          <w:ilvl w:val="0"/>
          <w:numId w:val="36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“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Дозріванням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”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органах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</w:p>
    <w:p w14:paraId="405517A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глюкозо-6-фосфатдегідрогенази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протималярійних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атипових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B78A79A" w14:textId="77777777" w:rsidR="00A904C4" w:rsidRPr="0063699D" w:rsidRDefault="00FC2AAC" w:rsidP="00A565D1">
      <w:pPr>
        <w:pStyle w:val="ListParagraph"/>
        <w:numPr>
          <w:ilvl w:val="0"/>
          <w:numId w:val="3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</w:p>
    <w:p w14:paraId="7EC27B2F" w14:textId="77777777" w:rsidR="00A904C4" w:rsidRPr="0063699D" w:rsidRDefault="00FC2AAC" w:rsidP="00A565D1">
      <w:pPr>
        <w:pStyle w:val="ListParagraph"/>
        <w:numPr>
          <w:ilvl w:val="0"/>
          <w:numId w:val="3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</w:p>
    <w:p w14:paraId="05FCBBC7" w14:textId="77777777" w:rsidR="00A904C4" w:rsidRPr="0063699D" w:rsidRDefault="00FC2AAC" w:rsidP="00A565D1">
      <w:pPr>
        <w:pStyle w:val="ListParagraph"/>
        <w:numPr>
          <w:ilvl w:val="0"/>
          <w:numId w:val="3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Сенсибілізація</w:t>
      </w:r>
      <w:proofErr w:type="spellEnd"/>
    </w:p>
    <w:p w14:paraId="4BBC84F4" w14:textId="77777777" w:rsidR="00A904C4" w:rsidRPr="0063699D" w:rsidRDefault="00FC2AAC" w:rsidP="00A565D1">
      <w:pPr>
        <w:pStyle w:val="ListParagraph"/>
        <w:numPr>
          <w:ilvl w:val="0"/>
          <w:numId w:val="3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A455F4E" w14:textId="77777777" w:rsidR="00A904C4" w:rsidRPr="0063699D" w:rsidRDefault="00FC2AAC" w:rsidP="00A565D1">
      <w:pPr>
        <w:pStyle w:val="ListParagraph"/>
        <w:numPr>
          <w:ilvl w:val="0"/>
          <w:numId w:val="36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</w:p>
    <w:p w14:paraId="726604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той факт,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ізоніазиду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підбирається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обов`язковим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контролем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перших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ED8173F" w14:textId="77777777" w:rsidR="00A904C4" w:rsidRPr="0063699D" w:rsidRDefault="00FC2AAC" w:rsidP="00A565D1">
      <w:pPr>
        <w:pStyle w:val="ListParagraph"/>
        <w:numPr>
          <w:ilvl w:val="0"/>
          <w:numId w:val="3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</w:t>
      </w:r>
    </w:p>
    <w:p w14:paraId="53009E3B" w14:textId="77777777" w:rsidR="00A904C4" w:rsidRPr="0063699D" w:rsidRDefault="00FC2AAC" w:rsidP="00A565D1">
      <w:pPr>
        <w:pStyle w:val="ListParagraph"/>
        <w:numPr>
          <w:ilvl w:val="0"/>
          <w:numId w:val="3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</w:t>
      </w:r>
    </w:p>
    <w:p w14:paraId="59C32F2C" w14:textId="77777777" w:rsidR="00A904C4" w:rsidRPr="0063699D" w:rsidRDefault="00FC2AAC" w:rsidP="00A565D1">
      <w:pPr>
        <w:pStyle w:val="ListParagraph"/>
        <w:numPr>
          <w:ilvl w:val="0"/>
          <w:numId w:val="3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</w:p>
    <w:p w14:paraId="2FF5A0D9" w14:textId="77777777" w:rsidR="00A904C4" w:rsidRPr="0063699D" w:rsidRDefault="00FC2AAC" w:rsidP="00A565D1">
      <w:pPr>
        <w:pStyle w:val="ListParagraph"/>
        <w:numPr>
          <w:ilvl w:val="0"/>
          <w:numId w:val="3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Подразнюючою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</w:t>
      </w:r>
    </w:p>
    <w:p w14:paraId="7D2873F4" w14:textId="77777777" w:rsidR="00A904C4" w:rsidRPr="0063699D" w:rsidRDefault="00FC2AAC" w:rsidP="00A565D1">
      <w:pPr>
        <w:pStyle w:val="ListParagraph"/>
        <w:numPr>
          <w:ilvl w:val="0"/>
          <w:numId w:val="36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гемолітичної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анемії</w:t>
      </w:r>
      <w:proofErr w:type="spellEnd"/>
    </w:p>
    <w:p w14:paraId="13F550A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Надмірно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дитилина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523D7A1" w14:textId="77777777" w:rsidR="00A904C4" w:rsidRPr="0063699D" w:rsidRDefault="00FC2AAC" w:rsidP="00A565D1">
      <w:pPr>
        <w:pStyle w:val="ListParagraph"/>
        <w:numPr>
          <w:ilvl w:val="0"/>
          <w:numId w:val="3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Ацетилтрансферази</w:t>
      </w:r>
      <w:proofErr w:type="spellEnd"/>
    </w:p>
    <w:p w14:paraId="0B1427D7" w14:textId="77777777" w:rsidR="00A904C4" w:rsidRPr="0063699D" w:rsidRDefault="00FC2AAC" w:rsidP="00A565D1">
      <w:pPr>
        <w:pStyle w:val="ListParagraph"/>
        <w:numPr>
          <w:ilvl w:val="0"/>
          <w:numId w:val="3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Глюкозо-6-фосфат-дегідрогеназы</w:t>
      </w:r>
    </w:p>
    <w:p w14:paraId="1F49093F" w14:textId="77777777" w:rsidR="00A904C4" w:rsidRPr="0063699D" w:rsidRDefault="00FC2AAC" w:rsidP="00A565D1">
      <w:pPr>
        <w:pStyle w:val="ListParagraph"/>
        <w:numPr>
          <w:ilvl w:val="0"/>
          <w:numId w:val="3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Пероксидази</w:t>
      </w:r>
      <w:proofErr w:type="spellEnd"/>
    </w:p>
    <w:p w14:paraId="4FF47AD2" w14:textId="77777777" w:rsidR="00A904C4" w:rsidRPr="0063699D" w:rsidRDefault="00FC2AAC" w:rsidP="00A565D1">
      <w:pPr>
        <w:pStyle w:val="ListParagraph"/>
        <w:numPr>
          <w:ilvl w:val="0"/>
          <w:numId w:val="3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Псевдохолінэстерази</w:t>
      </w:r>
      <w:proofErr w:type="spellEnd"/>
    </w:p>
    <w:p w14:paraId="7118A852" w14:textId="77777777" w:rsidR="00A904C4" w:rsidRPr="0063699D" w:rsidRDefault="00FC2AAC" w:rsidP="00A565D1">
      <w:pPr>
        <w:pStyle w:val="ListParagraph"/>
        <w:numPr>
          <w:ilvl w:val="0"/>
          <w:numId w:val="36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Амілази</w:t>
      </w:r>
      <w:proofErr w:type="spellEnd"/>
    </w:p>
    <w:p w14:paraId="59FE506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травмпункт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нагноєння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різаної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рани. </w:t>
      </w:r>
      <w:r w:rsidRPr="0063699D">
        <w:rPr>
          <w:rFonts w:asciiTheme="majorBidi" w:hAnsiTheme="majorBidi" w:cstheme="majorBidi"/>
          <w:sz w:val="22"/>
        </w:rPr>
        <w:t>B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рани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гнійних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розчином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перекису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водню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0C5FF1D1" w14:textId="77777777" w:rsidR="00A904C4" w:rsidRPr="0063699D" w:rsidRDefault="00FC2AAC" w:rsidP="00A565D1">
      <w:pPr>
        <w:pStyle w:val="ListParagraph"/>
        <w:numPr>
          <w:ilvl w:val="0"/>
          <w:numId w:val="3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каталази</w:t>
      </w:r>
      <w:proofErr w:type="spellEnd"/>
    </w:p>
    <w:p w14:paraId="57CC8357" w14:textId="77777777" w:rsidR="00A904C4" w:rsidRPr="0063699D" w:rsidRDefault="00FC2AAC" w:rsidP="00A565D1">
      <w:pPr>
        <w:pStyle w:val="ListParagraph"/>
        <w:numPr>
          <w:ilvl w:val="0"/>
          <w:numId w:val="3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пероксидази</w:t>
      </w:r>
      <w:proofErr w:type="spellEnd"/>
    </w:p>
    <w:p w14:paraId="5BD78515" w14:textId="77777777" w:rsidR="00A904C4" w:rsidRPr="0063699D" w:rsidRDefault="00FC2AAC" w:rsidP="00A565D1">
      <w:pPr>
        <w:pStyle w:val="ListParagraph"/>
        <w:numPr>
          <w:ilvl w:val="0"/>
          <w:numId w:val="3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фосфатдегідрогенази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еритроцитів</w:t>
      </w:r>
      <w:proofErr w:type="spellEnd"/>
    </w:p>
    <w:p w14:paraId="761966B8" w14:textId="77777777" w:rsidR="00A904C4" w:rsidRPr="0063699D" w:rsidRDefault="00FC2AAC" w:rsidP="00A565D1">
      <w:pPr>
        <w:pStyle w:val="ListParagraph"/>
        <w:numPr>
          <w:ilvl w:val="0"/>
          <w:numId w:val="3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Поверхнева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рана</w:t>
      </w:r>
    </w:p>
    <w:p w14:paraId="478696DB" w14:textId="77777777" w:rsidR="00A904C4" w:rsidRPr="0063699D" w:rsidRDefault="00FC2AAC" w:rsidP="00A565D1">
      <w:pPr>
        <w:pStyle w:val="ListParagraph"/>
        <w:numPr>
          <w:ilvl w:val="0"/>
          <w:numId w:val="36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гнійного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вмісту</w:t>
      </w:r>
      <w:proofErr w:type="spellEnd"/>
    </w:p>
    <w:p w14:paraId="11562CB3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1FD7A0A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43F8F2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5638383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 xml:space="preserve">Тема №40.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несумісність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>.</w:t>
      </w:r>
    </w:p>
    <w:p w14:paraId="05B92936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2B6EB065" w14:textId="77777777" w:rsidR="00A904C4" w:rsidRPr="0063699D" w:rsidRDefault="00FC2AAC" w:rsidP="003A120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проблеми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поліпрагмазії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тобто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декількох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одним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Нерідко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одержує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4-11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вірогідність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зростає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1%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45%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більш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Хіміко-фармацевтична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промисловість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поставляє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аптечну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мережу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багато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надходженні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апарат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собою, але і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їжею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повинна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обгрунтована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поєднання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етіотропних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симптоматичних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позитивною стороною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окремих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той же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медикаментів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071D9D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боку,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недостатньо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обгрунтоване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комплексу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бажаного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AC02F48" w14:textId="77777777" w:rsidR="00A904C4" w:rsidRPr="0063699D" w:rsidRDefault="00FC2AAC" w:rsidP="003A120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Знати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передбачати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режиму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чинники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9E2ACE0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080F17C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</w:p>
    <w:p w14:paraId="460FA6ED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1839B13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хімічна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Евтектичні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суміші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тракті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0E124F6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2853AAEA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Пряма і непряма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Сінергізм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ризику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невелика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Поліпрагмазія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CD099AB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розподілі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реґіонарний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кровообіг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9A3F39C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їжі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моторики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шлунково-кишкового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тракту,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хелатних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сполук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цитохрому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Р450). </w:t>
      </w:r>
    </w:p>
    <w:p w14:paraId="01C5943F" w14:textId="77777777" w:rsidR="00A904C4" w:rsidRPr="0063699D" w:rsidRDefault="00FC2AAC" w:rsidP="00A565D1">
      <w:pPr>
        <w:pStyle w:val="ListParagraph"/>
        <w:numPr>
          <w:ilvl w:val="0"/>
          <w:numId w:val="36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принципи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вибору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поєднання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цілях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3D4EFEF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6B055C6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</w:rPr>
        <w:t>II</w:t>
      </w: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7B684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1. Хворому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синусову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тахікардію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беротек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аерозоль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(таблетки). </w:t>
      </w:r>
    </w:p>
    <w:p w14:paraId="40138A4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приналежність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8AC423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3745CCC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7218AF6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Кардіологу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(2) і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(1)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аптеці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бетаксолол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небіволол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піндолол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талинолол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окспренолол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80E3CEA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 </w:t>
      </w:r>
    </w:p>
    <w:p w14:paraId="1543BAE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Виберіть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стенокардії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астму </w:t>
      </w:r>
    </w:p>
    <w:p w14:paraId="6265AD8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купірування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судомних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-невропатологом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знаходиться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діагнозом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рахіт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Д. </w:t>
      </w:r>
    </w:p>
    <w:p w14:paraId="71BEA8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A4D40C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0BB52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4.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18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омепразолу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інгібітор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протонового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насосу)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нестероїдні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спостерігалося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низька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останнього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сироватці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нормою.</w:t>
      </w:r>
    </w:p>
    <w:p w14:paraId="6D6974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Чим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1AA8F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Вкажіть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омепразолу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ібупрофену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7523E8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наступних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7935E29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Петльові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аміноглікозиди</w:t>
      </w:r>
      <w:proofErr w:type="spellEnd"/>
    </w:p>
    <w:p w14:paraId="23429D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Фторотан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</w:t>
      </w:r>
      <w:proofErr w:type="spellEnd"/>
    </w:p>
    <w:p w14:paraId="4D8DF81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анестетики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амінобензойної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сульфаніламіди</w:t>
      </w:r>
      <w:proofErr w:type="spellEnd"/>
    </w:p>
    <w:p w14:paraId="5A747F0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23ADBA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ІІІ.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67089B6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З метою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усунення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зубного болю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таблетці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парацетамолу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?</w:t>
      </w:r>
    </w:p>
    <w:p w14:paraId="503DEE05" w14:textId="77777777" w:rsidR="00A904C4" w:rsidRPr="0063699D" w:rsidRDefault="00FC2AAC" w:rsidP="00A565D1">
      <w:pPr>
        <w:pStyle w:val="ListParagraph"/>
        <w:numPr>
          <w:ilvl w:val="0"/>
          <w:numId w:val="3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72E11379" w14:textId="77777777" w:rsidR="00A904C4" w:rsidRPr="0063699D" w:rsidRDefault="00FC2AAC" w:rsidP="00A565D1">
      <w:pPr>
        <w:pStyle w:val="ListParagraph"/>
        <w:numPr>
          <w:ilvl w:val="0"/>
          <w:numId w:val="3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Потенційований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3FB50B1C" w14:textId="77777777" w:rsidR="00A904C4" w:rsidRPr="0063699D" w:rsidRDefault="00FC2AAC" w:rsidP="00A565D1">
      <w:pPr>
        <w:pStyle w:val="ListParagraph"/>
        <w:numPr>
          <w:ilvl w:val="0"/>
          <w:numId w:val="3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Синергоантогонізм</w:t>
      </w:r>
      <w:proofErr w:type="spellEnd"/>
    </w:p>
    <w:p w14:paraId="1F77F848" w14:textId="77777777" w:rsidR="00A904C4" w:rsidRPr="0063699D" w:rsidRDefault="00FC2AAC" w:rsidP="00A565D1">
      <w:pPr>
        <w:pStyle w:val="ListParagraph"/>
        <w:numPr>
          <w:ilvl w:val="0"/>
          <w:numId w:val="3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конкурентний</w:t>
      </w:r>
      <w:proofErr w:type="spellEnd"/>
    </w:p>
    <w:p w14:paraId="587CA418" w14:textId="77777777" w:rsidR="00A904C4" w:rsidRPr="0063699D" w:rsidRDefault="00FC2AAC" w:rsidP="00A565D1">
      <w:pPr>
        <w:pStyle w:val="ListParagraph"/>
        <w:numPr>
          <w:ilvl w:val="0"/>
          <w:numId w:val="37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неконкурентний</w:t>
      </w:r>
      <w:proofErr w:type="spellEnd"/>
    </w:p>
    <w:p w14:paraId="40B0009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Перед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співставлення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уламків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верхньої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щелепи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нейролептанальгезії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анальгетиком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фентанілом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нейролептик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дроперидол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B1277F8" w14:textId="77777777" w:rsidR="00A904C4" w:rsidRPr="0063699D" w:rsidRDefault="00FC2AAC" w:rsidP="00A565D1">
      <w:pPr>
        <w:pStyle w:val="ListParagraph"/>
        <w:numPr>
          <w:ilvl w:val="0"/>
          <w:numId w:val="3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Потенційований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4E912EE6" w14:textId="77777777" w:rsidR="00A904C4" w:rsidRPr="0063699D" w:rsidRDefault="00FC2AAC" w:rsidP="00A565D1">
      <w:pPr>
        <w:pStyle w:val="ListParagraph"/>
        <w:numPr>
          <w:ilvl w:val="0"/>
          <w:numId w:val="3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Адитивний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32C1042C" w14:textId="77777777" w:rsidR="00A904C4" w:rsidRPr="0063699D" w:rsidRDefault="00FC2AAC" w:rsidP="00A565D1">
      <w:pPr>
        <w:pStyle w:val="ListParagraph"/>
        <w:numPr>
          <w:ilvl w:val="0"/>
          <w:numId w:val="3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Синергоантогонізм</w:t>
      </w:r>
      <w:proofErr w:type="spellEnd"/>
    </w:p>
    <w:p w14:paraId="31C9E4ED" w14:textId="77777777" w:rsidR="00A904C4" w:rsidRPr="0063699D" w:rsidRDefault="00FC2AAC" w:rsidP="00A565D1">
      <w:pPr>
        <w:pStyle w:val="ListParagraph"/>
        <w:numPr>
          <w:ilvl w:val="0"/>
          <w:numId w:val="3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конкурентний</w:t>
      </w:r>
      <w:proofErr w:type="spellEnd"/>
    </w:p>
    <w:p w14:paraId="296022E1" w14:textId="77777777" w:rsidR="00A904C4" w:rsidRPr="0063699D" w:rsidRDefault="00FC2AAC" w:rsidP="00A565D1">
      <w:pPr>
        <w:pStyle w:val="ListParagraph"/>
        <w:numPr>
          <w:ilvl w:val="0"/>
          <w:numId w:val="37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неконкурентний</w:t>
      </w:r>
      <w:proofErr w:type="spellEnd"/>
    </w:p>
    <w:p w14:paraId="6826CF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парацетамол з димедролом.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400CE4A" w14:textId="77777777" w:rsidR="00A904C4" w:rsidRPr="0063699D" w:rsidRDefault="00FC2AAC" w:rsidP="00A565D1">
      <w:pPr>
        <w:pStyle w:val="ListParagraph"/>
        <w:numPr>
          <w:ilvl w:val="0"/>
          <w:numId w:val="3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</w:t>
      </w:r>
      <w:proofErr w:type="spellEnd"/>
    </w:p>
    <w:p w14:paraId="1DF6BC89" w14:textId="77777777" w:rsidR="00A904C4" w:rsidRPr="0063699D" w:rsidRDefault="00FC2AAC" w:rsidP="00A565D1">
      <w:pPr>
        <w:pStyle w:val="ListParagraph"/>
        <w:numPr>
          <w:ilvl w:val="0"/>
          <w:numId w:val="3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DAB8A78" w14:textId="77777777" w:rsidR="00A904C4" w:rsidRPr="0063699D" w:rsidRDefault="00FC2AAC" w:rsidP="00A565D1">
      <w:pPr>
        <w:pStyle w:val="ListParagraph"/>
        <w:numPr>
          <w:ilvl w:val="0"/>
          <w:numId w:val="3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Потенціювання</w:t>
      </w:r>
      <w:proofErr w:type="spellEnd"/>
    </w:p>
    <w:p w14:paraId="58EBE7FF" w14:textId="77777777" w:rsidR="00A904C4" w:rsidRPr="0063699D" w:rsidRDefault="00FC2AAC" w:rsidP="00A565D1">
      <w:pPr>
        <w:pStyle w:val="ListParagraph"/>
        <w:numPr>
          <w:ilvl w:val="0"/>
          <w:numId w:val="3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Антідотізм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D3009A2" w14:textId="77777777" w:rsidR="00A904C4" w:rsidRPr="0063699D" w:rsidRDefault="00FC2AAC" w:rsidP="00A565D1">
      <w:pPr>
        <w:pStyle w:val="ListParagraph"/>
        <w:numPr>
          <w:ilvl w:val="0"/>
          <w:numId w:val="37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Кумуляция </w:t>
      </w:r>
    </w:p>
    <w:p w14:paraId="66EE908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прикладом:</w:t>
      </w:r>
    </w:p>
    <w:p w14:paraId="692C3F12" w14:textId="77777777" w:rsidR="00A904C4" w:rsidRPr="0063699D" w:rsidRDefault="00FC2AAC" w:rsidP="00A565D1">
      <w:pPr>
        <w:pStyle w:val="ListParagraph"/>
        <w:numPr>
          <w:ilvl w:val="0"/>
          <w:numId w:val="3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Синергізму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</w:p>
    <w:p w14:paraId="617C8B2D" w14:textId="77777777" w:rsidR="00A904C4" w:rsidRPr="0063699D" w:rsidRDefault="00FC2AAC" w:rsidP="00A565D1">
      <w:pPr>
        <w:pStyle w:val="ListParagraph"/>
        <w:numPr>
          <w:ilvl w:val="0"/>
          <w:numId w:val="3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несумісності</w:t>
      </w:r>
      <w:proofErr w:type="spellEnd"/>
    </w:p>
    <w:p w14:paraId="01F41DEF" w14:textId="77777777" w:rsidR="00A904C4" w:rsidRPr="0063699D" w:rsidRDefault="00FC2AAC" w:rsidP="00A565D1">
      <w:pPr>
        <w:pStyle w:val="ListParagraph"/>
        <w:numPr>
          <w:ilvl w:val="0"/>
          <w:numId w:val="3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несумісності</w:t>
      </w:r>
      <w:proofErr w:type="spellEnd"/>
    </w:p>
    <w:p w14:paraId="0D2D1279" w14:textId="77777777" w:rsidR="00A904C4" w:rsidRPr="0063699D" w:rsidRDefault="00FC2AAC" w:rsidP="00A565D1">
      <w:pPr>
        <w:pStyle w:val="ListParagraph"/>
        <w:numPr>
          <w:ilvl w:val="0"/>
          <w:numId w:val="3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несумісності</w:t>
      </w:r>
      <w:proofErr w:type="spellEnd"/>
    </w:p>
    <w:p w14:paraId="152A6BBA" w14:textId="77777777" w:rsidR="00A904C4" w:rsidRPr="0063699D" w:rsidRDefault="00FC2AAC" w:rsidP="00A565D1">
      <w:pPr>
        <w:pStyle w:val="ListParagraph"/>
        <w:numPr>
          <w:ilvl w:val="0"/>
          <w:numId w:val="373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</w:p>
    <w:p w14:paraId="177378C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Проконсультуйте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лікаря-інтерна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препаратами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заліза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застосовувати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3ED606B" w14:textId="77777777" w:rsidR="00A904C4" w:rsidRPr="0063699D" w:rsidRDefault="00FC2AAC" w:rsidP="00A565D1">
      <w:pPr>
        <w:pStyle w:val="ListParagraph"/>
        <w:numPr>
          <w:ilvl w:val="0"/>
          <w:numId w:val="3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</w:p>
    <w:p w14:paraId="0498BD35" w14:textId="77777777" w:rsidR="00A904C4" w:rsidRPr="0063699D" w:rsidRDefault="00FC2AAC" w:rsidP="00A565D1">
      <w:pPr>
        <w:pStyle w:val="ListParagraph"/>
        <w:numPr>
          <w:ilvl w:val="0"/>
          <w:numId w:val="3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заліза</w:t>
      </w:r>
      <w:proofErr w:type="spellEnd"/>
    </w:p>
    <w:p w14:paraId="729F4B41" w14:textId="77777777" w:rsidR="00A904C4" w:rsidRPr="0063699D" w:rsidRDefault="00FC2AAC" w:rsidP="00A565D1">
      <w:pPr>
        <w:pStyle w:val="ListParagraph"/>
        <w:numPr>
          <w:ilvl w:val="0"/>
          <w:numId w:val="3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депонування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заліза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</w:p>
    <w:p w14:paraId="6416F4DF" w14:textId="77777777" w:rsidR="00A904C4" w:rsidRPr="0063699D" w:rsidRDefault="00FC2AAC" w:rsidP="00A565D1">
      <w:pPr>
        <w:pStyle w:val="ListParagraph"/>
        <w:numPr>
          <w:ilvl w:val="0"/>
          <w:numId w:val="3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заліза</w:t>
      </w:r>
      <w:proofErr w:type="spellEnd"/>
    </w:p>
    <w:p w14:paraId="5FBCFD61" w14:textId="77777777" w:rsidR="00A904C4" w:rsidRPr="0063699D" w:rsidRDefault="00FC2AAC" w:rsidP="00A565D1">
      <w:pPr>
        <w:pStyle w:val="ListParagraph"/>
        <w:numPr>
          <w:ilvl w:val="0"/>
          <w:numId w:val="374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Прискорюється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елімінація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заліза</w:t>
      </w:r>
      <w:proofErr w:type="spellEnd"/>
    </w:p>
    <w:p w14:paraId="705161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протизапальний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диклофенаку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слабшим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очікуваного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Результатом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могла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D13A814" w14:textId="77777777" w:rsidR="00A904C4" w:rsidRPr="0063699D" w:rsidRDefault="00FC2AAC" w:rsidP="00A565D1">
      <w:pPr>
        <w:pStyle w:val="ListParagraph"/>
        <w:numPr>
          <w:ilvl w:val="0"/>
          <w:numId w:val="3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рецептора</w:t>
      </w:r>
    </w:p>
    <w:p w14:paraId="7623EF7D" w14:textId="77777777" w:rsidR="00A904C4" w:rsidRPr="0063699D" w:rsidRDefault="00FC2AAC" w:rsidP="00A565D1">
      <w:pPr>
        <w:pStyle w:val="ListParagraph"/>
        <w:numPr>
          <w:ilvl w:val="0"/>
          <w:numId w:val="3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печінці</w:t>
      </w:r>
      <w:proofErr w:type="spellEnd"/>
    </w:p>
    <w:p w14:paraId="5BA781B9" w14:textId="77777777" w:rsidR="00A904C4" w:rsidRPr="0063699D" w:rsidRDefault="00FC2AAC" w:rsidP="00A565D1">
      <w:pPr>
        <w:pStyle w:val="ListParagraph"/>
        <w:numPr>
          <w:ilvl w:val="0"/>
          <w:numId w:val="3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концентрації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плазмі</w:t>
      </w:r>
      <w:proofErr w:type="spellEnd"/>
    </w:p>
    <w:p w14:paraId="44288507" w14:textId="77777777" w:rsidR="00A904C4" w:rsidRPr="0063699D" w:rsidRDefault="00FC2AAC" w:rsidP="00A565D1">
      <w:pPr>
        <w:pStyle w:val="ListParagraph"/>
        <w:numPr>
          <w:ilvl w:val="0"/>
          <w:numId w:val="3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618429D1" w14:textId="77777777" w:rsidR="00A904C4" w:rsidRPr="0063699D" w:rsidRDefault="00FC2AAC" w:rsidP="00A565D1">
      <w:pPr>
        <w:pStyle w:val="ListParagraph"/>
        <w:numPr>
          <w:ilvl w:val="0"/>
          <w:numId w:val="375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печінці</w:t>
      </w:r>
      <w:proofErr w:type="spellEnd"/>
    </w:p>
    <w:p w14:paraId="264533A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Поясніть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антикоагулянтний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синкумара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7DC849C" w14:textId="77777777" w:rsidR="00A904C4" w:rsidRPr="0063699D" w:rsidRDefault="00FC2AAC" w:rsidP="00A565D1">
      <w:pPr>
        <w:pStyle w:val="ListParagraph"/>
        <w:numPr>
          <w:ilvl w:val="0"/>
          <w:numId w:val="3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</w:p>
    <w:p w14:paraId="71D82BD0" w14:textId="77777777" w:rsidR="00A904C4" w:rsidRPr="0063699D" w:rsidRDefault="00FC2AAC" w:rsidP="00A565D1">
      <w:pPr>
        <w:pStyle w:val="ListParagraph"/>
        <w:numPr>
          <w:ilvl w:val="0"/>
          <w:numId w:val="3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</w:p>
    <w:p w14:paraId="0D15ADEC" w14:textId="77777777" w:rsidR="00A904C4" w:rsidRPr="0063699D" w:rsidRDefault="00FC2AAC" w:rsidP="00A565D1">
      <w:pPr>
        <w:pStyle w:val="ListParagraph"/>
        <w:numPr>
          <w:ilvl w:val="0"/>
          <w:numId w:val="3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синкумару</w:t>
      </w:r>
      <w:proofErr w:type="spellEnd"/>
    </w:p>
    <w:p w14:paraId="13BDE4D1" w14:textId="77777777" w:rsidR="00A904C4" w:rsidRPr="0063699D" w:rsidRDefault="00FC2AAC" w:rsidP="00A565D1">
      <w:pPr>
        <w:pStyle w:val="ListParagraph"/>
        <w:numPr>
          <w:ilvl w:val="0"/>
          <w:numId w:val="3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Відбувається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інактивація</w:t>
      </w:r>
      <w:proofErr w:type="spellEnd"/>
    </w:p>
    <w:p w14:paraId="76FFF499" w14:textId="77777777" w:rsidR="00A904C4" w:rsidRPr="0063699D" w:rsidRDefault="00FC2AAC" w:rsidP="00A565D1">
      <w:pPr>
        <w:pStyle w:val="ListParagraph"/>
        <w:numPr>
          <w:ilvl w:val="0"/>
          <w:numId w:val="376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Виявляється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</w:p>
    <w:p w14:paraId="5457872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відпуску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аптеці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провізор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звернув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увагу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недоцільність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цианокобаламіну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хлориду.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CE87022" w14:textId="77777777" w:rsidR="00A904C4" w:rsidRPr="0063699D" w:rsidRDefault="00FC2AAC" w:rsidP="00A565D1">
      <w:pPr>
        <w:pStyle w:val="ListParagraph"/>
        <w:numPr>
          <w:ilvl w:val="0"/>
          <w:numId w:val="3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Синергизм</w:t>
      </w:r>
    </w:p>
    <w:p w14:paraId="3C228C16" w14:textId="77777777" w:rsidR="00A904C4" w:rsidRPr="0063699D" w:rsidRDefault="00FC2AAC" w:rsidP="00A565D1">
      <w:pPr>
        <w:pStyle w:val="ListParagraph"/>
        <w:numPr>
          <w:ilvl w:val="0"/>
          <w:numId w:val="3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Фармацевтичний</w:t>
      </w:r>
      <w:proofErr w:type="spellEnd"/>
    </w:p>
    <w:p w14:paraId="146509A0" w14:textId="77777777" w:rsidR="00A904C4" w:rsidRPr="0063699D" w:rsidRDefault="00FC2AAC" w:rsidP="00A565D1">
      <w:pPr>
        <w:pStyle w:val="ListParagraph"/>
        <w:numPr>
          <w:ilvl w:val="0"/>
          <w:numId w:val="3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Фармакокінетичний</w:t>
      </w:r>
      <w:proofErr w:type="spellEnd"/>
    </w:p>
    <w:p w14:paraId="032F0C9B" w14:textId="77777777" w:rsidR="00A904C4" w:rsidRPr="0063699D" w:rsidRDefault="00FC2AAC" w:rsidP="00A565D1">
      <w:pPr>
        <w:pStyle w:val="ListParagraph"/>
        <w:numPr>
          <w:ilvl w:val="0"/>
          <w:numId w:val="3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Фармакодинамічний</w:t>
      </w:r>
      <w:proofErr w:type="spellEnd"/>
    </w:p>
    <w:p w14:paraId="3F0342BE" w14:textId="77777777" w:rsidR="00A904C4" w:rsidRPr="0063699D" w:rsidRDefault="00FC2AAC" w:rsidP="00A565D1">
      <w:pPr>
        <w:pStyle w:val="ListParagraph"/>
        <w:numPr>
          <w:ilvl w:val="0"/>
          <w:numId w:val="377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</w:p>
    <w:p w14:paraId="7B2441D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транспорту,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депонування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однієї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8FF15F9" w14:textId="77777777" w:rsidR="00A904C4" w:rsidRPr="0063699D" w:rsidRDefault="00FC2AAC" w:rsidP="00A565D1">
      <w:pPr>
        <w:pStyle w:val="ListParagraph"/>
        <w:numPr>
          <w:ilvl w:val="0"/>
          <w:numId w:val="3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2CFAB9EA" w14:textId="77777777" w:rsidR="00A904C4" w:rsidRPr="0063699D" w:rsidRDefault="00FC2AAC" w:rsidP="00A565D1">
      <w:pPr>
        <w:pStyle w:val="ListParagraph"/>
        <w:numPr>
          <w:ilvl w:val="0"/>
          <w:numId w:val="3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29BB1249" w14:textId="77777777" w:rsidR="00A904C4" w:rsidRPr="0063699D" w:rsidRDefault="00FC2AAC" w:rsidP="00A565D1">
      <w:pPr>
        <w:pStyle w:val="ListParagraph"/>
        <w:numPr>
          <w:ilvl w:val="0"/>
          <w:numId w:val="3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08B950EA" w14:textId="77777777" w:rsidR="00A904C4" w:rsidRPr="0063699D" w:rsidRDefault="00FC2AAC" w:rsidP="00A565D1">
      <w:pPr>
        <w:pStyle w:val="ListParagraph"/>
        <w:numPr>
          <w:ilvl w:val="0"/>
          <w:numId w:val="3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4861E50B" w14:textId="77777777" w:rsidR="00A904C4" w:rsidRPr="0063699D" w:rsidRDefault="00FC2AAC" w:rsidP="00A565D1">
      <w:pPr>
        <w:pStyle w:val="ListParagraph"/>
        <w:numPr>
          <w:ilvl w:val="0"/>
          <w:numId w:val="378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чутливості</w:t>
      </w:r>
      <w:proofErr w:type="spellEnd"/>
    </w:p>
    <w:p w14:paraId="6E9CAE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є результатом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рецепторів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клітин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фізіологічних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систем?</w:t>
      </w:r>
    </w:p>
    <w:p w14:paraId="0BD15813" w14:textId="77777777" w:rsidR="00A904C4" w:rsidRPr="0063699D" w:rsidRDefault="00FC2AAC" w:rsidP="00A565D1">
      <w:pPr>
        <w:pStyle w:val="ListParagraph"/>
        <w:numPr>
          <w:ilvl w:val="0"/>
          <w:numId w:val="3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792C7EFB" w14:textId="77777777" w:rsidR="00A904C4" w:rsidRPr="0063699D" w:rsidRDefault="00FC2AAC" w:rsidP="00A565D1">
      <w:pPr>
        <w:pStyle w:val="ListParagraph"/>
        <w:numPr>
          <w:ilvl w:val="0"/>
          <w:numId w:val="3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3B105839" w14:textId="77777777" w:rsidR="00A904C4" w:rsidRPr="0063699D" w:rsidRDefault="00FC2AAC" w:rsidP="00A565D1">
      <w:pPr>
        <w:pStyle w:val="ListParagraph"/>
        <w:numPr>
          <w:ilvl w:val="0"/>
          <w:numId w:val="3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7D15520D" w14:textId="77777777" w:rsidR="00A904C4" w:rsidRPr="0063699D" w:rsidRDefault="00FC2AAC" w:rsidP="00A565D1">
      <w:pPr>
        <w:pStyle w:val="ListParagraph"/>
        <w:numPr>
          <w:ilvl w:val="0"/>
          <w:numId w:val="3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</w:p>
    <w:p w14:paraId="35F9CAA3" w14:textId="77777777" w:rsidR="00A904C4" w:rsidRPr="0063699D" w:rsidRDefault="00FC2AAC" w:rsidP="00A565D1">
      <w:pPr>
        <w:pStyle w:val="ListParagraph"/>
        <w:numPr>
          <w:ilvl w:val="0"/>
          <w:numId w:val="379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</w:p>
    <w:p w14:paraId="4ADFAA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антацидний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альмагель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гострого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метациклин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температура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кашель і характер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харкотиння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прийшов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висновку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варіант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несумісності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йдеться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1934DB1" w14:textId="77777777" w:rsidR="00A904C4" w:rsidRPr="0063699D" w:rsidRDefault="00FC2AAC" w:rsidP="00A565D1">
      <w:pPr>
        <w:pStyle w:val="ListParagraph"/>
        <w:numPr>
          <w:ilvl w:val="0"/>
          <w:numId w:val="3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</w:p>
    <w:p w14:paraId="0B183D1F" w14:textId="77777777" w:rsidR="00A904C4" w:rsidRPr="0063699D" w:rsidRDefault="00FC2AAC" w:rsidP="00A565D1">
      <w:pPr>
        <w:pStyle w:val="ListParagraph"/>
        <w:numPr>
          <w:ilvl w:val="0"/>
          <w:numId w:val="3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біотрансформації</w:t>
      </w:r>
      <w:proofErr w:type="spellEnd"/>
    </w:p>
    <w:p w14:paraId="3BED7C1F" w14:textId="77777777" w:rsidR="00A904C4" w:rsidRPr="0063699D" w:rsidRDefault="00FC2AAC" w:rsidP="00A565D1">
      <w:pPr>
        <w:pStyle w:val="ListParagraph"/>
        <w:numPr>
          <w:ilvl w:val="0"/>
          <w:numId w:val="3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Фармацевтічна</w:t>
      </w:r>
      <w:proofErr w:type="spellEnd"/>
    </w:p>
    <w:p w14:paraId="20BF7689" w14:textId="77777777" w:rsidR="00A904C4" w:rsidRPr="0063699D" w:rsidRDefault="00FC2AAC" w:rsidP="00A565D1">
      <w:pPr>
        <w:pStyle w:val="ListParagraph"/>
        <w:numPr>
          <w:ilvl w:val="0"/>
          <w:numId w:val="3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Фармакодинамічна</w:t>
      </w:r>
      <w:proofErr w:type="spellEnd"/>
    </w:p>
    <w:p w14:paraId="6C3329A7" w14:textId="77777777" w:rsidR="00A904C4" w:rsidRPr="0063699D" w:rsidRDefault="00FC2AAC" w:rsidP="00A565D1">
      <w:pPr>
        <w:pStyle w:val="ListParagraph"/>
        <w:numPr>
          <w:ilvl w:val="0"/>
          <w:numId w:val="380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</w:p>
    <w:p w14:paraId="01D1DB3E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AD47877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41E6E1B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4E7302E9" w14:textId="77777777" w:rsidR="00A904C4" w:rsidRPr="0063699D" w:rsidRDefault="00FC2AAC">
      <w:pPr>
        <w:pageBreakBefore/>
        <w:spacing w:after="240" w:line="240" w:lineRule="auto"/>
        <w:jc w:val="center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41. НЕБАЖАНІ ЕФЕКТИ СУЧАСНИХ ЛІКАРСЬКИХ ПРЕПАРАТІВ. ДЕРЖАВНИЙ ЕКСПЕРТНИЙ ЦЕНТР МОЗ УКРАЇНИ: СТРУКТУРА ТА ФУНКЦІЇ. РОЛЬ І МІСЦЕ ЛІКАРЯ В СИСТЕМІ ФАРМАКОЛОГІЧНОГО НАДЗОРУ ЗА БЕЗПЕЧНИМ ПРИЗНАЧЕННЯМ ЛІКІВ.</w:t>
      </w:r>
    </w:p>
    <w:p w14:paraId="2D437D49" w14:textId="77777777" w:rsidR="00A904C4" w:rsidRPr="0063699D" w:rsidRDefault="00A904C4">
      <w:pPr>
        <w:spacing w:after="0" w:line="360" w:lineRule="auto"/>
        <w:jc w:val="center"/>
        <w:rPr>
          <w:rFonts w:asciiTheme="majorBidi" w:hAnsiTheme="majorBidi" w:cstheme="majorBidi"/>
          <w:sz w:val="22"/>
          <w:lang w:val="ru-RU"/>
        </w:rPr>
      </w:pPr>
    </w:p>
    <w:p w14:paraId="112A2ECB" w14:textId="77777777" w:rsidR="00A904C4" w:rsidRPr="0063699D" w:rsidRDefault="00FC2AAC" w:rsidP="003A120B">
      <w:pPr>
        <w:spacing w:before="120" w:after="120" w:line="360" w:lineRule="auto"/>
        <w:ind w:firstLine="709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Актуальність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теми.</w:t>
      </w:r>
      <w:r w:rsidRPr="0063699D">
        <w:rPr>
          <w:rFonts w:asciiTheme="majorBidi" w:hAnsiTheme="majorBidi" w:cstheme="majorBidi"/>
          <w:sz w:val="22"/>
          <w:lang w:val="ru-RU"/>
        </w:rPr>
        <w:t xml:space="preserve"> Будь-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80%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так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незнанням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клініко-фармакологічної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зробити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все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максимально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гарантувати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правильно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індивідуалізованопідібрати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оцінити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A51C9F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той же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наявних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арсеналі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обчислюється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десятками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тисяч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Склалася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серйозна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призвела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егідою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ВООЗ,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міжнародної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програми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моніторингу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ЛЗ. Участь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понад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 тому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числі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EBE90C7" w14:textId="77777777" w:rsidR="00A904C4" w:rsidRPr="0063699D" w:rsidRDefault="00FC2AAC">
      <w:pPr>
        <w:spacing w:before="120" w:after="120" w:line="360" w:lineRule="auto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Мета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заняття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раціональну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урахуванням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Знати структуру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Державного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експертного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центру МОЗ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розробки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документи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регламентують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вміти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заповнювати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137/о та 69-здоров.</w:t>
      </w:r>
    </w:p>
    <w:p w14:paraId="7FC50006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39EEF4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434F200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фармакотоксикодинаміку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статистика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Трагічні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D8CC28D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небажані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невідомі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серйозні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доступні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достовірні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передбачені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ймовірні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несерйозні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C10676D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Класифікації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патогенетичним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принципом.</w:t>
      </w:r>
    </w:p>
    <w:p w14:paraId="0C5C9006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Дозозалежні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органотоксичні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(тип А):</w:t>
      </w:r>
    </w:p>
    <w:p w14:paraId="560DFE56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71E30002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абсолютному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ЛЗ;</w:t>
      </w:r>
    </w:p>
    <w:p w14:paraId="2C84339B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ЛЗ.</w:t>
      </w:r>
    </w:p>
    <w:p w14:paraId="66BC83EB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дозою (тип Б,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непередбачувані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691DBA91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48B319B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псевдоалергічні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5AFAD47C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мінливість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63B67655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9E67A2F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49EA5F13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адаптивні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3F4E3B5D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(феномен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 та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»);</w:t>
      </w:r>
    </w:p>
    <w:p w14:paraId="374821FF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органотоксична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54D0ADA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Відстрочена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57A63784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бластомогенна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(канцерогенна);</w:t>
      </w:r>
    </w:p>
    <w:p w14:paraId="1EACB97E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репродуктивною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фертильність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мутагенність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тератогенність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ембріотоксичність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фетотоксичність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грудне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молоко).</w:t>
      </w:r>
    </w:p>
    <w:p w14:paraId="6354D7E2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А (1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): </w:t>
      </w:r>
    </w:p>
    <w:p w14:paraId="48EAF362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неминучі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7887E13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інгредієнтів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забрудненість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пірогенність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прострочені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придатності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0FD833C2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умов,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елімінацію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швидкі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ацетилятори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»,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окислювачі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</w:p>
    <w:p w14:paraId="74464A41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водно-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79B82F8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великих доз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передозування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індекс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терапевтичної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</w:p>
    <w:p w14:paraId="33FC388A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фармацевтичній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E11D4CE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типу Б (2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):</w:t>
      </w:r>
    </w:p>
    <w:p w14:paraId="3D1DD866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імунологічні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препарат), </w:t>
      </w:r>
    </w:p>
    <w:p w14:paraId="3D039ABF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імунобіологічних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властивостей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імунітету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мікрофлори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4E54551F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псевдоалергічні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;</w:t>
      </w:r>
    </w:p>
    <w:p w14:paraId="145267E5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386889AB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3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</w:t>
      </w:r>
    </w:p>
    <w:p w14:paraId="1D7637EB" w14:textId="2B3EAFCF" w:rsidR="00A904C4" w:rsidRPr="0063699D" w:rsidRDefault="00FC2AAC" w:rsidP="00A565D1">
      <w:pPr>
        <w:pStyle w:val="ListParagraph"/>
        <w:numPr>
          <w:ilvl w:val="1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доза;</w:t>
      </w:r>
    </w:p>
    <w:p w14:paraId="5B4C0132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ЛЗ. </w:t>
      </w:r>
    </w:p>
    <w:p w14:paraId="0DD6B84E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Етіопатогенетичні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розвитку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169335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причинно-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3BE39AD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Ступінь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достовірності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вірогідна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сумнівна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25B8558B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Фактори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сприяють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2BB68B37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особливості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хворого,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проводиться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</w:p>
    <w:p w14:paraId="15078F08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пов'язані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клініко-фармакологічною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характеристикою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5E06D56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Основні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вирішення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нагляд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35FD21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Шляхи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пошуку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розробки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D3CA89C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(фаза 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>–</w:t>
      </w:r>
      <w:r w:rsidRPr="0063699D">
        <w:rPr>
          <w:rFonts w:asciiTheme="majorBidi" w:hAnsiTheme="majorBidi" w:cstheme="majorBidi"/>
          <w:sz w:val="22"/>
        </w:rPr>
        <w:t>IV</w:t>
      </w:r>
      <w:r w:rsidRPr="0063699D">
        <w:rPr>
          <w:rFonts w:asciiTheme="majorBidi" w:hAnsiTheme="majorBidi" w:cstheme="majorBidi"/>
          <w:sz w:val="22"/>
          <w:lang w:val="ru-RU"/>
        </w:rPr>
        <w:t xml:space="preserve">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фазами.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рандомізовані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плацебо-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контрольовані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одностронній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сліпий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подвійний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сліпий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метод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випробувань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1B1D6FC5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Вимоги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сучасних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стандарти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пред'являються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випробування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виробництва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r w:rsidRPr="0063699D">
        <w:rPr>
          <w:rFonts w:asciiTheme="majorBidi" w:hAnsiTheme="majorBidi" w:cstheme="majorBidi"/>
          <w:sz w:val="22"/>
        </w:rPr>
        <w:t>GLP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r w:rsidRPr="0063699D">
        <w:rPr>
          <w:rFonts w:asciiTheme="majorBidi" w:hAnsiTheme="majorBidi" w:cstheme="majorBidi"/>
          <w:sz w:val="22"/>
        </w:rPr>
        <w:t>GCP</w:t>
      </w:r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r w:rsidRPr="0063699D">
        <w:rPr>
          <w:rFonts w:asciiTheme="majorBidi" w:hAnsiTheme="majorBidi" w:cstheme="majorBidi"/>
          <w:sz w:val="22"/>
        </w:rPr>
        <w:t>GMP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службу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інспекцію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3559F3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експертний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 МОЗ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структура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6CA3290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Програма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ВООЗ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моніторингу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Система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66028485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Спеціальні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спостереження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підходи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об'єктивного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ЛЗ:</w:t>
      </w:r>
    </w:p>
    <w:p w14:paraId="09A2C3BA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епізодичні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443B6F24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добровільні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організовані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форма 137/о). </w:t>
      </w:r>
    </w:p>
    <w:p w14:paraId="3723973D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інші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спостережень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широкого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клінічного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проспективні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ретроспективні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дослідження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популяційна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статистика;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узагальнення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джерел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реєстрації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 (записи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).</w:t>
      </w:r>
    </w:p>
    <w:p w14:paraId="6B6DCCDC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Методи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ЛЗ:</w:t>
      </w:r>
    </w:p>
    <w:p w14:paraId="6E58FB9F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спонтанні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(ф. 137/о);</w:t>
      </w:r>
    </w:p>
    <w:p w14:paraId="66B9EB96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громадських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організацій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представляють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їх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; </w:t>
      </w:r>
    </w:p>
    <w:p w14:paraId="058FB7D5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моніторинг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стаціонарів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демографічних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соціальних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всіх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надходять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стаціонару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);</w:t>
      </w:r>
    </w:p>
    <w:p w14:paraId="758C0DCA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рецептурний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моніторинг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систематичний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рецептів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виписуються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ЛЗ); </w:t>
      </w:r>
    </w:p>
    <w:p w14:paraId="18F9ED0E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безпеки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контрольною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людей);</w:t>
      </w:r>
    </w:p>
    <w:p w14:paraId="4707F080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порівняльне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вивчення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характерна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негативна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ЛЗ, 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також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відбір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негативна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ЛЗ).</w:t>
      </w:r>
    </w:p>
    <w:p w14:paraId="16A2441B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Державна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Історія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6A1B7EF9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Нормативні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документи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(закон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«Про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» (1996), наказ МОЗ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 898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27.12.2006 р.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доповнення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регламентують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порядок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направлення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підозрювані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вакцин,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ЛЗ. </w:t>
      </w:r>
    </w:p>
    <w:p w14:paraId="3BE2F504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Здійснення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працівниками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Форми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137/о (карта-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вакцини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та/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ЛЗ, та/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несприятливу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туберкулінодіагностики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) та 69-здоров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звіт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закладу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ПР).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автоматизовану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інформаційну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систему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(АІСФ, ). Правила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заповнення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ф. 137/о,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подачі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передбачених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непередбачених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серйозних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0CDE7D23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Труднощі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поліпрагмазія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встановлення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причинно-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.).</w:t>
      </w:r>
    </w:p>
    <w:p w14:paraId="4E7363A8" w14:textId="77777777" w:rsidR="00A904C4" w:rsidRPr="0063699D" w:rsidRDefault="00FC2AAC" w:rsidP="00A565D1">
      <w:pPr>
        <w:pStyle w:val="ListParagraph"/>
        <w:numPr>
          <w:ilvl w:val="0"/>
          <w:numId w:val="381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фармаконагляд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(карта-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повідомлення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представником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організацією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представляє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інтереси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та/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або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відсутність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несприятливу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імунізації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).</w:t>
      </w:r>
    </w:p>
    <w:p w14:paraId="3BC309DC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45E10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Перелік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практичних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робіт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навичок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підлягають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виконанню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>.</w:t>
      </w:r>
    </w:p>
    <w:p w14:paraId="67BEB278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Проаналізуйте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ситуації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дайте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поставлені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19D18967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через 20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анестетика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задуха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грудиною,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падіння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артеріального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тиску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свідомості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690E5CC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повторного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солі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почервоніла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шкіра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висипання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свербіж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FCC917C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вид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негативної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5F61BBC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епілепсію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зв'язку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знизилася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замінили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дифенін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припинення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сон, став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поверхневим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кошмарними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сновидіннями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7D92E564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7773554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бути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батьки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алкоголіки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03457EB5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виникнути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довгостроково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C1A9928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відкритою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формою кавернозного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туберкульозу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місяця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з'явилися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диспепсичні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мало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43725E3D" w14:textId="77777777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200 мл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неогемодезу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зобов'язаний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подати форму 137/о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відділ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фармнагляду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15961850" w14:textId="26B51479" w:rsidR="00A904C4" w:rsidRPr="0063699D" w:rsidRDefault="00FC2AAC" w:rsidP="00A565D1">
      <w:pPr>
        <w:pStyle w:val="ListParagraph"/>
        <w:numPr>
          <w:ilvl w:val="0"/>
          <w:numId w:val="382"/>
        </w:num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документи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ф. 137/о, та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термін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повинен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направити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Експертного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центру МОЗ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летального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випадку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3A2F79D9" w14:textId="77777777" w:rsidR="00A904C4" w:rsidRPr="0063699D" w:rsidRDefault="00A904C4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</w:p>
    <w:p w14:paraId="4A6249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i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i/>
          <w:sz w:val="22"/>
          <w:lang w:val="ru-RU"/>
        </w:rPr>
        <w:t xml:space="preserve"> для самоконтролю:</w:t>
      </w:r>
    </w:p>
    <w:p w14:paraId="37BB0FF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Відомо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генетично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глюкозо-6-фосфатдегідрогенази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протималярійних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розвиватися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гемоліз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еритроцитів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атипових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E6075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57A839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81774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6CFC1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3E3F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E2698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 з кори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крушини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проносний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обумовило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процес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9AC8BF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Алергія</w:t>
      </w:r>
      <w:proofErr w:type="spellEnd"/>
    </w:p>
    <w:p w14:paraId="5B82A18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D7AA7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58190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6A154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Синдром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</w:t>
      </w:r>
      <w:proofErr w:type="spellEnd"/>
    </w:p>
    <w:p w14:paraId="26469B5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Дитина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страждає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7DC3522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Спадковою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ензимопатією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93420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Виснаженням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субстрату,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FCEAE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Накопиченням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організмі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710123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Інгібіруванням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мікросомальних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ферментів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печінки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E96B8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Супутнім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захворюванням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 органу-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мішені</w:t>
      </w:r>
      <w:proofErr w:type="spellEnd"/>
    </w:p>
    <w:p w14:paraId="2736596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57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зв’язку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закрепами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крушини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сухої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2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виявляв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позитивну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лікувальну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але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далі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суттєво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Визначте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повторне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6B11692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Гіперреактивність</w:t>
      </w:r>
      <w:proofErr w:type="spellEnd"/>
    </w:p>
    <w:p w14:paraId="15FC3D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8CDA8C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4D007B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Медикаментозна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BC5179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3274F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А.,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відчувши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передвісники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приступу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бронхіальної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астми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прийняв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без контролю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кілька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таблеток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всередину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короткі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проміжки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нетривале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покращання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перших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двох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таблеток.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обумовлене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76146DB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</w:p>
    <w:p w14:paraId="08C140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8D050E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Звикання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BCDB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4CFE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6BBA12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хворобу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антигіпертензивний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раптово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припинив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погіршився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гіпертензивний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криз.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категорії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072219E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Синдром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24795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F4D4A4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3275D7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8393F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</w:p>
    <w:p w14:paraId="473D3E3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пам’ятати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можливі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інтенсивність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звичай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є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дозозалежними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38993E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Алергічних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FFB2A4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Ушкоджуючих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токсичних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</w:p>
    <w:p w14:paraId="0190E1B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Фармакодинамічних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прямої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</w:t>
      </w:r>
    </w:p>
    <w:p w14:paraId="2E2F3A9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резистентності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4E76CE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післядії</w:t>
      </w:r>
      <w:proofErr w:type="spellEnd"/>
    </w:p>
    <w:p w14:paraId="1D4A9CA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пневмонію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500000 ОД 6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разів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день.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пропасниця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втрата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свідомості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судоми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хворого? </w:t>
      </w:r>
    </w:p>
    <w:p w14:paraId="5269491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</w:p>
    <w:p w14:paraId="2C26436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Ідіосинкразія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2F3F7B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474188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Анафілактичний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шок </w:t>
      </w:r>
    </w:p>
    <w:p w14:paraId="24DCD69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72154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скаржиться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Однак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через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тиждень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початку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у хворого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з’явились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признаки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інтоксикації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брадикардія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нудота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екстрасистолія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).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називається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64C1A5B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Матеріальна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3FF018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Функціональна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8EA33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BF88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DEE6E9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Ідіосінкразія</w:t>
      </w:r>
      <w:proofErr w:type="spellEnd"/>
    </w:p>
    <w:p w14:paraId="2F166BD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неоперабельним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раком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зняття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вираженого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больового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синдрому. З часом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відмітив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болів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всьому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пояснив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</w:p>
    <w:p w14:paraId="0A347C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здатний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кумуляції</w:t>
      </w:r>
      <w:proofErr w:type="spellEnd"/>
    </w:p>
    <w:p w14:paraId="1AA5F4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тахіфілаксія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B93A6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толерантність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A70EAE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психічна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залежність</w:t>
      </w:r>
      <w:proofErr w:type="spellEnd"/>
    </w:p>
    <w:p w14:paraId="78F0104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Зменшилась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реабсорбція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промедолу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канальцях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нирок</w:t>
      </w:r>
      <w:proofErr w:type="spellEnd"/>
    </w:p>
    <w:p w14:paraId="2CAC8F3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Хворому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проведена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приводу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поранення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живота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міорелаксанту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тубокурарину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кінці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операції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коли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відновилось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хворому ввели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гентаміцин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Несподівано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настала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зупинка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дихання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довгочасне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розслаблення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скелетних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м`язів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72FFFA4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Звикання</w:t>
      </w:r>
      <w:proofErr w:type="spellEnd"/>
    </w:p>
    <w:p w14:paraId="6131CEA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Кумуляція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ED1107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571897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FB4353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Сенсибілізація</w:t>
      </w:r>
      <w:proofErr w:type="spellEnd"/>
    </w:p>
    <w:p w14:paraId="2F6B1A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10-денного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препаратом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спостерігаються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явища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дизбактеріозу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диспепсия,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кандидомікоз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жовтяниця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фотосенсибілізація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Антибіотик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3AF053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тетрациклінів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B23AA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пеніцилінів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08224A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цефалоспоринів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BC5667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рифампіцину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EF90C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аміноглікозидів</w:t>
      </w:r>
      <w:proofErr w:type="spellEnd"/>
    </w:p>
    <w:p w14:paraId="7355A4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безконтрольному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глухота.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перелічених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побічну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?</w:t>
      </w:r>
    </w:p>
    <w:p w14:paraId="379A168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Стрептоміцину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сульфат </w:t>
      </w:r>
    </w:p>
    <w:p w14:paraId="2D5FD32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Бензилпеніцилину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натрієва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0342D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Прогестерон </w:t>
      </w:r>
    </w:p>
    <w:p w14:paraId="7CD29D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Но-шпа </w:t>
      </w:r>
    </w:p>
    <w:p w14:paraId="36FB12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Анальгін</w:t>
      </w:r>
      <w:proofErr w:type="spellEnd"/>
    </w:p>
    <w:p w14:paraId="58FA643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комбінованій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терапії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хронічної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недостатності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дигітоксіном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фуросемідом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різка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м’язова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8E2C9E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Гіперкальціємія</w:t>
      </w:r>
      <w:proofErr w:type="spellEnd"/>
    </w:p>
    <w:p w14:paraId="4F6860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248610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Гіпокальціємія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5DBF608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Гіпокаліємія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1E6CED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Гіпонатрійемія</w:t>
      </w:r>
      <w:proofErr w:type="spellEnd"/>
    </w:p>
    <w:p w14:paraId="5E99157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lastRenderedPageBreak/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вживання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ацетилсаліцилової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пацієнта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з’явився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біль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ділянці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наслідок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загострення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основі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ульцерогенної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вказаного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</w:t>
      </w:r>
    </w:p>
    <w:p w14:paraId="31D98BD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Антипростагаландинова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1D76D0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Спазм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судин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07DC9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Імунодепресивний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ефект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4B1DDC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Жовчогінна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6955AD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пепсину</w:t>
      </w:r>
    </w:p>
    <w:p w14:paraId="4ACB554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У хворого 55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4-й день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індометацином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виникла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шлункова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кровотеча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результаті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виразки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слизової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оболонки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пов’язана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ульцерогенна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препарату? </w:t>
      </w:r>
    </w:p>
    <w:p w14:paraId="759471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лейкотриєнів</w:t>
      </w:r>
      <w:proofErr w:type="spellEnd"/>
    </w:p>
    <w:p w14:paraId="5ADA83C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простацикліну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BFDE8C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простагландіну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Е1</w:t>
      </w:r>
    </w:p>
    <w:p w14:paraId="26D79CF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циклічних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ендоперекисів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8AE846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утворення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тромбоксану</w:t>
      </w:r>
      <w:proofErr w:type="spellEnd"/>
    </w:p>
    <w:p w14:paraId="1A1B46B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нейродермітом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тривалого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часу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використовував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дексаметазон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обстеженні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виявили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глюкокортикостероїдів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яку ланку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обміну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вуглеводів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стану?</w:t>
      </w:r>
    </w:p>
    <w:p w14:paraId="2375347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глюконеогенезу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269E25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глікогеносинтезу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131BFC4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кишківнику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3AA8BE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синтезу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0C71CA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Активація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розщеплення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</w:p>
    <w:p w14:paraId="61A206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подагричним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артритом,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приймає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чергового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аналізу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відмінив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препарат. Яке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боку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бутадіон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1FF0CC6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Лейкемію</w:t>
      </w:r>
      <w:proofErr w:type="spellEnd"/>
    </w:p>
    <w:p w14:paraId="73DD58A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Лейкопенію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D9E56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гемокоагуляції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0E60E5B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гемокоагуляції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365A7E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Еозинофілію</w:t>
      </w:r>
      <w:proofErr w:type="spellEnd"/>
    </w:p>
    <w:p w14:paraId="48C0EF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протягом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9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хворіє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цукровий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діабет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отримує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корекції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гіперглікемії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семіленте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10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тому почав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гіпертонічної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анаприліном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Через годину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після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прийому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гіпотензивного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препарату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розвинулась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кома.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механізм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виникнення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гіпоглікемії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умови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? </w:t>
      </w:r>
    </w:p>
    <w:p w14:paraId="2CB587B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Пригнічення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глікогенолізу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4B24795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виділення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глюкагону </w:t>
      </w:r>
    </w:p>
    <w:p w14:paraId="514F83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періоду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напіввиведення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–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семіленте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270D1D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lastRenderedPageBreak/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біодоступності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інсуліну-семіленте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D302E7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глюкози</w:t>
      </w:r>
      <w:proofErr w:type="spellEnd"/>
    </w:p>
    <w:p w14:paraId="6C73EFD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6C4C5C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5E41F7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B97C63D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589CD9DE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45EECF9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8B5BF5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F7A0689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5759636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B4731A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5486EDF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6D21205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409F55A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5D1645A0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A79F35A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3799092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9AC18D1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7A40D36D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3FC0412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634E99A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6F2823B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207AB746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ED5C7DB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0A60E4B8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4233173F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3D0FB2C4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E49CBBE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1019F6E4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4F214B84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  <w:lang w:val="ru-RU"/>
        </w:rPr>
      </w:pPr>
    </w:p>
    <w:p w14:paraId="6BB9C2E9" w14:textId="77777777" w:rsidR="003A120B" w:rsidRPr="0063699D" w:rsidRDefault="003A120B">
      <w:pPr>
        <w:spacing w:after="0" w:line="360" w:lineRule="auto"/>
        <w:ind w:firstLine="709"/>
        <w:jc w:val="both"/>
        <w:rPr>
          <w:rFonts w:asciiTheme="majorBidi" w:hAnsiTheme="majorBidi" w:cstheme="majorBidi"/>
          <w:b/>
          <w:sz w:val="22"/>
          <w:lang w:val="ru-RU"/>
        </w:rPr>
      </w:pPr>
    </w:p>
    <w:p w14:paraId="4B5AD3C1" w14:textId="505F1BC9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ЕТАЛОНИ</w:t>
      </w:r>
    </w:p>
    <w:p w14:paraId="767A73E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відповідей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b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b/>
          <w:sz w:val="22"/>
          <w:lang w:val="ru-RU"/>
        </w:rPr>
        <w:t xml:space="preserve"> для самоконтролю</w:t>
      </w:r>
    </w:p>
    <w:p w14:paraId="52BDF2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1</w:t>
      </w:r>
    </w:p>
    <w:p w14:paraId="5C04B45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В; 2 – Е; 3 – А; 4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5 –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; 6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3B87FF1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lastRenderedPageBreak/>
        <w:t>Тема № 4</w:t>
      </w:r>
    </w:p>
    <w:p w14:paraId="6B52151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А; 2 – А; 3 – Е; 4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5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6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7 –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; 8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9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10 – А; 11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4700A16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5</w:t>
      </w:r>
    </w:p>
    <w:p w14:paraId="7E3C91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C; 2 – A; 3 – A; 4 – A; 5 – С; 6 – B; 7 – D; 8 – D; 9 – B; 10 – B; 11 – C; 12 – B; 13 – B.</w:t>
      </w:r>
    </w:p>
    <w:p w14:paraId="74B27E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6</w:t>
      </w:r>
    </w:p>
    <w:p w14:paraId="7E9F656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В; 2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3 – С; 4 – С; 5 – С; 6 – С; 7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8 – С; 9 – Е; 10 – А; 11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; 12 – Е; 13 – С; 14 – А.</w:t>
      </w:r>
    </w:p>
    <w:p w14:paraId="44011C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7</w:t>
      </w:r>
    </w:p>
    <w:p w14:paraId="79B9860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А; 2 – В; 3 – С; 4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5 – А; 6 – А; 7 – В; 8 – Е; 9 – С; 10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; 11 – Е.</w:t>
      </w:r>
    </w:p>
    <w:p w14:paraId="5D56EFC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8</w:t>
      </w:r>
    </w:p>
    <w:p w14:paraId="6B39018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А; 2 – В; 3 – С; 4 – А; 5 – С; 6 – В; 7 – А; 8 – С; 9 – В; 10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11 – А; 12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>; 13 – В; 14 – А; 15 – С.</w:t>
      </w:r>
    </w:p>
    <w:p w14:paraId="04FD65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9</w:t>
      </w:r>
    </w:p>
    <w:p w14:paraId="083637F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А; 2 – С; 3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4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5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6 –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; 7 –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; 8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9 –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10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11 –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12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13 – </w:t>
      </w:r>
      <w:r w:rsidRPr="0063699D">
        <w:rPr>
          <w:rFonts w:asciiTheme="majorBidi" w:hAnsiTheme="majorBidi" w:cstheme="majorBidi"/>
          <w:sz w:val="22"/>
        </w:rPr>
        <w:t>C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14 –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>; 15 – С.</w:t>
      </w:r>
    </w:p>
    <w:p w14:paraId="230DF3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10</w:t>
      </w:r>
    </w:p>
    <w:p w14:paraId="69369CC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A; 3 – A; 4 – A; 5 – С; 6 – B; 7 – C; 8 – B; 9 – A; 10 – B; 11 – A.</w:t>
      </w:r>
    </w:p>
    <w:p w14:paraId="6F2A38B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11</w:t>
      </w:r>
    </w:p>
    <w:p w14:paraId="41CDBE6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А; 2 – С; 3 – A; 4 – A; 5 – B; 6 – C; 7 – D; 8 – E; 9 – B; 10 – A; 11 – C; 12 – C; 13 – A; 14 – A; 15 – A.</w:t>
      </w:r>
    </w:p>
    <w:p w14:paraId="0D0F83F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12</w:t>
      </w:r>
    </w:p>
    <w:p w14:paraId="274653D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4. *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загальне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знеболення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</w:p>
    <w:p w14:paraId="500AAF3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5  *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масочний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Севофлураном</w:t>
      </w:r>
      <w:proofErr w:type="spellEnd"/>
    </w:p>
    <w:p w14:paraId="44F11B4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Питання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6. *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Відповідь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неінгаляційний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наркоз (але не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тіопентал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натрію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містить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сірку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бронхоспазм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), так як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газоподібні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наркотичні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речовини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місцевоподразнюючу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ускладнити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перебіг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бронхіту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0B0A9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D; 2 – A; 3 – A; 4 – А; 5 – A; 6 – C; 7 – А; 8 – A; 9 – В; 10 – A; 11 – D; 12 – E.</w:t>
      </w:r>
    </w:p>
    <w:p w14:paraId="447093A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13</w:t>
      </w:r>
    </w:p>
    <w:p w14:paraId="2DDCE23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А; 2 –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; 3 –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; 4 –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; 5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6 – </w:t>
      </w:r>
      <w:r w:rsidRPr="0063699D">
        <w:rPr>
          <w:rFonts w:asciiTheme="majorBidi" w:hAnsiTheme="majorBidi" w:cstheme="majorBidi"/>
          <w:sz w:val="22"/>
        </w:rPr>
        <w:t>B</w:t>
      </w:r>
      <w:r w:rsidRPr="0063699D">
        <w:rPr>
          <w:rFonts w:asciiTheme="majorBidi" w:hAnsiTheme="majorBidi" w:cstheme="majorBidi"/>
          <w:sz w:val="22"/>
          <w:lang w:val="ru-RU"/>
        </w:rPr>
        <w:t xml:space="preserve">; 7 –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0DDEC6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14</w:t>
      </w:r>
    </w:p>
    <w:p w14:paraId="367B6FC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B; 2 – E; 3 – A; 4 – B; 5 – D; 6 – D; 7 – D; 8 – C; 9 – A; 10 – D; 11 – А.</w:t>
      </w:r>
    </w:p>
    <w:p w14:paraId="387B9F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15</w:t>
      </w:r>
    </w:p>
    <w:p w14:paraId="798F92F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А; 2 – A; 3 – C; 4 – A; 5 – C; 6 – D; 7 – A; 8 – D; 9 – B; 10 – A; 11 – D; 12 – D.</w:t>
      </w:r>
    </w:p>
    <w:p w14:paraId="140546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16</w:t>
      </w:r>
    </w:p>
    <w:p w14:paraId="297BD34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E; 3 – D; 4 – B; 5 – B; 6 – E; 7 – D; 8 – E; 9 – E; 10 – E.</w:t>
      </w:r>
    </w:p>
    <w:p w14:paraId="0E64A8C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18</w:t>
      </w:r>
    </w:p>
    <w:p w14:paraId="46ABA24D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lastRenderedPageBreak/>
        <w:t>1 – А; 2 – B; 3 – D; 4 – E; 5 – A; 6 – B; 7 – A; 8 – A; 9 – C; 10 – E; 11 – D; 12 – B; 13 – B; 14 – C; 15 – С; 16 – A.</w:t>
      </w:r>
    </w:p>
    <w:p w14:paraId="417E2C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19</w:t>
      </w:r>
    </w:p>
    <w:p w14:paraId="2089A39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А; 2 – A; 3 – E; 4 – B; 5 – C; 6 – A; 7 – B; 8 – A; 9 – E; 10 – A; 11 – A; 12 – D; 13 – A; 14 – D; 15 – E; 16 – B; 17 – C; 18 – A; 19 – A; 20 – C.</w:t>
      </w:r>
    </w:p>
    <w:p w14:paraId="5B55C00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20</w:t>
      </w:r>
    </w:p>
    <w:p w14:paraId="03B3D2A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1 – D; 2 – D; 3 – A; 4 – B; 5 – C; 6 – D; 7 – C; 8 – A; 9 – E; 10 – A; 11 – A; 12 – D; 13 – A; 14 – D; 15 – A; 16 – A; 17 – E; 18 – A; 19 – A; 20 – C; </w:t>
      </w:r>
    </w:p>
    <w:p w14:paraId="24A47C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21 – A; 22 – A; 23 – E; 24 – A; 25 – A; 26 – B; 27 – A; 28 – D; 29 – A; </w:t>
      </w:r>
    </w:p>
    <w:p w14:paraId="55529AC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30 – C; 31 – A.</w:t>
      </w:r>
    </w:p>
    <w:p w14:paraId="5D09AE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21</w:t>
      </w:r>
    </w:p>
    <w:p w14:paraId="577819E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B; 2 – D; 3 – A; 4 – C; 5 – D; 6 – B; 7 – B; 8 – C; 9 – D; 10 – D; 11 – A; 12 – A; 13 – D; 14 – C; 15 – A; 16 – A.</w:t>
      </w:r>
    </w:p>
    <w:p w14:paraId="358760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22</w:t>
      </w:r>
    </w:p>
    <w:p w14:paraId="257FB3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C; 3 – C; 4 – E; 5 – A; 6 – B; 7 – A; 8 – E; 9 – D; 10 – A; 11 – D; 12 – C; 13 – E; 14 – C.</w:t>
      </w:r>
    </w:p>
    <w:p w14:paraId="2F0F28C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23</w:t>
      </w:r>
    </w:p>
    <w:p w14:paraId="739B57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D; 3 – A; 4 – C; 5 – A; 6 – C; 7 – C; 8 – E; 9 – A; 10 – D; 11 – A; 12 – A; 13 – E; 14 – B; 15 – A; 16 – D.</w:t>
      </w:r>
    </w:p>
    <w:p w14:paraId="29748B0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24</w:t>
      </w:r>
    </w:p>
    <w:p w14:paraId="770603A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 – Е; 2 – В; 3 – В; 4 – Е; 5 – В; 6 – </w:t>
      </w:r>
      <w:r w:rsidRPr="0063699D">
        <w:rPr>
          <w:rFonts w:asciiTheme="majorBidi" w:hAnsiTheme="majorBidi" w:cstheme="majorBidi"/>
          <w:sz w:val="22"/>
        </w:rPr>
        <w:t>D</w:t>
      </w:r>
      <w:r w:rsidRPr="0063699D">
        <w:rPr>
          <w:rFonts w:asciiTheme="majorBidi" w:hAnsiTheme="majorBidi" w:cstheme="majorBidi"/>
          <w:sz w:val="22"/>
          <w:lang w:val="ru-RU"/>
        </w:rPr>
        <w:t xml:space="preserve">; 7 – А; 8 – В; 9 – </w:t>
      </w:r>
      <w:r w:rsidRPr="0063699D">
        <w:rPr>
          <w:rFonts w:asciiTheme="majorBidi" w:hAnsiTheme="majorBidi" w:cstheme="majorBidi"/>
          <w:sz w:val="22"/>
        </w:rPr>
        <w:t>E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10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11 – </w:t>
      </w:r>
      <w:r w:rsidRPr="0063699D">
        <w:rPr>
          <w:rFonts w:asciiTheme="majorBidi" w:hAnsiTheme="majorBidi" w:cstheme="majorBidi"/>
          <w:sz w:val="22"/>
        </w:rPr>
        <w:t>A</w:t>
      </w:r>
      <w:r w:rsidRPr="0063699D">
        <w:rPr>
          <w:rFonts w:asciiTheme="majorBidi" w:hAnsiTheme="majorBidi" w:cstheme="majorBidi"/>
          <w:sz w:val="22"/>
          <w:lang w:val="ru-RU"/>
        </w:rPr>
        <w:t xml:space="preserve">; 12 – С; 13 – В; 14 – Е. </w:t>
      </w:r>
    </w:p>
    <w:p w14:paraId="3CC7DAE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25</w:t>
      </w:r>
    </w:p>
    <w:p w14:paraId="5A261F8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B; 2 – A; 3 – B; 4 – C; 5 – B; 6 – B; 7 – D; 8 – C; 9 – B; 10 – B; 11 – A; 12 – C.</w:t>
      </w:r>
    </w:p>
    <w:p w14:paraId="0394FDDA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26</w:t>
      </w:r>
    </w:p>
    <w:p w14:paraId="05DB4C5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B; 3 – D; 4 – B; 5 – A; 6 – A; 7 – C; 8 – B; 9 – D; 10 – C; 11 – A; 12 – A; 13 – A.</w:t>
      </w:r>
    </w:p>
    <w:p w14:paraId="490B9B2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27</w:t>
      </w:r>
    </w:p>
    <w:p w14:paraId="5D4B742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C; 2 – A; 3 – C; 4 – B; 5 – D; 6 – A; 7 – B; 8 – C; 9 – E.</w:t>
      </w:r>
    </w:p>
    <w:p w14:paraId="32B36E8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28</w:t>
      </w:r>
    </w:p>
    <w:p w14:paraId="28A42F0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A; 3 – E; 4 – A; 5 – C; 6 – D; 7 – D; 8 – A; 9 – B; 10 – A; 11 – A; 12 – A; 13 – A, 14 – A; 15 – A.</w:t>
      </w:r>
    </w:p>
    <w:p w14:paraId="3DABD37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29</w:t>
      </w:r>
    </w:p>
    <w:p w14:paraId="03DB519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D; 2 – E; 3 – D; 4 – E; 5 – E; 6 – C; 7 – B; 8 – E; 9 – E, 10 – C; 11 – A; 12 – B; 13 – C; 14 – E, 15 – B; 16 – D; 17 – D; 18 – E; 19 – A; 20 – A; 21 – A; 22 – C; 23 – C; 24 – A; 25 – D; 26 – A; 27 – A; 28 – C; 29 – A; 30 – A.</w:t>
      </w:r>
    </w:p>
    <w:p w14:paraId="0FD703C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30</w:t>
      </w:r>
    </w:p>
    <w:p w14:paraId="46B79F1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C; 2 – A; 3 – В; 4 – С; 5 – А; 6 – А; 7 – А; 8 – А; 9 – А, 10 – Е; 11 – A; 12 – D; 13 – C; 14 – B, 15 – B; 16 – C; 17 – C; 18 – A; 19 – D; 20 – A; 21 – A; 22 – A; 23 – A; 24 – A; 25 – A; 26 – A; 27 – A; 28 – B.</w:t>
      </w:r>
    </w:p>
    <w:p w14:paraId="0D5DF92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lastRenderedPageBreak/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31</w:t>
      </w:r>
    </w:p>
    <w:p w14:paraId="692B82C3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B; 2 – B; 3 – B; 4 – C; 5 – B; 6 – B; 7 – C; 8 – C.</w:t>
      </w:r>
    </w:p>
    <w:p w14:paraId="454464E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32</w:t>
      </w:r>
    </w:p>
    <w:p w14:paraId="6BDEF7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B; 2 – C; 3 – A; 4 – A; 5 – E; 6 – A; 7 – A; 8 – B; 9 – B; 10 – D; 11 – B; 12 – A; 13 – A; 14 – A.</w:t>
      </w:r>
    </w:p>
    <w:p w14:paraId="63BAD22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33</w:t>
      </w:r>
    </w:p>
    <w:p w14:paraId="111DDC7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C; 3 – A; 4 – B; 5 – A; 6 – B; 7 – C; 8 – B; 9 – A; 10 – B; 11 – C.</w:t>
      </w:r>
    </w:p>
    <w:p w14:paraId="41A0A6F0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34</w:t>
      </w:r>
    </w:p>
    <w:p w14:paraId="4B3124D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D; 3 – B; 4 – A; 5 – A; 6 – C; 7 – A; 8 – D; 9 – A; 10 – B; 11 – B; 12 – A.</w:t>
      </w:r>
    </w:p>
    <w:p w14:paraId="3760572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35</w:t>
      </w:r>
    </w:p>
    <w:p w14:paraId="05FB57D8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1 – A; 2 – B; 3 – A; 4 – C; 5 – D; 6 – A; 7 – A; 8 – E; 9 – B; 10 – A; 11 – A; 12 – D; 13 – C; 14 – A; 15 – B; 16 – C; 17 – A; 18 – D; 19 – E; 20 – A; </w:t>
      </w:r>
    </w:p>
    <w:p w14:paraId="1665BE8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21 – A; 22 – A.</w:t>
      </w:r>
    </w:p>
    <w:p w14:paraId="584C1331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36</w:t>
      </w:r>
    </w:p>
    <w:p w14:paraId="7989352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B; 2 – B; 3 – C; 4 – A; 5 – C; 6 – E; 7 – A; 8 – D; 9 – A; 10 – B; 11 – C; 12 – C; 13 – B; 14 – A; 15 – A.</w:t>
      </w:r>
    </w:p>
    <w:p w14:paraId="1FCA4BFB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37-39</w:t>
      </w:r>
    </w:p>
    <w:p w14:paraId="2ED1920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С; 2 – А; 3 – D; 4 – D; 5 – A; 6 – E; 7 – C; 8 – C; 9 – B; 10 – C; 11 – A; 12 – C; 13 – A; 14 – A; 15 – A; 16 – A; 17 – A.</w:t>
      </w:r>
    </w:p>
    <w:p w14:paraId="38DD13EE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b/>
          <w:sz w:val="22"/>
          <w:lang w:val="ru-RU"/>
        </w:rPr>
        <w:t>Тема № 40</w:t>
      </w:r>
    </w:p>
    <w:p w14:paraId="14525A12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>ЕТАЛОНИ ВІДПОВІДЕЙ до задач</w:t>
      </w:r>
    </w:p>
    <w:p w14:paraId="36561864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№1</w:t>
      </w:r>
    </w:p>
    <w:p w14:paraId="1FF2827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Беротек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бета2-адреноміметик;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анаприлін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– бета-1,2-адреноблокатор </w:t>
      </w:r>
    </w:p>
    <w:p w14:paraId="35846D78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При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одночасному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не буде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відзначатися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стимулюючого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бета-2-адренорецептори. </w:t>
      </w:r>
    </w:p>
    <w:p w14:paraId="346864B1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Хворому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ішемічної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хвороби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доцільно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призначити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препарати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будуть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діяти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тільки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бетта1адренорецептори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23EBBACF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№2</w:t>
      </w:r>
    </w:p>
    <w:p w14:paraId="256A6F3E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Пропранолол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надолол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піндолол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окспренолол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F3A6168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Атенолол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бетаксолол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метопролол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небіволол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талинолол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7DB7C25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№3</w:t>
      </w:r>
    </w:p>
    <w:p w14:paraId="0DA7BC02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Фенобарбітал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підвищуючи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призводить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рівня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його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Це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привести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посилювання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метаболізму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кальцію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Тому дозу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вітаміну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необхідно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збільшити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.</w:t>
      </w:r>
    </w:p>
    <w:p w14:paraId="76E44CF3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біотрансформації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2F68F745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№4</w:t>
      </w:r>
    </w:p>
    <w:p w14:paraId="68E2E89B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lastRenderedPageBreak/>
        <w:t xml:space="preserve"> 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Омепразол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належить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зрушення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реакції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лужний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бік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знижує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відносяться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групи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слабких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кислот,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якої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відноситься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ібупрфен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4027AA4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2.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фармакокінетична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взаємодія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етапі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всмоктування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засобів</w:t>
      </w:r>
      <w:proofErr w:type="spellEnd"/>
    </w:p>
    <w:p w14:paraId="4E27DAD7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№5 </w:t>
      </w:r>
    </w:p>
    <w:p w14:paraId="6A034E35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1.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Петльові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діуретики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змінюючи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електролітний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склад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ендолімфи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внутрішнього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вуха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потенціюють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ототоксичність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вестибулотоксичність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аміноглікозидів</w:t>
      </w:r>
      <w:proofErr w:type="spellEnd"/>
    </w:p>
    <w:p w14:paraId="1BDC3ADF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2. Фторотан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викликає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сенсибілізацію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бета-1-адренорецепторів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катехоламинів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Застосування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адреналіну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може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викликати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фібриляцію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шлуночків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</w:p>
    <w:p w14:paraId="6ACB3AE6" w14:textId="77777777" w:rsidR="00A904C4" w:rsidRPr="0063699D" w:rsidRDefault="00FC2AAC">
      <w:pPr>
        <w:spacing w:after="0" w:line="360" w:lineRule="auto"/>
        <w:jc w:val="both"/>
        <w:rPr>
          <w:rFonts w:asciiTheme="majorBidi" w:hAnsiTheme="majorBidi" w:cstheme="majorBidi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3.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Місцеві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анестетики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ефіри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амінобензойної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новокаїн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анестезин)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зменшують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протимікробну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дію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сульфаніламідів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-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антагоністів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r w:rsidRPr="0063699D">
        <w:rPr>
          <w:rFonts w:asciiTheme="majorBidi" w:hAnsiTheme="majorBidi" w:cstheme="majorBidi"/>
          <w:sz w:val="22"/>
        </w:rPr>
        <w:t>n</w:t>
      </w:r>
      <w:r w:rsidRPr="0063699D">
        <w:rPr>
          <w:rFonts w:asciiTheme="majorBidi" w:hAnsiTheme="majorBidi" w:cstheme="majorBidi"/>
          <w:sz w:val="22"/>
          <w:lang w:val="ru-RU"/>
        </w:rPr>
        <w:t>-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амінобензойної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кислоти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синтезі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дигідрофолат</w:t>
      </w:r>
      <w:proofErr w:type="spellEnd"/>
    </w:p>
    <w:p w14:paraId="119F8B1C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A; 3 – C; 4 – C; 5 – B; 6 – E; 7 – A; 8 – B; 9 – D; 10 – A; 11 – A.</w:t>
      </w:r>
    </w:p>
    <w:p w14:paraId="30A866E6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/>
          <w:sz w:val="22"/>
        </w:rPr>
        <w:t>Тема</w:t>
      </w:r>
      <w:proofErr w:type="spellEnd"/>
      <w:r w:rsidRPr="0063699D">
        <w:rPr>
          <w:rFonts w:asciiTheme="majorBidi" w:hAnsiTheme="majorBidi" w:cstheme="majorBidi"/>
          <w:b/>
          <w:sz w:val="22"/>
        </w:rPr>
        <w:t xml:space="preserve"> № 41</w:t>
      </w:r>
    </w:p>
    <w:p w14:paraId="47804219" w14:textId="77777777" w:rsidR="00A904C4" w:rsidRPr="0063699D" w:rsidRDefault="00FC2AAC">
      <w:pPr>
        <w:spacing w:after="0" w:line="360" w:lineRule="auto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sz w:val="22"/>
        </w:rPr>
        <w:t>1 – A; 2 – D; 3 – A; 4 – E; 5 – B; 6 – A; 7 – A; 8 – D; 9 – A; 10 – C; 11 – D; 12 – A; 13 – A; 14 – D; 15 – A; 16 – C; 17 – A; 18 – B; 19 – A.</w:t>
      </w:r>
    </w:p>
    <w:p w14:paraId="1E7489EF" w14:textId="77777777" w:rsidR="00A904C4" w:rsidRPr="0063699D" w:rsidRDefault="00A904C4">
      <w:pPr>
        <w:spacing w:after="0" w:line="360" w:lineRule="auto"/>
        <w:rPr>
          <w:rFonts w:asciiTheme="majorBidi" w:hAnsiTheme="majorBidi" w:cstheme="majorBidi"/>
          <w:sz w:val="22"/>
        </w:rPr>
      </w:pPr>
    </w:p>
    <w:p w14:paraId="6FA4076D" w14:textId="77777777" w:rsidR="003A120B" w:rsidRPr="0063699D" w:rsidRDefault="003A120B" w:rsidP="003A120B">
      <w:pPr>
        <w:spacing w:after="0" w:line="240" w:lineRule="exact"/>
        <w:contextualSpacing/>
        <w:rPr>
          <w:rFonts w:asciiTheme="majorBidi" w:eastAsiaTheme="minorHAnsi" w:hAnsiTheme="majorBidi" w:cstheme="majorBidi"/>
          <w:sz w:val="22"/>
        </w:rPr>
      </w:pPr>
    </w:p>
    <w:p w14:paraId="02BDD7E3" w14:textId="77777777" w:rsidR="003A120B" w:rsidRPr="0063699D" w:rsidRDefault="003A120B" w:rsidP="003A120B">
      <w:pPr>
        <w:spacing w:after="0" w:line="220" w:lineRule="exact"/>
        <w:jc w:val="center"/>
        <w:rPr>
          <w:rFonts w:asciiTheme="majorBidi" w:hAnsiTheme="majorBidi" w:cstheme="majorBidi"/>
          <w:b/>
          <w:sz w:val="22"/>
          <w:lang w:eastAsia="ru-RU"/>
        </w:rPr>
      </w:pPr>
      <w:r w:rsidRPr="0063699D">
        <w:rPr>
          <w:rFonts w:asciiTheme="majorBidi" w:hAnsiTheme="majorBidi" w:cstheme="majorBidi"/>
          <w:b/>
          <w:sz w:val="22"/>
          <w:lang w:eastAsia="ru-RU"/>
        </w:rPr>
        <w:t>СПИСОК РЕКОМЕНДОВАНОЇ ЛІТЕРАТУРИ</w:t>
      </w:r>
    </w:p>
    <w:p w14:paraId="480FD989" w14:textId="77777777" w:rsidR="003A120B" w:rsidRPr="0063699D" w:rsidRDefault="003A120B" w:rsidP="003A120B">
      <w:pPr>
        <w:spacing w:after="0" w:line="220" w:lineRule="exact"/>
        <w:rPr>
          <w:rFonts w:asciiTheme="majorBidi" w:hAnsiTheme="majorBidi" w:cstheme="majorBidi"/>
          <w:b/>
          <w:i/>
          <w:sz w:val="22"/>
          <w:lang w:eastAsia="ru-RU"/>
        </w:rPr>
      </w:pPr>
    </w:p>
    <w:p w14:paraId="23192DD9" w14:textId="77777777" w:rsidR="003A120B" w:rsidRPr="0063699D" w:rsidRDefault="003A120B" w:rsidP="00A565D1">
      <w:pPr>
        <w:widowControl w:val="0"/>
        <w:numPr>
          <w:ilvl w:val="0"/>
          <w:numId w:val="383"/>
        </w:numPr>
        <w:tabs>
          <w:tab w:val="left" w:pos="284"/>
        </w:tabs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</w:rPr>
      </w:pP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Фармакологія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підручник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студ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медичних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стоматологічних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ф-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тів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вищих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мед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навч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закладів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України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вид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4-е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виправ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переробл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>. / [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І.С.Чекман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, В.М.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Бобирьов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, В.Й.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Кресюн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.]. –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Вінниця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Нова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книга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, 2020. – 472 с. </w:t>
      </w:r>
    </w:p>
    <w:p w14:paraId="1800967B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hd w:val="clear" w:color="auto" w:fill="FFFFFF"/>
        <w:tabs>
          <w:tab w:val="left" w:pos="284"/>
        </w:tabs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Фармакологія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підручник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студ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медичних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ф-</w:t>
      </w:r>
      <w:proofErr w:type="spellStart"/>
      <w:r w:rsidRPr="0063699D">
        <w:rPr>
          <w:rFonts w:asciiTheme="majorBidi" w:hAnsiTheme="majorBidi" w:cstheme="majorBidi"/>
          <w:sz w:val="22"/>
        </w:rPr>
        <w:t>тів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вищих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мед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закладів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вид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4-е </w:t>
      </w:r>
      <w:proofErr w:type="spellStart"/>
      <w:r w:rsidRPr="0063699D">
        <w:rPr>
          <w:rFonts w:asciiTheme="majorBidi" w:hAnsiTheme="majorBidi" w:cstheme="majorBidi"/>
          <w:sz w:val="22"/>
        </w:rPr>
        <w:t>виправ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переробл</w:t>
      </w:r>
      <w:proofErr w:type="spellEnd"/>
      <w:r w:rsidRPr="0063699D">
        <w:rPr>
          <w:rFonts w:asciiTheme="majorBidi" w:hAnsiTheme="majorBidi" w:cstheme="majorBidi"/>
          <w:sz w:val="22"/>
        </w:rPr>
        <w:t>. / [</w:t>
      </w:r>
      <w:proofErr w:type="spellStart"/>
      <w:r w:rsidRPr="0063699D">
        <w:rPr>
          <w:rFonts w:asciiTheme="majorBidi" w:hAnsiTheme="majorBidi" w:cstheme="majorBidi"/>
          <w:sz w:val="22"/>
        </w:rPr>
        <w:t>Чекман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І.С., </w:t>
      </w:r>
      <w:proofErr w:type="spellStart"/>
      <w:r w:rsidRPr="0063699D">
        <w:rPr>
          <w:rFonts w:asciiTheme="majorBidi" w:hAnsiTheme="majorBidi" w:cstheme="majorBidi"/>
          <w:sz w:val="22"/>
        </w:rPr>
        <w:t>Горчакова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Н.О., </w:t>
      </w:r>
      <w:proofErr w:type="spellStart"/>
      <w:r w:rsidRPr="0063699D">
        <w:rPr>
          <w:rFonts w:asciiTheme="majorBidi" w:hAnsiTheme="majorBidi" w:cstheme="majorBidi"/>
          <w:sz w:val="22"/>
        </w:rPr>
        <w:t>Казак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Л.І. [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.]; </w:t>
      </w:r>
      <w:proofErr w:type="spellStart"/>
      <w:r w:rsidRPr="0063699D">
        <w:rPr>
          <w:rFonts w:asciiTheme="majorBidi" w:hAnsiTheme="majorBidi" w:cstheme="majorBidi"/>
          <w:sz w:val="22"/>
        </w:rPr>
        <w:t>за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проф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І. С. </w:t>
      </w:r>
      <w:proofErr w:type="spellStart"/>
      <w:r w:rsidRPr="0063699D">
        <w:rPr>
          <w:rFonts w:asciiTheme="majorBidi" w:hAnsiTheme="majorBidi" w:cstheme="majorBidi"/>
          <w:sz w:val="22"/>
        </w:rPr>
        <w:t>Чекмана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]. – </w:t>
      </w:r>
      <w:proofErr w:type="spellStart"/>
      <w:r w:rsidRPr="0063699D">
        <w:rPr>
          <w:rFonts w:asciiTheme="majorBidi" w:hAnsiTheme="majorBidi" w:cstheme="majorBidi"/>
          <w:sz w:val="22"/>
        </w:rPr>
        <w:t>Вінниця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Нова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книга</w:t>
      </w:r>
      <w:proofErr w:type="spellEnd"/>
      <w:r w:rsidRPr="0063699D">
        <w:rPr>
          <w:rFonts w:asciiTheme="majorBidi" w:hAnsiTheme="majorBidi" w:cstheme="majorBidi"/>
          <w:sz w:val="22"/>
        </w:rPr>
        <w:t>, 2017. – 784 с.</w:t>
      </w:r>
    </w:p>
    <w:p w14:paraId="6999AC72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hd w:val="clear" w:color="auto" w:fill="FFFFFF"/>
        <w:tabs>
          <w:tab w:val="left" w:pos="284"/>
        </w:tabs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</w:rPr>
      </w:pP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Лікарська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рецептура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зі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загальною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фармакологією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навч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посібник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2-ге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вид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.,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переробл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і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доповн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/ [В.Й.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Кресюн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, В.В.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Годован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]. –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Одеса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Одес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нац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мед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color w:val="000000"/>
          <w:sz w:val="22"/>
        </w:rPr>
        <w:t>ун</w:t>
      </w:r>
      <w:proofErr w:type="spellEnd"/>
      <w:r w:rsidRPr="0063699D">
        <w:rPr>
          <w:rFonts w:asciiTheme="majorBidi" w:hAnsiTheme="majorBidi" w:cstheme="majorBidi"/>
          <w:color w:val="000000"/>
          <w:sz w:val="22"/>
        </w:rPr>
        <w:t>-т, 2017. – 280 с.</w:t>
      </w:r>
    </w:p>
    <w:p w14:paraId="4779815B" w14:textId="77777777" w:rsidR="003A120B" w:rsidRPr="0063699D" w:rsidRDefault="003A120B" w:rsidP="00A565D1">
      <w:pPr>
        <w:numPr>
          <w:ilvl w:val="0"/>
          <w:numId w:val="383"/>
        </w:numPr>
        <w:tabs>
          <w:tab w:val="left" w:pos="709"/>
          <w:tab w:val="left" w:pos="960"/>
        </w:tabs>
        <w:spacing w:after="0" w:line="220" w:lineRule="exact"/>
        <w:ind w:firstLine="709"/>
        <w:jc w:val="both"/>
        <w:rPr>
          <w:rFonts w:asciiTheme="majorBidi" w:hAnsiTheme="majorBidi" w:cstheme="majorBidi"/>
          <w:sz w:val="22"/>
          <w:lang w:val="ru-RU" w:eastAsia="ru-RU"/>
        </w:rPr>
      </w:pPr>
      <w:proofErr w:type="spellStart"/>
      <w:r w:rsidRPr="0063699D">
        <w:rPr>
          <w:rFonts w:asciiTheme="majorBidi" w:hAnsiTheme="majorBidi" w:cstheme="majorBidi"/>
          <w:sz w:val="22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</w:rPr>
        <w:t>рисунках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і </w:t>
      </w:r>
      <w:proofErr w:type="spellStart"/>
      <w:r w:rsidRPr="0063699D">
        <w:rPr>
          <w:rFonts w:asciiTheme="majorBidi" w:hAnsiTheme="majorBidi" w:cstheme="majorBidi"/>
          <w:sz w:val="22"/>
        </w:rPr>
        <w:t>схемах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посібник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/ В. В. </w:t>
      </w:r>
      <w:proofErr w:type="spellStart"/>
      <w:r w:rsidRPr="0063699D">
        <w:rPr>
          <w:rFonts w:asciiTheme="majorBidi" w:hAnsiTheme="majorBidi" w:cstheme="majorBidi"/>
          <w:sz w:val="22"/>
        </w:rPr>
        <w:t>Годован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; [</w:t>
      </w:r>
      <w:proofErr w:type="spellStart"/>
      <w:r w:rsidRPr="0063699D">
        <w:rPr>
          <w:rFonts w:asciiTheme="majorBidi" w:hAnsiTheme="majorBidi" w:cstheme="majorBidi"/>
          <w:sz w:val="22"/>
        </w:rPr>
        <w:t>за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В. Й. </w:t>
      </w:r>
      <w:proofErr w:type="spellStart"/>
      <w:r w:rsidRPr="0063699D">
        <w:rPr>
          <w:rFonts w:asciiTheme="majorBidi" w:hAnsiTheme="majorBidi" w:cstheme="majorBidi"/>
          <w:sz w:val="22"/>
        </w:rPr>
        <w:t>Кресюна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] ; </w:t>
      </w:r>
      <w:proofErr w:type="spellStart"/>
      <w:r w:rsidRPr="0063699D">
        <w:rPr>
          <w:rFonts w:asciiTheme="majorBidi" w:hAnsiTheme="majorBidi" w:cstheme="majorBidi"/>
          <w:sz w:val="22"/>
        </w:rPr>
        <w:t>Одес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нац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мед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ун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-т. - </w:t>
      </w:r>
      <w:proofErr w:type="spellStart"/>
      <w:r w:rsidRPr="0063699D">
        <w:rPr>
          <w:rFonts w:asciiTheme="majorBidi" w:hAnsiTheme="majorBidi" w:cstheme="majorBidi"/>
          <w:sz w:val="22"/>
        </w:rPr>
        <w:t>Вінниця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Нова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Книга</w:t>
      </w:r>
      <w:proofErr w:type="spellEnd"/>
      <w:r w:rsidRPr="0063699D">
        <w:rPr>
          <w:rFonts w:asciiTheme="majorBidi" w:hAnsiTheme="majorBidi" w:cstheme="majorBidi"/>
          <w:sz w:val="22"/>
        </w:rPr>
        <w:t>, 2019. - 462 с.</w:t>
      </w:r>
    </w:p>
    <w:p w14:paraId="1B646823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  <w:lang w:val="ru-RU"/>
        </w:rPr>
      </w:pP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практикум: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студ.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мед.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закладів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/ В.М.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Бобирьов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О. 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Важнича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Т. О.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Дев'яткіна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Вінниця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Нова книга, 2017. – 351 с</w:t>
      </w:r>
      <w:r w:rsidRPr="0063699D">
        <w:rPr>
          <w:rFonts w:asciiTheme="majorBidi" w:hAnsiTheme="majorBidi" w:cstheme="majorBidi"/>
          <w:color w:val="000000"/>
          <w:sz w:val="22"/>
          <w:lang w:val="ru-RU"/>
        </w:rPr>
        <w:t xml:space="preserve"> </w:t>
      </w:r>
    </w:p>
    <w:p w14:paraId="75FBC5A7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Колот Е.Г.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Лікарські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засоби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що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впливають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нервову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серцево-судинну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системи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Колот Е.Г.,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Дев’яткіна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Н.М. - Полтава: ТОВ НВП «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Укрпромторгсервіс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», 2019. – 155 с.</w:t>
      </w:r>
    </w:p>
    <w:p w14:paraId="56DA87AF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в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кросвордах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: [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студ.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вищ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закладів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] / В. 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Бобирьов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Е. Г. Колот, С. Ю.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Чечотіна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, Т. О.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Дев'яткіна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Полтава: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Укрпромторгсервіс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2018. – 150 с.</w:t>
      </w:r>
    </w:p>
    <w:p w14:paraId="189433B2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  <w:lang w:val="ru-RU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-</w:t>
      </w:r>
      <w:r w:rsidRPr="0063699D">
        <w:rPr>
          <w:rFonts w:asciiTheme="majorBidi" w:hAnsiTheme="majorBidi" w:cstheme="majorBidi"/>
          <w:sz w:val="22"/>
        </w:rPr>
        <w:t>Cito</w:t>
      </w:r>
      <w:r w:rsidRPr="0063699D">
        <w:rPr>
          <w:rFonts w:asciiTheme="majorBidi" w:hAnsiTheme="majorBidi" w:cstheme="majorBidi"/>
          <w:sz w:val="22"/>
          <w:lang w:val="ru-RU"/>
        </w:rPr>
        <w:t>! (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Фармакологічна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логіка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) 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підручник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[для студ. ВНЗ] /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НФаУ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; за ред. С. М.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Дроговоз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Харків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Тітул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>, 2018. – 232 с.</w:t>
      </w:r>
    </w:p>
    <w:p w14:paraId="088FF574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</w:rPr>
      </w:pPr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навч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.-метод.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посіб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для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самопідготовки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студентів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до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єдиного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держ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кваліф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іспиту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(з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використанням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англомов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бази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тест.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завдань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Крок-1) / </w:t>
      </w:r>
      <w:r w:rsidRPr="0063699D">
        <w:rPr>
          <w:rFonts w:asciiTheme="majorBidi" w:hAnsiTheme="majorBidi" w:cstheme="majorBidi"/>
          <w:sz w:val="22"/>
        </w:rPr>
        <w:t>H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</w:rPr>
        <w:t>I</w:t>
      </w:r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Волощук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 [та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ін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.]; </w:t>
      </w:r>
      <w:proofErr w:type="spellStart"/>
      <w:r w:rsidRPr="0063699D">
        <w:rPr>
          <w:rFonts w:asciiTheme="majorBidi" w:hAnsiTheme="majorBidi" w:cstheme="majorBidi"/>
          <w:sz w:val="22"/>
          <w:lang w:val="ru-RU"/>
        </w:rPr>
        <w:t>Вінниц</w:t>
      </w:r>
      <w:proofErr w:type="spellEnd"/>
      <w:r w:rsidRPr="0063699D">
        <w:rPr>
          <w:rFonts w:asciiTheme="majorBidi" w:hAnsiTheme="majorBidi" w:cstheme="majorBidi"/>
          <w:sz w:val="22"/>
          <w:lang w:val="ru-RU"/>
        </w:rPr>
        <w:t xml:space="preserve">. </w:t>
      </w:r>
      <w:r w:rsidRPr="0063699D">
        <w:rPr>
          <w:rFonts w:asciiTheme="majorBidi" w:hAnsiTheme="majorBidi" w:cstheme="majorBidi"/>
          <w:sz w:val="22"/>
        </w:rPr>
        <w:t xml:space="preserve">НМУ </w:t>
      </w:r>
      <w:proofErr w:type="spellStart"/>
      <w:r w:rsidRPr="0063699D">
        <w:rPr>
          <w:rFonts w:asciiTheme="majorBidi" w:hAnsiTheme="majorBidi" w:cstheme="majorBidi"/>
          <w:sz w:val="22"/>
        </w:rPr>
        <w:t>ім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М. І. </w:t>
      </w:r>
      <w:proofErr w:type="spellStart"/>
      <w:r w:rsidRPr="0063699D">
        <w:rPr>
          <w:rFonts w:asciiTheme="majorBidi" w:hAnsiTheme="majorBidi" w:cstheme="majorBidi"/>
          <w:sz w:val="22"/>
        </w:rPr>
        <w:t>Пирогова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</w:rPr>
        <w:t>Вінниця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Твори</w:t>
      </w:r>
      <w:proofErr w:type="spellEnd"/>
      <w:r w:rsidRPr="0063699D">
        <w:rPr>
          <w:rFonts w:asciiTheme="majorBidi" w:hAnsiTheme="majorBidi" w:cstheme="majorBidi"/>
          <w:sz w:val="22"/>
        </w:rPr>
        <w:t>, 2019. – 166 с.</w:t>
      </w:r>
    </w:p>
    <w:p w14:paraId="15C8290D" w14:textId="77777777" w:rsidR="003A120B" w:rsidRPr="0063699D" w:rsidRDefault="003A120B" w:rsidP="00A565D1">
      <w:pPr>
        <w:pStyle w:val="ListParagraph"/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color w:val="000000"/>
          <w:sz w:val="22"/>
        </w:rPr>
      </w:pPr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Довідник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еквівалентності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- Rx </w:t>
      </w:r>
      <w:proofErr w:type="spellStart"/>
      <w:r w:rsidRPr="0063699D">
        <w:rPr>
          <w:rFonts w:asciiTheme="majorBidi" w:hAnsiTheme="majorBidi" w:cstheme="majorBidi"/>
          <w:sz w:val="22"/>
        </w:rPr>
        <w:t>іndex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® / </w:t>
      </w:r>
      <w:proofErr w:type="spellStart"/>
      <w:r w:rsidRPr="0063699D">
        <w:rPr>
          <w:rFonts w:asciiTheme="majorBidi" w:hAnsiTheme="majorBidi" w:cstheme="majorBidi"/>
          <w:sz w:val="22"/>
        </w:rPr>
        <w:t>авт</w:t>
      </w:r>
      <w:proofErr w:type="spellEnd"/>
      <w:r w:rsidRPr="0063699D">
        <w:rPr>
          <w:rFonts w:asciiTheme="majorBidi" w:hAnsiTheme="majorBidi" w:cstheme="majorBidi"/>
          <w:sz w:val="22"/>
        </w:rPr>
        <w:t>.-</w:t>
      </w:r>
      <w:proofErr w:type="spellStart"/>
      <w:r w:rsidRPr="0063699D">
        <w:rPr>
          <w:rFonts w:asciiTheme="majorBidi" w:hAnsiTheme="majorBidi" w:cstheme="majorBidi"/>
          <w:sz w:val="22"/>
        </w:rPr>
        <w:t>уклад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І. А. </w:t>
      </w:r>
      <w:proofErr w:type="spellStart"/>
      <w:r w:rsidRPr="0063699D">
        <w:rPr>
          <w:rFonts w:asciiTheme="majorBidi" w:hAnsiTheme="majorBidi" w:cstheme="majorBidi"/>
          <w:sz w:val="22"/>
        </w:rPr>
        <w:t>Зупанець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[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.] ; </w:t>
      </w:r>
      <w:proofErr w:type="spellStart"/>
      <w:r w:rsidRPr="0063699D">
        <w:rPr>
          <w:rFonts w:asciiTheme="majorBidi" w:hAnsiTheme="majorBidi" w:cstheme="majorBidi"/>
          <w:sz w:val="22"/>
        </w:rPr>
        <w:t>за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ред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.: </w:t>
      </w:r>
      <w:proofErr w:type="spellStart"/>
      <w:r w:rsidRPr="0063699D">
        <w:rPr>
          <w:rFonts w:asciiTheme="majorBidi" w:hAnsiTheme="majorBidi" w:cstheme="majorBidi"/>
          <w:sz w:val="22"/>
        </w:rPr>
        <w:t>проф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І. А. </w:t>
      </w:r>
      <w:proofErr w:type="spellStart"/>
      <w:r w:rsidRPr="0063699D">
        <w:rPr>
          <w:rFonts w:asciiTheme="majorBidi" w:hAnsiTheme="majorBidi" w:cstheme="majorBidi"/>
          <w:sz w:val="22"/>
        </w:rPr>
        <w:t>Зупанця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акад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НАН </w:t>
      </w:r>
      <w:proofErr w:type="spellStart"/>
      <w:r w:rsidRPr="0063699D">
        <w:rPr>
          <w:rFonts w:asciiTheme="majorBidi" w:hAnsiTheme="majorBidi" w:cstheme="majorBidi"/>
          <w:sz w:val="22"/>
        </w:rPr>
        <w:t>України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</w:t>
      </w:r>
      <w:proofErr w:type="spellStart"/>
      <w:r w:rsidRPr="0063699D">
        <w:rPr>
          <w:rFonts w:asciiTheme="majorBidi" w:hAnsiTheme="majorBidi" w:cstheme="majorBidi"/>
          <w:sz w:val="22"/>
        </w:rPr>
        <w:t>проф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В. П. </w:t>
      </w:r>
      <w:proofErr w:type="spellStart"/>
      <w:r w:rsidRPr="0063699D">
        <w:rPr>
          <w:rFonts w:asciiTheme="majorBidi" w:hAnsiTheme="majorBidi" w:cstheme="majorBidi"/>
          <w:sz w:val="22"/>
        </w:rPr>
        <w:t>Черниха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– 3-тє </w:t>
      </w:r>
      <w:proofErr w:type="spellStart"/>
      <w:r w:rsidRPr="0063699D">
        <w:rPr>
          <w:rFonts w:asciiTheme="majorBidi" w:hAnsiTheme="majorBidi" w:cstheme="majorBidi"/>
          <w:sz w:val="22"/>
        </w:rPr>
        <w:t>вид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., </w:t>
      </w:r>
      <w:proofErr w:type="spellStart"/>
      <w:r w:rsidRPr="0063699D">
        <w:rPr>
          <w:rFonts w:asciiTheme="majorBidi" w:hAnsiTheme="majorBidi" w:cstheme="majorBidi"/>
          <w:sz w:val="22"/>
        </w:rPr>
        <w:t>доп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перероб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– </w:t>
      </w:r>
      <w:proofErr w:type="spellStart"/>
      <w:r w:rsidRPr="0063699D">
        <w:rPr>
          <w:rFonts w:asciiTheme="majorBidi" w:hAnsiTheme="majorBidi" w:cstheme="majorBidi"/>
          <w:sz w:val="22"/>
        </w:rPr>
        <w:t>Київ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Фармацевт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Практик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2019. – 832 с. </w:t>
      </w:r>
    </w:p>
    <w:p w14:paraId="3ADB9D42" w14:textId="77777777" w:rsidR="003A120B" w:rsidRPr="0063699D" w:rsidRDefault="003A120B" w:rsidP="00A565D1">
      <w:pPr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Cs/>
          <w:sz w:val="22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</w:rPr>
        <w:t>посібник-довідник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для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підготовки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до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ЛІІ "</w:t>
      </w:r>
      <w:proofErr w:type="spellStart"/>
      <w:r w:rsidRPr="0063699D">
        <w:rPr>
          <w:rFonts w:asciiTheme="majorBidi" w:hAnsiTheme="majorBidi" w:cstheme="majorBidi"/>
          <w:sz w:val="22"/>
        </w:rPr>
        <w:t>Крок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1. </w:t>
      </w:r>
      <w:proofErr w:type="spellStart"/>
      <w:r w:rsidRPr="0063699D">
        <w:rPr>
          <w:rFonts w:asciiTheme="majorBidi" w:hAnsiTheme="majorBidi" w:cstheme="majorBidi"/>
          <w:sz w:val="22"/>
        </w:rPr>
        <w:t>Загальна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лікарська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підготовка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" / І. І. </w:t>
      </w:r>
      <w:proofErr w:type="spellStart"/>
      <w:r w:rsidRPr="0063699D">
        <w:rPr>
          <w:rFonts w:asciiTheme="majorBidi" w:hAnsiTheme="majorBidi" w:cstheme="majorBidi"/>
          <w:sz w:val="22"/>
        </w:rPr>
        <w:t>Заморський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С. П. </w:t>
      </w:r>
      <w:proofErr w:type="spellStart"/>
      <w:r w:rsidRPr="0063699D">
        <w:rPr>
          <w:rFonts w:asciiTheme="majorBidi" w:hAnsiTheme="majorBidi" w:cstheme="majorBidi"/>
          <w:sz w:val="22"/>
        </w:rPr>
        <w:t>Мельничук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Т. Г. </w:t>
      </w:r>
      <w:proofErr w:type="spellStart"/>
      <w:r w:rsidRPr="0063699D">
        <w:rPr>
          <w:rFonts w:asciiTheme="majorBidi" w:hAnsiTheme="majorBidi" w:cstheme="majorBidi"/>
          <w:sz w:val="22"/>
        </w:rPr>
        <w:t>Копчук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[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.]. - </w:t>
      </w:r>
      <w:proofErr w:type="spellStart"/>
      <w:r w:rsidRPr="0063699D">
        <w:rPr>
          <w:rFonts w:asciiTheme="majorBidi" w:hAnsiTheme="majorBidi" w:cstheme="majorBidi"/>
          <w:sz w:val="22"/>
        </w:rPr>
        <w:t>Чернівці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Медуніверситет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2018. - 271 с. : </w:t>
      </w:r>
      <w:proofErr w:type="spellStart"/>
      <w:r w:rsidRPr="0063699D">
        <w:rPr>
          <w:rFonts w:asciiTheme="majorBidi" w:hAnsiTheme="majorBidi" w:cstheme="majorBidi"/>
          <w:sz w:val="22"/>
        </w:rPr>
        <w:t>іл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., </w:t>
      </w:r>
      <w:proofErr w:type="spellStart"/>
      <w:r w:rsidRPr="0063699D">
        <w:rPr>
          <w:rFonts w:asciiTheme="majorBidi" w:hAnsiTheme="majorBidi" w:cstheme="majorBidi"/>
          <w:sz w:val="22"/>
        </w:rPr>
        <w:t>кольор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</w:t>
      </w:r>
      <w:proofErr w:type="spellStart"/>
      <w:r w:rsidRPr="0063699D">
        <w:rPr>
          <w:rFonts w:asciiTheme="majorBidi" w:hAnsiTheme="majorBidi" w:cstheme="majorBidi"/>
          <w:sz w:val="22"/>
        </w:rPr>
        <w:t>іл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- </w:t>
      </w:r>
      <w:proofErr w:type="spellStart"/>
      <w:r w:rsidRPr="0063699D">
        <w:rPr>
          <w:rFonts w:asciiTheme="majorBidi" w:hAnsiTheme="majorBidi" w:cstheme="majorBidi"/>
          <w:sz w:val="22"/>
        </w:rPr>
        <w:t>Бібліогр</w:t>
      </w:r>
      <w:proofErr w:type="spellEnd"/>
      <w:r w:rsidRPr="0063699D">
        <w:rPr>
          <w:rFonts w:asciiTheme="majorBidi" w:hAnsiTheme="majorBidi" w:cstheme="majorBidi"/>
          <w:sz w:val="22"/>
        </w:rPr>
        <w:t>.: с. 270.</w:t>
      </w:r>
    </w:p>
    <w:p w14:paraId="162CB609" w14:textId="77777777" w:rsidR="003A120B" w:rsidRPr="0063699D" w:rsidRDefault="003A120B" w:rsidP="00A565D1">
      <w:pPr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</w:rPr>
        <w:t>Katzung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and Trevor's Pharmacology: examination &amp; board review / B. G. </w:t>
      </w:r>
      <w:proofErr w:type="spellStart"/>
      <w:r w:rsidRPr="0063699D">
        <w:rPr>
          <w:rFonts w:asciiTheme="majorBidi" w:hAnsiTheme="majorBidi" w:cstheme="majorBidi"/>
          <w:sz w:val="22"/>
        </w:rPr>
        <w:t>Katzung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M. </w:t>
      </w:r>
      <w:proofErr w:type="spellStart"/>
      <w:r w:rsidRPr="0063699D">
        <w:rPr>
          <w:rFonts w:asciiTheme="majorBidi" w:hAnsiTheme="majorBidi" w:cstheme="majorBidi"/>
          <w:sz w:val="22"/>
        </w:rPr>
        <w:t>Kruidering</w:t>
      </w:r>
      <w:proofErr w:type="spellEnd"/>
      <w:r w:rsidRPr="0063699D">
        <w:rPr>
          <w:rFonts w:asciiTheme="majorBidi" w:hAnsiTheme="majorBidi" w:cstheme="majorBidi"/>
          <w:sz w:val="22"/>
        </w:rPr>
        <w:t>-Hall, A. J. Trevor. - 12th ed., International Edition. - New York ; Chicago ; San Francisco : McGraw Hill Education, 2019. - 585 p.</w:t>
      </w:r>
    </w:p>
    <w:p w14:paraId="4C502E91" w14:textId="77777777" w:rsidR="003A120B" w:rsidRPr="0063699D" w:rsidRDefault="003A120B" w:rsidP="00A565D1">
      <w:pPr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  <w:r w:rsidRPr="0063699D">
        <w:rPr>
          <w:rFonts w:asciiTheme="majorBidi" w:hAnsiTheme="majorBidi" w:cstheme="majorBidi"/>
          <w:bCs/>
          <w:sz w:val="22"/>
        </w:rPr>
        <w:t>USMLE: Step 1</w:t>
      </w:r>
      <w:r w:rsidRPr="0063699D">
        <w:rPr>
          <w:rFonts w:asciiTheme="majorBidi" w:hAnsiTheme="majorBidi" w:cstheme="majorBidi"/>
          <w:sz w:val="22"/>
        </w:rPr>
        <w:t>: lecture notes 2020: Pharmacology / ed. S. R. Harris. - New York : Kaplan Medical, Inc., 2020. - 335 p.</w:t>
      </w:r>
    </w:p>
    <w:p w14:paraId="3B174C77" w14:textId="77777777" w:rsidR="003A120B" w:rsidRPr="0063699D" w:rsidRDefault="003A120B" w:rsidP="00A565D1">
      <w:pPr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sz w:val="22"/>
        </w:rPr>
        <w:lastRenderedPageBreak/>
        <w:t>Фармакологія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: </w:t>
      </w:r>
      <w:proofErr w:type="spellStart"/>
      <w:r w:rsidRPr="0063699D">
        <w:rPr>
          <w:rFonts w:asciiTheme="majorBidi" w:hAnsiTheme="majorBidi" w:cstheme="majorBidi"/>
          <w:sz w:val="22"/>
        </w:rPr>
        <w:t>підручник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/ І. В. </w:t>
      </w:r>
      <w:proofErr w:type="spellStart"/>
      <w:r w:rsidRPr="0063699D">
        <w:rPr>
          <w:rFonts w:asciiTheme="majorBidi" w:hAnsiTheme="majorBidi" w:cstheme="majorBidi"/>
          <w:sz w:val="22"/>
        </w:rPr>
        <w:t>Нековаль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Т. В. </w:t>
      </w:r>
      <w:proofErr w:type="spellStart"/>
      <w:r w:rsidRPr="0063699D">
        <w:rPr>
          <w:rFonts w:asciiTheme="majorBidi" w:hAnsiTheme="majorBidi" w:cstheme="majorBidi"/>
          <w:sz w:val="22"/>
        </w:rPr>
        <w:t>Казанюк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- 8-е </w:t>
      </w:r>
      <w:proofErr w:type="spellStart"/>
      <w:r w:rsidRPr="0063699D">
        <w:rPr>
          <w:rFonts w:asciiTheme="majorBidi" w:hAnsiTheme="majorBidi" w:cstheme="majorBidi"/>
          <w:sz w:val="22"/>
        </w:rPr>
        <w:t>вид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 - </w:t>
      </w:r>
      <w:proofErr w:type="spellStart"/>
      <w:r w:rsidRPr="0063699D">
        <w:rPr>
          <w:rFonts w:asciiTheme="majorBidi" w:hAnsiTheme="majorBidi" w:cstheme="majorBidi"/>
          <w:sz w:val="22"/>
        </w:rPr>
        <w:t>Київ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Медицина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2018. - 552 с. - </w:t>
      </w:r>
      <w:proofErr w:type="spellStart"/>
      <w:r w:rsidRPr="0063699D">
        <w:rPr>
          <w:rFonts w:asciiTheme="majorBidi" w:hAnsiTheme="majorBidi" w:cstheme="majorBidi"/>
          <w:sz w:val="22"/>
        </w:rPr>
        <w:t>Бібліогр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.: с. 551. </w:t>
      </w:r>
    </w:p>
    <w:p w14:paraId="07DD3844" w14:textId="77777777" w:rsidR="003A120B" w:rsidRPr="0063699D" w:rsidRDefault="003A120B" w:rsidP="00A565D1">
      <w:pPr>
        <w:widowControl w:val="0"/>
        <w:numPr>
          <w:ilvl w:val="0"/>
          <w:numId w:val="383"/>
        </w:numPr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  <w:proofErr w:type="spellStart"/>
      <w:r w:rsidRPr="0063699D">
        <w:rPr>
          <w:rFonts w:asciiTheme="majorBidi" w:hAnsiTheme="majorBidi" w:cstheme="majorBidi"/>
          <w:bCs/>
          <w:sz w:val="22"/>
        </w:rPr>
        <w:t>Фармакологія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= Pharmacology. Guide to essential drugs : </w:t>
      </w:r>
      <w:proofErr w:type="spellStart"/>
      <w:r w:rsidRPr="0063699D">
        <w:rPr>
          <w:rFonts w:asciiTheme="majorBidi" w:hAnsiTheme="majorBidi" w:cstheme="majorBidi"/>
          <w:sz w:val="22"/>
        </w:rPr>
        <w:t>посібник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по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основних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препаратах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/ І. І. </w:t>
      </w:r>
      <w:proofErr w:type="spellStart"/>
      <w:r w:rsidRPr="0063699D">
        <w:rPr>
          <w:rFonts w:asciiTheme="majorBidi" w:hAnsiTheme="majorBidi" w:cstheme="majorBidi"/>
          <w:sz w:val="22"/>
        </w:rPr>
        <w:t>Заморський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Т. С. </w:t>
      </w:r>
      <w:proofErr w:type="spellStart"/>
      <w:r w:rsidRPr="0063699D">
        <w:rPr>
          <w:rFonts w:asciiTheme="majorBidi" w:hAnsiTheme="majorBidi" w:cstheme="majorBidi"/>
          <w:sz w:val="22"/>
        </w:rPr>
        <w:t>Щудрова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, Т. Г. </w:t>
      </w:r>
      <w:proofErr w:type="spellStart"/>
      <w:r w:rsidRPr="0063699D">
        <w:rPr>
          <w:rFonts w:asciiTheme="majorBidi" w:hAnsiTheme="majorBidi" w:cstheme="majorBidi"/>
          <w:sz w:val="22"/>
        </w:rPr>
        <w:t>Копчук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[</w:t>
      </w:r>
      <w:proofErr w:type="spellStart"/>
      <w:r w:rsidRPr="0063699D">
        <w:rPr>
          <w:rFonts w:asciiTheme="majorBidi" w:hAnsiTheme="majorBidi" w:cstheme="majorBidi"/>
          <w:sz w:val="22"/>
        </w:rPr>
        <w:t>та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</w:rPr>
        <w:t>ін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.]. - </w:t>
      </w:r>
      <w:proofErr w:type="spellStart"/>
      <w:r w:rsidRPr="0063699D">
        <w:rPr>
          <w:rFonts w:asciiTheme="majorBidi" w:hAnsiTheme="majorBidi" w:cstheme="majorBidi"/>
          <w:sz w:val="22"/>
        </w:rPr>
        <w:t>Чернівці</w:t>
      </w:r>
      <w:proofErr w:type="spellEnd"/>
      <w:r w:rsidRPr="0063699D">
        <w:rPr>
          <w:rFonts w:asciiTheme="majorBidi" w:hAnsiTheme="majorBidi" w:cstheme="majorBidi"/>
          <w:sz w:val="22"/>
        </w:rPr>
        <w:t xml:space="preserve"> : </w:t>
      </w:r>
      <w:proofErr w:type="spellStart"/>
      <w:r w:rsidRPr="0063699D">
        <w:rPr>
          <w:rFonts w:asciiTheme="majorBidi" w:hAnsiTheme="majorBidi" w:cstheme="majorBidi"/>
          <w:sz w:val="22"/>
        </w:rPr>
        <w:t>Медуніверситет</w:t>
      </w:r>
      <w:proofErr w:type="spellEnd"/>
      <w:r w:rsidRPr="0063699D">
        <w:rPr>
          <w:rFonts w:asciiTheme="majorBidi" w:hAnsiTheme="majorBidi" w:cstheme="majorBidi"/>
          <w:sz w:val="22"/>
        </w:rPr>
        <w:t>, 2018. - 141 с.</w:t>
      </w:r>
    </w:p>
    <w:p w14:paraId="4CC443AC" w14:textId="77777777" w:rsidR="003A120B" w:rsidRPr="0063699D" w:rsidRDefault="003A120B" w:rsidP="003A120B">
      <w:pPr>
        <w:tabs>
          <w:tab w:val="left" w:pos="709"/>
        </w:tabs>
        <w:spacing w:after="0" w:line="220" w:lineRule="exact"/>
        <w:ind w:firstLine="709"/>
        <w:jc w:val="both"/>
        <w:rPr>
          <w:rFonts w:asciiTheme="majorBidi" w:hAnsiTheme="majorBidi" w:cstheme="majorBidi"/>
          <w:sz w:val="22"/>
        </w:rPr>
      </w:pPr>
    </w:p>
    <w:p w14:paraId="2064F574" w14:textId="77777777" w:rsidR="003A120B" w:rsidRPr="0063699D" w:rsidRDefault="003A120B" w:rsidP="003A120B">
      <w:pPr>
        <w:tabs>
          <w:tab w:val="left" w:pos="709"/>
        </w:tabs>
        <w:spacing w:after="0" w:line="220" w:lineRule="exact"/>
        <w:jc w:val="both"/>
        <w:rPr>
          <w:rFonts w:asciiTheme="majorBidi" w:hAnsiTheme="majorBidi" w:cstheme="majorBidi"/>
          <w:sz w:val="22"/>
          <w:lang w:eastAsia="ru-RU"/>
        </w:rPr>
      </w:pPr>
    </w:p>
    <w:p w14:paraId="5C29200E" w14:textId="77777777" w:rsidR="003A120B" w:rsidRPr="0063699D" w:rsidRDefault="003A120B" w:rsidP="003A120B">
      <w:pPr>
        <w:tabs>
          <w:tab w:val="left" w:pos="709"/>
        </w:tabs>
        <w:spacing w:after="0" w:line="220" w:lineRule="exact"/>
        <w:ind w:firstLine="480"/>
        <w:jc w:val="both"/>
        <w:rPr>
          <w:rFonts w:asciiTheme="majorBidi" w:hAnsiTheme="majorBidi" w:cstheme="majorBidi"/>
          <w:b/>
          <w:bCs/>
          <w:sz w:val="22"/>
          <w:lang w:val="ru-RU" w:eastAsia="ru-RU"/>
        </w:rPr>
      </w:pPr>
      <w:r w:rsidRPr="0063699D">
        <w:rPr>
          <w:rFonts w:asciiTheme="majorBidi" w:hAnsiTheme="majorBidi" w:cstheme="majorBidi"/>
          <w:b/>
          <w:bCs/>
          <w:sz w:val="22"/>
          <w:lang w:eastAsia="ru-RU"/>
        </w:rPr>
        <w:t>І</w:t>
      </w:r>
      <w:proofErr w:type="spellStart"/>
      <w:r w:rsidRPr="0063699D">
        <w:rPr>
          <w:rFonts w:asciiTheme="majorBidi" w:hAnsiTheme="majorBidi" w:cstheme="majorBidi"/>
          <w:b/>
          <w:bCs/>
          <w:sz w:val="22"/>
          <w:lang w:val="ru-RU" w:eastAsia="ru-RU"/>
        </w:rPr>
        <w:t>нтернет</w:t>
      </w:r>
      <w:proofErr w:type="spellEnd"/>
      <w:r w:rsidRPr="0063699D">
        <w:rPr>
          <w:rFonts w:asciiTheme="majorBidi" w:hAnsiTheme="majorBidi" w:cstheme="majorBidi"/>
          <w:b/>
          <w:bCs/>
          <w:sz w:val="22"/>
          <w:lang w:val="ru-RU" w:eastAsia="ru-RU"/>
        </w:rPr>
        <w:t>-ресурс</w:t>
      </w:r>
      <w:r w:rsidRPr="0063699D">
        <w:rPr>
          <w:rFonts w:asciiTheme="majorBidi" w:hAnsiTheme="majorBidi" w:cstheme="majorBidi"/>
          <w:b/>
          <w:bCs/>
          <w:sz w:val="22"/>
          <w:lang w:eastAsia="ru-RU"/>
        </w:rPr>
        <w:t>и</w:t>
      </w:r>
      <w:r w:rsidRPr="0063699D">
        <w:rPr>
          <w:rFonts w:asciiTheme="majorBidi" w:hAnsiTheme="majorBidi" w:cstheme="majorBidi"/>
          <w:b/>
          <w:bCs/>
          <w:sz w:val="22"/>
          <w:lang w:val="ru-RU" w:eastAsia="ru-RU"/>
        </w:rPr>
        <w:t>:</w:t>
      </w:r>
    </w:p>
    <w:p w14:paraId="30BFACC7" w14:textId="77777777" w:rsidR="003A120B" w:rsidRPr="0063699D" w:rsidRDefault="003A120B" w:rsidP="00A565D1">
      <w:pPr>
        <w:numPr>
          <w:ilvl w:val="0"/>
          <w:numId w:val="384"/>
        </w:numPr>
        <w:tabs>
          <w:tab w:val="left" w:pos="360"/>
        </w:tabs>
        <w:spacing w:after="0" w:line="220" w:lineRule="exact"/>
        <w:ind w:left="360"/>
        <w:jc w:val="both"/>
        <w:rPr>
          <w:rFonts w:asciiTheme="majorBidi" w:hAnsiTheme="majorBidi" w:cstheme="majorBidi"/>
          <w:bCs/>
          <w:sz w:val="22"/>
          <w:lang w:val="ru-RU" w:eastAsia="ru-RU"/>
        </w:rPr>
      </w:pPr>
      <w:proofErr w:type="spellStart"/>
      <w:r w:rsidRPr="0063699D">
        <w:rPr>
          <w:rFonts w:asciiTheme="majorBidi" w:hAnsiTheme="majorBidi" w:cstheme="majorBidi"/>
          <w:bCs/>
          <w:sz w:val="22"/>
          <w:lang w:val="ru-RU" w:eastAsia="ru-RU"/>
        </w:rPr>
        <w:t>Державний</w:t>
      </w:r>
      <w:proofErr w:type="spellEnd"/>
      <w:r w:rsidRPr="0063699D">
        <w:rPr>
          <w:rFonts w:asciiTheme="majorBidi" w:hAnsiTheme="majorBidi" w:cstheme="majorBidi"/>
          <w:bCs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bCs/>
          <w:sz w:val="22"/>
          <w:lang w:val="ru-RU" w:eastAsia="ru-RU"/>
        </w:rPr>
        <w:t>Експертний</w:t>
      </w:r>
      <w:proofErr w:type="spellEnd"/>
      <w:r w:rsidRPr="0063699D">
        <w:rPr>
          <w:rFonts w:asciiTheme="majorBidi" w:hAnsiTheme="majorBidi" w:cstheme="majorBidi"/>
          <w:bCs/>
          <w:sz w:val="22"/>
          <w:lang w:val="ru-RU" w:eastAsia="ru-RU"/>
        </w:rPr>
        <w:t xml:space="preserve"> Центр МОЗ </w:t>
      </w:r>
      <w:proofErr w:type="spellStart"/>
      <w:r w:rsidRPr="0063699D">
        <w:rPr>
          <w:rFonts w:asciiTheme="majorBidi" w:hAnsiTheme="majorBidi" w:cstheme="majorBidi"/>
          <w:bCs/>
          <w:sz w:val="22"/>
          <w:lang w:val="ru-RU" w:eastAsia="ru-RU"/>
        </w:rPr>
        <w:t>України</w:t>
      </w:r>
      <w:proofErr w:type="spellEnd"/>
      <w:r w:rsidRPr="0063699D">
        <w:rPr>
          <w:rFonts w:asciiTheme="majorBidi" w:hAnsiTheme="majorBidi" w:cstheme="majorBidi"/>
          <w:bCs/>
          <w:sz w:val="22"/>
          <w:lang w:val="ru-RU" w:eastAsia="ru-RU"/>
        </w:rPr>
        <w:t xml:space="preserve"> </w:t>
      </w:r>
      <w:hyperlink r:id="rId8" w:history="1">
        <w:r w:rsidRPr="0063699D">
          <w:rPr>
            <w:rFonts w:asciiTheme="majorBidi" w:hAnsiTheme="majorBidi" w:cstheme="majorBidi"/>
            <w:bCs/>
            <w:color w:val="0000FF"/>
            <w:sz w:val="22"/>
            <w:u w:val="single"/>
            <w:lang w:val="ru-RU" w:eastAsia="ru-RU"/>
          </w:rPr>
          <w:t>http://www.dec.gov.ua/index.php/ua/</w:t>
        </w:r>
      </w:hyperlink>
    </w:p>
    <w:p w14:paraId="44541327" w14:textId="77777777" w:rsidR="003A120B" w:rsidRPr="0063699D" w:rsidRDefault="003A120B" w:rsidP="00A565D1">
      <w:pPr>
        <w:numPr>
          <w:ilvl w:val="0"/>
          <w:numId w:val="384"/>
        </w:numPr>
        <w:tabs>
          <w:tab w:val="left" w:pos="360"/>
        </w:tabs>
        <w:spacing w:after="0" w:line="220" w:lineRule="exact"/>
        <w:ind w:left="360"/>
        <w:jc w:val="both"/>
        <w:rPr>
          <w:rFonts w:asciiTheme="majorBidi" w:hAnsiTheme="majorBidi" w:cstheme="majorBidi"/>
          <w:bCs/>
          <w:sz w:val="22"/>
          <w:lang w:val="ru-RU" w:eastAsia="ru-RU"/>
        </w:rPr>
      </w:pPr>
      <w:r w:rsidRPr="0063699D">
        <w:rPr>
          <w:rFonts w:asciiTheme="majorBidi" w:hAnsiTheme="majorBidi" w:cstheme="majorBidi"/>
          <w:sz w:val="22"/>
          <w:lang w:val="ru-RU" w:eastAsia="ru-RU"/>
        </w:rPr>
        <w:t>ДП "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Український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науковий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фармакопейний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центр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якості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" </w:t>
      </w:r>
      <w:hyperlink r:id="rId9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http://sphu.org/</w:t>
        </w:r>
      </w:hyperlink>
    </w:p>
    <w:p w14:paraId="686F963C" w14:textId="77777777" w:rsidR="003A120B" w:rsidRPr="0063699D" w:rsidRDefault="003A120B" w:rsidP="00A565D1">
      <w:pPr>
        <w:numPr>
          <w:ilvl w:val="0"/>
          <w:numId w:val="384"/>
        </w:numPr>
        <w:tabs>
          <w:tab w:val="left" w:pos="360"/>
        </w:tabs>
        <w:spacing w:after="0" w:line="220" w:lineRule="exact"/>
        <w:ind w:left="360"/>
        <w:jc w:val="both"/>
        <w:rPr>
          <w:rFonts w:asciiTheme="majorBidi" w:hAnsiTheme="majorBidi" w:cstheme="majorBidi"/>
          <w:bCs/>
          <w:sz w:val="22"/>
          <w:lang w:val="ru-RU" w:eastAsia="ru-RU"/>
        </w:rPr>
      </w:pPr>
      <w:hyperlink r:id="rId10" w:tgtFrame="_blank" w:history="1"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Національна</w:t>
        </w:r>
        <w:proofErr w:type="spellEnd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 xml:space="preserve"> </w:t>
        </w:r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наукова</w:t>
        </w:r>
        <w:proofErr w:type="spellEnd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 xml:space="preserve"> </w:t>
        </w:r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медична</w:t>
        </w:r>
        <w:proofErr w:type="spellEnd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 xml:space="preserve"> </w:t>
        </w:r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бібліотека</w:t>
        </w:r>
        <w:proofErr w:type="spellEnd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 xml:space="preserve"> </w:t>
        </w:r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України</w:t>
        </w:r>
        <w:proofErr w:type="spellEnd"/>
      </w:hyperlink>
      <w:hyperlink r:id="rId11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http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://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library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gov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ua</w:t>
        </w:r>
        <w:proofErr w:type="spellEnd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/</w:t>
        </w:r>
      </w:hyperlink>
    </w:p>
    <w:p w14:paraId="1BE35830" w14:textId="77777777" w:rsidR="003A120B" w:rsidRPr="0063699D" w:rsidRDefault="003A120B" w:rsidP="00A565D1">
      <w:pPr>
        <w:numPr>
          <w:ilvl w:val="0"/>
          <w:numId w:val="384"/>
        </w:numPr>
        <w:tabs>
          <w:tab w:val="left" w:pos="360"/>
        </w:tabs>
        <w:spacing w:after="0" w:line="220" w:lineRule="exact"/>
        <w:ind w:left="360"/>
        <w:jc w:val="both"/>
        <w:rPr>
          <w:rFonts w:asciiTheme="majorBidi" w:hAnsiTheme="majorBidi" w:cstheme="majorBidi"/>
          <w:sz w:val="22"/>
          <w:lang w:val="ru-RU" w:eastAsia="ru-RU"/>
        </w:rPr>
      </w:pPr>
      <w:hyperlink r:id="rId12" w:tgtFrame="_blank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Національна бібліотека України імені В.І. Вернадського</w:t>
        </w:r>
      </w:hyperlink>
      <w:hyperlink r:id="rId13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br/>
        </w:r>
      </w:hyperlink>
      <w:hyperlink r:id="rId14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http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://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www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nbuv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gov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ua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/</w:t>
        </w:r>
      </w:hyperlink>
    </w:p>
    <w:p w14:paraId="7BBADB7C" w14:textId="77777777" w:rsidR="003A120B" w:rsidRPr="0063699D" w:rsidRDefault="003A120B" w:rsidP="00A565D1">
      <w:pPr>
        <w:numPr>
          <w:ilvl w:val="0"/>
          <w:numId w:val="384"/>
        </w:numPr>
        <w:tabs>
          <w:tab w:val="left" w:pos="360"/>
        </w:tabs>
        <w:spacing w:after="0" w:line="220" w:lineRule="exact"/>
        <w:ind w:left="360"/>
        <w:jc w:val="both"/>
        <w:rPr>
          <w:rFonts w:asciiTheme="majorBidi" w:hAnsiTheme="majorBidi" w:cstheme="majorBidi"/>
          <w:sz w:val="22"/>
          <w:lang w:val="ru-RU" w:eastAsia="ru-RU"/>
        </w:rPr>
      </w:pPr>
      <w:r w:rsidRPr="0063699D">
        <w:rPr>
          <w:rFonts w:asciiTheme="majorBidi" w:hAnsiTheme="majorBidi" w:cstheme="majorBidi"/>
          <w:sz w:val="22"/>
          <w:lang w:val="ru-RU" w:eastAsia="ru-RU"/>
        </w:rPr>
        <w:t xml:space="preserve">5) Ресурс з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прогнозування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міжлікових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взаємодій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заснований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на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інструкціях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FDA,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англійською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мовою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)URL: </w:t>
      </w:r>
      <w:hyperlink r:id="rId15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http://www.drugs.com</w:t>
        </w:r>
      </w:hyperlink>
    </w:p>
    <w:p w14:paraId="4A833123" w14:textId="77777777" w:rsidR="003A120B" w:rsidRPr="0063699D" w:rsidRDefault="003A120B" w:rsidP="00A565D1">
      <w:pPr>
        <w:numPr>
          <w:ilvl w:val="0"/>
          <w:numId w:val="384"/>
        </w:numPr>
        <w:tabs>
          <w:tab w:val="left" w:pos="360"/>
        </w:tabs>
        <w:spacing w:after="0" w:line="220" w:lineRule="exact"/>
        <w:ind w:left="360"/>
        <w:jc w:val="both"/>
        <w:rPr>
          <w:rFonts w:asciiTheme="majorBidi" w:hAnsiTheme="majorBidi" w:cstheme="majorBidi"/>
          <w:sz w:val="22"/>
          <w:lang w:val="ru-RU" w:eastAsia="ru-RU"/>
        </w:rPr>
      </w:pPr>
      <w:r w:rsidRPr="0063699D">
        <w:rPr>
          <w:rFonts w:asciiTheme="majorBidi" w:hAnsiTheme="majorBidi" w:cstheme="majorBidi"/>
          <w:sz w:val="22"/>
          <w:lang w:val="ru-RU" w:eastAsia="ru-RU"/>
        </w:rPr>
        <w:t>6) Ресурс-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довідник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засобів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та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прогнозування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міжлікарських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взаємодій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(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англійською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 xml:space="preserve"> </w:t>
      </w:r>
      <w:proofErr w:type="spellStart"/>
      <w:r w:rsidRPr="0063699D">
        <w:rPr>
          <w:rFonts w:asciiTheme="majorBidi" w:hAnsiTheme="majorBidi" w:cstheme="majorBidi"/>
          <w:sz w:val="22"/>
          <w:lang w:val="ru-RU" w:eastAsia="ru-RU"/>
        </w:rPr>
        <w:t>мовою</w:t>
      </w:r>
      <w:proofErr w:type="spellEnd"/>
      <w:r w:rsidRPr="0063699D">
        <w:rPr>
          <w:rFonts w:asciiTheme="majorBidi" w:hAnsiTheme="majorBidi" w:cstheme="majorBidi"/>
          <w:sz w:val="22"/>
          <w:lang w:val="ru-RU" w:eastAsia="ru-RU"/>
        </w:rPr>
        <w:t>).</w:t>
      </w:r>
      <w:r w:rsidRPr="0063699D">
        <w:rPr>
          <w:rFonts w:asciiTheme="majorBidi" w:hAnsiTheme="majorBidi" w:cstheme="majorBidi"/>
          <w:sz w:val="22"/>
          <w:lang w:eastAsia="ru-RU"/>
        </w:rPr>
        <w:t>URL</w:t>
      </w:r>
      <w:r w:rsidRPr="0063699D">
        <w:rPr>
          <w:rFonts w:asciiTheme="majorBidi" w:hAnsiTheme="majorBidi" w:cstheme="majorBidi"/>
          <w:sz w:val="22"/>
          <w:lang w:val="ru-RU" w:eastAsia="ru-RU"/>
        </w:rPr>
        <w:t xml:space="preserve">: </w:t>
      </w:r>
      <w:hyperlink r:id="rId16" w:history="1"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http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://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www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proofErr w:type="spellStart"/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medscape</w:t>
        </w:r>
        <w:proofErr w:type="spellEnd"/>
        <w:r w:rsidRPr="0063699D">
          <w:rPr>
            <w:rFonts w:asciiTheme="majorBidi" w:hAnsiTheme="majorBidi" w:cstheme="majorBidi"/>
            <w:color w:val="0000FF"/>
            <w:sz w:val="22"/>
            <w:u w:val="single"/>
            <w:lang w:val="ru-RU" w:eastAsia="ru-RU"/>
          </w:rPr>
          <w:t>.</w:t>
        </w:r>
        <w:r w:rsidRPr="0063699D">
          <w:rPr>
            <w:rFonts w:asciiTheme="majorBidi" w:hAnsiTheme="majorBidi" w:cstheme="majorBidi"/>
            <w:color w:val="0000FF"/>
            <w:sz w:val="22"/>
            <w:u w:val="single"/>
            <w:lang w:eastAsia="ru-RU"/>
          </w:rPr>
          <w:t>org</w:t>
        </w:r>
      </w:hyperlink>
    </w:p>
    <w:p w14:paraId="2600E6C1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0BA14831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455B3D9E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5857AA9E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36394F88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4FACEFF8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387ED596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74D4A2D2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1C774F7F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283182B2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0E6FAC0D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6D2829D7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38DA0302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1EB23EC4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371EB347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2FD08EF9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6F09BAAD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634B5EFB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5D879ED2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36E4BDC0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005031F7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1F998196" w14:textId="77777777" w:rsidR="003A120B" w:rsidRPr="0063699D" w:rsidRDefault="003A120B" w:rsidP="003A120B">
      <w:pPr>
        <w:tabs>
          <w:tab w:val="left" w:pos="709"/>
        </w:tabs>
        <w:spacing w:after="0" w:line="240" w:lineRule="exact"/>
        <w:ind w:left="426"/>
        <w:contextualSpacing/>
        <w:jc w:val="both"/>
        <w:rPr>
          <w:rFonts w:asciiTheme="majorBidi" w:eastAsiaTheme="minorHAnsi" w:hAnsiTheme="majorBidi" w:cstheme="majorBidi"/>
          <w:noProof/>
          <w:snapToGrid w:val="0"/>
          <w:sz w:val="22"/>
          <w:lang w:val="ru-RU"/>
        </w:rPr>
      </w:pPr>
    </w:p>
    <w:p w14:paraId="5F0D1B74" w14:textId="77777777" w:rsidR="003A120B" w:rsidRPr="0063699D" w:rsidRDefault="003A120B" w:rsidP="003A120B">
      <w:pPr>
        <w:tabs>
          <w:tab w:val="left" w:pos="142"/>
        </w:tabs>
        <w:spacing w:after="0" w:line="240" w:lineRule="auto"/>
        <w:ind w:right="-937"/>
        <w:jc w:val="center"/>
        <w:rPr>
          <w:rFonts w:asciiTheme="majorBidi" w:hAnsiTheme="majorBidi" w:cstheme="majorBidi"/>
          <w:sz w:val="22"/>
          <w:lang w:eastAsia="ru-RU"/>
        </w:rPr>
      </w:pPr>
      <w:r w:rsidRPr="0063699D">
        <w:rPr>
          <w:rFonts w:asciiTheme="majorBidi" w:hAnsiTheme="majorBidi" w:cstheme="majorBidi"/>
          <w:sz w:val="22"/>
          <w:lang w:eastAsia="ru-RU"/>
        </w:rPr>
        <w:t>ЗМІСТ</w:t>
      </w:r>
    </w:p>
    <w:p w14:paraId="14E30FB4" w14:textId="77777777" w:rsidR="003A120B" w:rsidRPr="0063699D" w:rsidRDefault="003A120B" w:rsidP="003A120B">
      <w:pPr>
        <w:tabs>
          <w:tab w:val="left" w:pos="142"/>
        </w:tabs>
        <w:spacing w:after="0" w:line="240" w:lineRule="auto"/>
        <w:ind w:right="-937"/>
        <w:jc w:val="both"/>
        <w:rPr>
          <w:rFonts w:asciiTheme="majorBidi" w:hAnsiTheme="majorBidi" w:cstheme="majorBidi"/>
          <w:b/>
          <w:sz w:val="22"/>
          <w:lang w:eastAsia="ru-RU"/>
        </w:rPr>
      </w:pPr>
    </w:p>
    <w:tbl>
      <w:tblPr>
        <w:tblW w:w="4864" w:type="pct"/>
        <w:tblInd w:w="250" w:type="dxa"/>
        <w:tblLayout w:type="fixed"/>
        <w:tblLook w:val="0000" w:firstRow="0" w:lastRow="0" w:firstColumn="0" w:lastColumn="0" w:noHBand="0" w:noVBand="0"/>
      </w:tblPr>
      <w:tblGrid>
        <w:gridCol w:w="1385"/>
        <w:gridCol w:w="7326"/>
        <w:gridCol w:w="990"/>
      </w:tblGrid>
      <w:tr w:rsidR="003A120B" w:rsidRPr="0063699D" w14:paraId="7261EA7B" w14:textId="77777777" w:rsidTr="003A120B">
        <w:trPr>
          <w:cantSplit/>
        </w:trPr>
        <w:tc>
          <w:tcPr>
            <w:tcW w:w="4490" w:type="pct"/>
            <w:gridSpan w:val="2"/>
          </w:tcPr>
          <w:p w14:paraId="65DE28B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390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ступ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.....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………………………………………..……….</w:t>
            </w:r>
          </w:p>
          <w:p w14:paraId="16CC8A1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Список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скорочень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 ……………………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.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…………………..……….</w:t>
            </w:r>
          </w:p>
        </w:tc>
        <w:tc>
          <w:tcPr>
            <w:tcW w:w="510" w:type="pct"/>
            <w:vAlign w:val="center"/>
          </w:tcPr>
          <w:p w14:paraId="3FD94747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3</w:t>
            </w:r>
          </w:p>
          <w:p w14:paraId="0D9042DE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4</w:t>
            </w:r>
          </w:p>
        </w:tc>
      </w:tr>
      <w:tr w:rsidR="003A120B" w:rsidRPr="0063699D" w14:paraId="08D9F42D" w14:textId="77777777" w:rsidTr="003A120B">
        <w:trPr>
          <w:cantSplit/>
          <w:trHeight w:val="243"/>
        </w:trPr>
        <w:tc>
          <w:tcPr>
            <w:tcW w:w="4490" w:type="pct"/>
            <w:gridSpan w:val="2"/>
          </w:tcPr>
          <w:p w14:paraId="316D547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4A4F1727" w14:textId="77777777" w:rsidR="003A120B" w:rsidRPr="0063699D" w:rsidRDefault="003A120B" w:rsidP="003A120B">
            <w:pPr>
              <w:tabs>
                <w:tab w:val="left" w:pos="142"/>
              </w:tabs>
              <w:spacing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b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озділ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I. </w:t>
            </w:r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ЛІКАРСЬКА</w:t>
            </w:r>
            <w:r w:rsidRPr="0063699D">
              <w:rPr>
                <w:rFonts w:asciiTheme="majorBidi" w:hAnsiTheme="majorBidi" w:cstheme="majorBidi"/>
                <w:b/>
                <w:sz w:val="22"/>
                <w:lang w:val="ru-RU" w:eastAsia="ru-RU"/>
              </w:rPr>
              <w:t xml:space="preserve"> РЕЦЕПТУРА</w:t>
            </w:r>
            <w:r w:rsidRPr="0063699D">
              <w:rPr>
                <w:rFonts w:asciiTheme="majorBidi" w:hAnsiTheme="majorBidi" w:cstheme="majorBidi"/>
                <w:bCs/>
                <w:sz w:val="22"/>
                <w:lang w:val="ru-RU" w:eastAsia="ru-RU"/>
              </w:rPr>
              <w:t>…………</w:t>
            </w:r>
            <w:r w:rsidRPr="0063699D">
              <w:rPr>
                <w:rFonts w:asciiTheme="majorBidi" w:hAnsiTheme="majorBidi" w:cstheme="majorBidi"/>
                <w:bCs/>
                <w:sz w:val="22"/>
                <w:lang w:eastAsia="ru-RU"/>
              </w:rPr>
              <w:t>..</w:t>
            </w:r>
            <w:r w:rsidRPr="0063699D">
              <w:rPr>
                <w:rFonts w:asciiTheme="majorBidi" w:hAnsiTheme="majorBidi" w:cstheme="majorBidi"/>
                <w:bCs/>
                <w:sz w:val="22"/>
                <w:lang w:val="ru-RU" w:eastAsia="ru-RU"/>
              </w:rPr>
              <w:t>……....…….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5738018B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1AA00B30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5</w:t>
            </w:r>
          </w:p>
        </w:tc>
      </w:tr>
      <w:tr w:rsidR="003A120B" w:rsidRPr="0063699D" w14:paraId="47714B9D" w14:textId="77777777" w:rsidTr="003A120B">
        <w:tc>
          <w:tcPr>
            <w:tcW w:w="714" w:type="pct"/>
          </w:tcPr>
          <w:p w14:paraId="2C791D9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Тема 1.</w:t>
            </w:r>
          </w:p>
        </w:tc>
        <w:tc>
          <w:tcPr>
            <w:tcW w:w="3776" w:type="pct"/>
          </w:tcPr>
          <w:p w14:paraId="3D7203E0" w14:textId="77777777" w:rsidR="003A120B" w:rsidRPr="0063699D" w:rsidRDefault="003A120B" w:rsidP="003A120B">
            <w:pPr>
              <w:tabs>
                <w:tab w:val="left" w:pos="33"/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Нормативно-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правова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база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щодо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України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Рецепт як один з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видів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лікарської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5A0B7B2B" w14:textId="77777777" w:rsidR="003A120B" w:rsidRPr="0063699D" w:rsidRDefault="003A120B" w:rsidP="003A120B">
            <w:pPr>
              <w:tabs>
                <w:tab w:val="left" w:pos="33"/>
                <w:tab w:val="left" w:pos="142"/>
              </w:tabs>
              <w:spacing w:after="0" w:line="240" w:lineRule="exact"/>
              <w:ind w:right="-392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документації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…………………………………………….</w:t>
            </w:r>
          </w:p>
        </w:tc>
        <w:tc>
          <w:tcPr>
            <w:tcW w:w="510" w:type="pct"/>
            <w:vAlign w:val="center"/>
          </w:tcPr>
          <w:p w14:paraId="058115D0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42E8356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5</w:t>
            </w:r>
          </w:p>
        </w:tc>
      </w:tr>
      <w:tr w:rsidR="003A120B" w:rsidRPr="0063699D" w14:paraId="4128B005" w14:textId="77777777" w:rsidTr="003A120B">
        <w:tc>
          <w:tcPr>
            <w:tcW w:w="714" w:type="pct"/>
          </w:tcPr>
          <w:p w14:paraId="606EA9E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Тема 2.</w:t>
            </w:r>
          </w:p>
        </w:tc>
        <w:tc>
          <w:tcPr>
            <w:tcW w:w="3776" w:type="pct"/>
          </w:tcPr>
          <w:p w14:paraId="107954B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Рецептурна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грамота.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Відпрацювання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  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навичок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прописування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рецептів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на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різні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форми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</w:t>
            </w:r>
          </w:p>
        </w:tc>
        <w:tc>
          <w:tcPr>
            <w:tcW w:w="510" w:type="pct"/>
            <w:vAlign w:val="center"/>
          </w:tcPr>
          <w:p w14:paraId="19B3E11A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24CF5626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8</w:t>
            </w:r>
          </w:p>
        </w:tc>
      </w:tr>
      <w:tr w:rsidR="003A120B" w:rsidRPr="0063699D" w14:paraId="086EEE2E" w14:textId="77777777" w:rsidTr="003A120B">
        <w:tc>
          <w:tcPr>
            <w:tcW w:w="714" w:type="pct"/>
          </w:tcPr>
          <w:p w14:paraId="50F57CD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3.</w:t>
            </w:r>
          </w:p>
        </w:tc>
        <w:tc>
          <w:tcPr>
            <w:tcW w:w="3776" w:type="pct"/>
            <w:vAlign w:val="center"/>
          </w:tcPr>
          <w:p w14:paraId="74C339D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Історія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лікознавства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і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фармакології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Видатні</w:t>
            </w:r>
            <w:proofErr w:type="spellEnd"/>
          </w:p>
          <w:p w14:paraId="008DEE7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вітчизняні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іноземні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фармакологи і токсикологи.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Основні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етапи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розвитку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фармакотерапії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поняття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доказової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медицини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Номенклатура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класифікації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Правилавикористання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довідників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</w:t>
            </w:r>
          </w:p>
        </w:tc>
        <w:tc>
          <w:tcPr>
            <w:tcW w:w="510" w:type="pct"/>
            <w:vAlign w:val="center"/>
          </w:tcPr>
          <w:p w14:paraId="6002995B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5EC22C7F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5A31F3C7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49620BDC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516DC658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B5F0C7C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11</w:t>
            </w:r>
          </w:p>
        </w:tc>
      </w:tr>
      <w:tr w:rsidR="003A120B" w:rsidRPr="0063699D" w14:paraId="53A024B3" w14:textId="77777777" w:rsidTr="003A120B">
        <w:trPr>
          <w:cantSplit/>
          <w:trHeight w:val="564"/>
        </w:trPr>
        <w:tc>
          <w:tcPr>
            <w:tcW w:w="4490" w:type="pct"/>
            <w:gridSpan w:val="2"/>
          </w:tcPr>
          <w:p w14:paraId="22B41B6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28B025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озді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 II.</w:t>
            </w:r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ЗАГАЛЬНА</w:t>
            </w:r>
            <w:r w:rsidRPr="0063699D">
              <w:rPr>
                <w:rFonts w:asciiTheme="majorBidi" w:hAnsiTheme="majorBidi" w:cstheme="majorBidi"/>
                <w:b/>
                <w:sz w:val="22"/>
                <w:lang w:val="ru-RU" w:eastAsia="ru-RU"/>
              </w:rPr>
              <w:t xml:space="preserve"> ФАРМАКОЛОГ</w:t>
            </w:r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І</w:t>
            </w:r>
            <w:r w:rsidRPr="0063699D">
              <w:rPr>
                <w:rFonts w:asciiTheme="majorBidi" w:hAnsiTheme="majorBidi" w:cstheme="majorBidi"/>
                <w:b/>
                <w:sz w:val="22"/>
                <w:lang w:val="ru-RU" w:eastAsia="ru-RU"/>
              </w:rPr>
              <w:t xml:space="preserve">Я </w:t>
            </w:r>
            <w:r w:rsidRPr="0063699D">
              <w:rPr>
                <w:rFonts w:asciiTheme="majorBidi" w:hAnsiTheme="majorBidi" w:cstheme="majorBidi"/>
                <w:bCs/>
                <w:sz w:val="22"/>
                <w:lang w:val="ru-RU" w:eastAsia="ru-RU"/>
              </w:rPr>
              <w:t>…..…………</w:t>
            </w:r>
            <w:r w:rsidRPr="0063699D">
              <w:rPr>
                <w:rFonts w:asciiTheme="majorBidi" w:hAnsiTheme="majorBidi" w:cstheme="majorBidi"/>
                <w:bCs/>
                <w:sz w:val="22"/>
                <w:lang w:eastAsia="ru-RU"/>
              </w:rPr>
              <w:t>.</w:t>
            </w:r>
            <w:r w:rsidRPr="0063699D">
              <w:rPr>
                <w:rFonts w:asciiTheme="majorBidi" w:hAnsiTheme="majorBidi" w:cstheme="majorBidi"/>
                <w:bCs/>
                <w:sz w:val="22"/>
                <w:lang w:val="ru-RU" w:eastAsia="ru-RU"/>
              </w:rPr>
              <w:t>....</w:t>
            </w:r>
          </w:p>
        </w:tc>
        <w:tc>
          <w:tcPr>
            <w:tcW w:w="510" w:type="pct"/>
            <w:shd w:val="clear" w:color="auto" w:fill="auto"/>
            <w:vAlign w:val="center"/>
          </w:tcPr>
          <w:p w14:paraId="59E5ED51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64CE264C" w14:textId="77777777" w:rsidR="003A120B" w:rsidRPr="0063699D" w:rsidRDefault="003A120B" w:rsidP="003A120B">
            <w:pPr>
              <w:tabs>
                <w:tab w:val="left" w:pos="176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13</w:t>
            </w:r>
          </w:p>
        </w:tc>
      </w:tr>
      <w:tr w:rsidR="003A120B" w:rsidRPr="0063699D" w14:paraId="1AB715F1" w14:textId="77777777" w:rsidTr="003A120B">
        <w:tc>
          <w:tcPr>
            <w:tcW w:w="714" w:type="pct"/>
          </w:tcPr>
          <w:p w14:paraId="41ACC0D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lastRenderedPageBreak/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4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  <w:vAlign w:val="center"/>
          </w:tcPr>
          <w:p w14:paraId="1B6FD65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Фармакокінетика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Основні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фармакокінетичні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характеристики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........................................................</w:t>
            </w:r>
          </w:p>
        </w:tc>
        <w:tc>
          <w:tcPr>
            <w:tcW w:w="510" w:type="pct"/>
            <w:vAlign w:val="center"/>
          </w:tcPr>
          <w:p w14:paraId="2C7DE12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4346FE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13</w:t>
            </w:r>
          </w:p>
        </w:tc>
      </w:tr>
      <w:tr w:rsidR="003A120B" w:rsidRPr="0063699D" w14:paraId="4C65C305" w14:textId="77777777" w:rsidTr="003A120B">
        <w:tc>
          <w:tcPr>
            <w:tcW w:w="714" w:type="pct"/>
          </w:tcPr>
          <w:p w14:paraId="7CD18A9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5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  <w:vAlign w:val="center"/>
          </w:tcPr>
          <w:p w14:paraId="0DBF1DC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Фармакодинаміка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Основні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поняття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про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вплив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77E6EBA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організм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людини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………………………………………</w:t>
            </w:r>
          </w:p>
        </w:tc>
        <w:tc>
          <w:tcPr>
            <w:tcW w:w="510" w:type="pct"/>
            <w:vAlign w:val="center"/>
          </w:tcPr>
          <w:p w14:paraId="70EB6FF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1333FC6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16</w:t>
            </w:r>
          </w:p>
        </w:tc>
      </w:tr>
      <w:tr w:rsidR="003A120B" w:rsidRPr="0063699D" w14:paraId="2A49B76D" w14:textId="77777777" w:rsidTr="003A120B">
        <w:trPr>
          <w:cantSplit/>
        </w:trPr>
        <w:tc>
          <w:tcPr>
            <w:tcW w:w="4490" w:type="pct"/>
            <w:gridSpan w:val="2"/>
          </w:tcPr>
          <w:p w14:paraId="76F76FF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0D8FCFDF" w14:textId="77777777" w:rsidR="003A120B" w:rsidRPr="0063699D" w:rsidRDefault="003A120B" w:rsidP="003A120B">
            <w:pPr>
              <w:tabs>
                <w:tab w:val="left" w:pos="142"/>
              </w:tabs>
              <w:spacing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b/>
                <w:snapToGrid w:val="0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озді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 III.</w:t>
            </w:r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СПЕЦІАЛЬНА</w:t>
            </w:r>
            <w:r w:rsidRPr="0063699D">
              <w:rPr>
                <w:rFonts w:asciiTheme="majorBidi" w:hAnsiTheme="majorBidi" w:cstheme="majorBidi"/>
                <w:b/>
                <w:sz w:val="22"/>
                <w:lang w:val="ru-RU" w:eastAsia="ru-RU"/>
              </w:rPr>
              <w:t xml:space="preserve"> ФАРМАКОЛОГ</w:t>
            </w:r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І</w:t>
            </w:r>
            <w:r w:rsidRPr="0063699D">
              <w:rPr>
                <w:rFonts w:asciiTheme="majorBidi" w:hAnsiTheme="majorBidi" w:cstheme="majorBidi"/>
                <w:b/>
                <w:sz w:val="22"/>
                <w:lang w:val="ru-RU" w:eastAsia="ru-RU"/>
              </w:rPr>
              <w:t>Я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.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</w:t>
            </w:r>
          </w:p>
        </w:tc>
        <w:tc>
          <w:tcPr>
            <w:tcW w:w="510" w:type="pct"/>
            <w:vAlign w:val="center"/>
          </w:tcPr>
          <w:p w14:paraId="61264FD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15D1BCE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21</w:t>
            </w:r>
          </w:p>
        </w:tc>
      </w:tr>
      <w:tr w:rsidR="003A120B" w:rsidRPr="0063699D" w14:paraId="28EF0A0E" w14:textId="77777777" w:rsidTr="003A120B">
        <w:trPr>
          <w:cantSplit/>
        </w:trPr>
        <w:tc>
          <w:tcPr>
            <w:tcW w:w="4490" w:type="pct"/>
            <w:gridSpan w:val="2"/>
            <w:vAlign w:val="center"/>
          </w:tcPr>
          <w:p w14:paraId="690E9694" w14:textId="77777777" w:rsidR="003A120B" w:rsidRPr="0063699D" w:rsidRDefault="003A120B" w:rsidP="003A120B">
            <w:pPr>
              <w:tabs>
                <w:tab w:val="left" w:pos="142"/>
              </w:tabs>
              <w:spacing w:after="100" w:afterAutospacing="1" w:line="240" w:lineRule="exact"/>
              <w:ind w:right="-283"/>
              <w:rPr>
                <w:rFonts w:asciiTheme="majorBidi" w:hAnsiTheme="majorBidi" w:cstheme="majorBidi"/>
                <w:bCs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периферичний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відділ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нервової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системи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r w:rsidRPr="0063699D">
              <w:rPr>
                <w:rFonts w:asciiTheme="majorBidi" w:hAnsiTheme="majorBidi" w:cstheme="majorBidi"/>
                <w:bCs/>
                <w:sz w:val="22"/>
                <w:lang w:eastAsia="ru-RU"/>
              </w:rPr>
              <w:t>..................................................................................</w:t>
            </w:r>
          </w:p>
        </w:tc>
        <w:tc>
          <w:tcPr>
            <w:tcW w:w="510" w:type="pct"/>
            <w:vAlign w:val="center"/>
          </w:tcPr>
          <w:p w14:paraId="6FB39EA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8D971C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21</w:t>
            </w:r>
          </w:p>
        </w:tc>
      </w:tr>
      <w:tr w:rsidR="003A120B" w:rsidRPr="0063699D" w14:paraId="3C71C454" w14:textId="77777777" w:rsidTr="003A120B">
        <w:tc>
          <w:tcPr>
            <w:tcW w:w="4490" w:type="pct"/>
            <w:gridSpan w:val="2"/>
          </w:tcPr>
          <w:p w14:paraId="75619359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i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val="ru-RU" w:eastAsia="ru-RU"/>
              </w:rPr>
              <w:t xml:space="preserve"> на </w:t>
            </w:r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eastAsia="ru-RU"/>
              </w:rPr>
              <w:t>е</w:t>
            </w:r>
            <w:proofErr w:type="spellStart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val="ru-RU" w:eastAsia="ru-RU"/>
              </w:rPr>
              <w:t>ферентну</w:t>
            </w:r>
            <w:proofErr w:type="spellEnd"/>
            <w:r w:rsidRPr="0063699D">
              <w:rPr>
                <w:rFonts w:asciiTheme="majorBidi" w:hAnsiTheme="majorBidi" w:cstheme="majorBidi"/>
                <w:i/>
                <w:iCs/>
                <w:snapToGrid w:val="0"/>
                <w:sz w:val="22"/>
                <w:lang w:val="ru-RU" w:eastAsia="ru-RU"/>
              </w:rPr>
              <w:t xml:space="preserve"> </w:t>
            </w:r>
            <w:r w:rsidRPr="0063699D">
              <w:rPr>
                <w:rFonts w:asciiTheme="majorBidi" w:hAnsiTheme="majorBidi" w:cstheme="majorBidi"/>
                <w:i/>
                <w:iCs/>
                <w:sz w:val="22"/>
                <w:lang w:eastAsia="ru-RU"/>
              </w:rPr>
              <w:t>і</w:t>
            </w:r>
            <w:proofErr w:type="spellStart"/>
            <w:r w:rsidRPr="0063699D">
              <w:rPr>
                <w:rFonts w:asciiTheme="majorBidi" w:hAnsiTheme="majorBidi" w:cstheme="majorBidi"/>
                <w:i/>
                <w:iCs/>
                <w:sz w:val="22"/>
                <w:lang w:val="ru-RU" w:eastAsia="ru-RU"/>
              </w:rPr>
              <w:t>нервац</w:t>
            </w:r>
            <w:proofErr w:type="spellEnd"/>
            <w:r w:rsidRPr="0063699D">
              <w:rPr>
                <w:rFonts w:asciiTheme="majorBidi" w:hAnsiTheme="majorBidi" w:cstheme="majorBidi"/>
                <w:i/>
                <w:iCs/>
                <w:sz w:val="22"/>
                <w:lang w:eastAsia="ru-RU"/>
              </w:rPr>
              <w:t>і</w:t>
            </w:r>
            <w:r w:rsidRPr="0063699D">
              <w:rPr>
                <w:rFonts w:asciiTheme="majorBidi" w:hAnsiTheme="majorBidi" w:cstheme="majorBidi"/>
                <w:i/>
                <w:iCs/>
                <w:sz w:val="22"/>
                <w:lang w:val="ru-RU" w:eastAsia="ru-RU"/>
              </w:rPr>
              <w:t xml:space="preserve">ю </w:t>
            </w:r>
            <w:r w:rsidRPr="0063699D">
              <w:rPr>
                <w:rFonts w:asciiTheme="majorBidi" w:hAnsiTheme="majorBidi" w:cstheme="majorBidi"/>
                <w:iCs/>
                <w:sz w:val="22"/>
                <w:lang w:val="ru-RU" w:eastAsia="ru-RU"/>
              </w:rPr>
              <w:t>……</w:t>
            </w:r>
            <w:r w:rsidRPr="0063699D">
              <w:rPr>
                <w:rFonts w:asciiTheme="majorBidi" w:hAnsiTheme="majorBidi" w:cstheme="majorBidi"/>
                <w:iCs/>
                <w:sz w:val="22"/>
                <w:lang w:eastAsia="ru-RU"/>
              </w:rPr>
              <w:t>.......</w:t>
            </w:r>
            <w:r w:rsidRPr="0063699D">
              <w:rPr>
                <w:rFonts w:asciiTheme="majorBidi" w:hAnsiTheme="majorBidi" w:cstheme="majorBidi"/>
                <w:iCs/>
                <w:sz w:val="22"/>
                <w:lang w:val="ru-RU" w:eastAsia="ru-RU"/>
              </w:rPr>
              <w:t>…...……</w:t>
            </w:r>
          </w:p>
        </w:tc>
        <w:tc>
          <w:tcPr>
            <w:tcW w:w="510" w:type="pct"/>
            <w:vAlign w:val="center"/>
          </w:tcPr>
          <w:p w14:paraId="3B5EBC7C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21</w:t>
            </w:r>
          </w:p>
        </w:tc>
      </w:tr>
      <w:tr w:rsidR="003A120B" w:rsidRPr="0063699D" w14:paraId="146C1764" w14:textId="77777777" w:rsidTr="003A120B">
        <w:tc>
          <w:tcPr>
            <w:tcW w:w="714" w:type="pct"/>
          </w:tcPr>
          <w:p w14:paraId="738597D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6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671EFE5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фармакології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холінотропних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….</w:t>
            </w:r>
          </w:p>
        </w:tc>
        <w:tc>
          <w:tcPr>
            <w:tcW w:w="510" w:type="pct"/>
            <w:vAlign w:val="center"/>
          </w:tcPr>
          <w:p w14:paraId="2B0FB3A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21</w:t>
            </w:r>
          </w:p>
        </w:tc>
      </w:tr>
      <w:tr w:rsidR="003A120B" w:rsidRPr="0063699D" w14:paraId="6DCBE6A3" w14:textId="77777777" w:rsidTr="003A120B">
        <w:tc>
          <w:tcPr>
            <w:tcW w:w="714" w:type="pct"/>
          </w:tcPr>
          <w:p w14:paraId="11CA054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7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E389C1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Токсична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дія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холінотропнихречовин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Клінічні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2CC882B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прояви,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………………………….</w:t>
            </w:r>
          </w:p>
        </w:tc>
        <w:tc>
          <w:tcPr>
            <w:tcW w:w="510" w:type="pct"/>
            <w:vAlign w:val="center"/>
          </w:tcPr>
          <w:p w14:paraId="234B329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16E1C19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27</w:t>
            </w:r>
          </w:p>
        </w:tc>
      </w:tr>
      <w:tr w:rsidR="003A120B" w:rsidRPr="0063699D" w14:paraId="544739F9" w14:textId="77777777" w:rsidTr="003A120B">
        <w:tc>
          <w:tcPr>
            <w:tcW w:w="714" w:type="pct"/>
          </w:tcPr>
          <w:p w14:paraId="425BEAE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8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5B50A61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фармакології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адренергічних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…..</w:t>
            </w:r>
          </w:p>
        </w:tc>
        <w:tc>
          <w:tcPr>
            <w:tcW w:w="510" w:type="pct"/>
            <w:vAlign w:val="center"/>
          </w:tcPr>
          <w:p w14:paraId="3FFFD2D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31</w:t>
            </w:r>
          </w:p>
        </w:tc>
      </w:tr>
      <w:tr w:rsidR="003A120B" w:rsidRPr="0063699D" w14:paraId="2AA1CD22" w14:textId="77777777" w:rsidTr="003A120B">
        <w:tc>
          <w:tcPr>
            <w:tcW w:w="714" w:type="pct"/>
          </w:tcPr>
          <w:p w14:paraId="4B87D91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9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359FA30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Дофаміно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-,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серотоніно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-,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гістамінотропні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та </w:t>
            </w:r>
          </w:p>
          <w:p w14:paraId="483DA69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ГАМК-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ергічні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………………………………….</w:t>
            </w:r>
          </w:p>
        </w:tc>
        <w:tc>
          <w:tcPr>
            <w:tcW w:w="510" w:type="pct"/>
            <w:vAlign w:val="center"/>
          </w:tcPr>
          <w:p w14:paraId="002DF74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E735C1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38</w:t>
            </w:r>
          </w:p>
        </w:tc>
      </w:tr>
      <w:tr w:rsidR="003A120B" w:rsidRPr="0063699D" w14:paraId="2549A6E7" w14:textId="77777777" w:rsidTr="003A120B">
        <w:trPr>
          <w:cantSplit/>
        </w:trPr>
        <w:tc>
          <w:tcPr>
            <w:tcW w:w="4490" w:type="pct"/>
            <w:gridSpan w:val="2"/>
          </w:tcPr>
          <w:p w14:paraId="1C475850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i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val="ru-RU" w:eastAsia="ru-RU"/>
              </w:rPr>
              <w:t xml:space="preserve"> на </w:t>
            </w:r>
            <w:proofErr w:type="spellStart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val="ru-RU" w:eastAsia="ru-RU"/>
              </w:rPr>
              <w:t>аферентну</w:t>
            </w:r>
            <w:proofErr w:type="spellEnd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val="ru-RU" w:eastAsia="ru-RU"/>
              </w:rPr>
              <w:t xml:space="preserve"> </w:t>
            </w:r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>і</w:t>
            </w:r>
            <w:proofErr w:type="spellStart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val="ru-RU" w:eastAsia="ru-RU"/>
              </w:rPr>
              <w:t>нервац</w:t>
            </w:r>
            <w:proofErr w:type="spellEnd"/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eastAsia="ru-RU"/>
              </w:rPr>
              <w:t>і</w:t>
            </w:r>
            <w:r w:rsidRPr="0063699D">
              <w:rPr>
                <w:rFonts w:asciiTheme="majorBidi" w:hAnsiTheme="majorBidi" w:cstheme="majorBidi"/>
                <w:i/>
                <w:snapToGrid w:val="0"/>
                <w:sz w:val="22"/>
                <w:lang w:val="ru-RU" w:eastAsia="ru-RU"/>
              </w:rPr>
              <w:t xml:space="preserve">ю 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….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........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……..…...</w:t>
            </w:r>
          </w:p>
        </w:tc>
        <w:tc>
          <w:tcPr>
            <w:tcW w:w="510" w:type="pct"/>
            <w:vAlign w:val="center"/>
          </w:tcPr>
          <w:p w14:paraId="7813A90F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4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4</w:t>
            </w:r>
          </w:p>
        </w:tc>
      </w:tr>
      <w:tr w:rsidR="003A120B" w:rsidRPr="0063699D" w14:paraId="7CD8EC42" w14:textId="77777777" w:rsidTr="003A120B">
        <w:tc>
          <w:tcPr>
            <w:tcW w:w="714" w:type="pct"/>
          </w:tcPr>
          <w:p w14:paraId="1594A88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0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312679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що</w:t>
            </w:r>
            <w:proofErr w:type="spellEnd"/>
          </w:p>
          <w:p w14:paraId="741CBAD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захищають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рецептори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…………………………………..</w:t>
            </w:r>
          </w:p>
        </w:tc>
        <w:tc>
          <w:tcPr>
            <w:tcW w:w="510" w:type="pct"/>
            <w:vAlign w:val="center"/>
          </w:tcPr>
          <w:p w14:paraId="0D38795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4A92CD4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4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4</w:t>
            </w:r>
          </w:p>
        </w:tc>
      </w:tr>
      <w:tr w:rsidR="003A120B" w:rsidRPr="0063699D" w14:paraId="0BA553F9" w14:textId="77777777" w:rsidTr="003A120B">
        <w:tc>
          <w:tcPr>
            <w:tcW w:w="714" w:type="pct"/>
          </w:tcPr>
          <w:p w14:paraId="28ECA24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191A52D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21E8BBC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подразнюють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рецептори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………………….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</w:t>
            </w:r>
          </w:p>
        </w:tc>
        <w:tc>
          <w:tcPr>
            <w:tcW w:w="510" w:type="pct"/>
            <w:vAlign w:val="center"/>
          </w:tcPr>
          <w:p w14:paraId="78797C1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679974C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49</w:t>
            </w:r>
          </w:p>
          <w:p w14:paraId="0522305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</w:tc>
      </w:tr>
      <w:tr w:rsidR="003A120B" w:rsidRPr="0063699D" w14:paraId="6FA51E3E" w14:textId="77777777" w:rsidTr="003A120B">
        <w:trPr>
          <w:cantSplit/>
        </w:trPr>
        <w:tc>
          <w:tcPr>
            <w:tcW w:w="4490" w:type="pct"/>
            <w:gridSpan w:val="2"/>
          </w:tcPr>
          <w:p w14:paraId="60932D2E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b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діють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центральну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нервову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систему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...</w:t>
            </w:r>
          </w:p>
        </w:tc>
        <w:tc>
          <w:tcPr>
            <w:tcW w:w="510" w:type="pct"/>
            <w:vAlign w:val="center"/>
          </w:tcPr>
          <w:p w14:paraId="0939209F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5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6</w:t>
            </w:r>
          </w:p>
        </w:tc>
      </w:tr>
      <w:tr w:rsidR="003A120B" w:rsidRPr="0063699D" w14:paraId="383AC200" w14:textId="77777777" w:rsidTr="003A120B">
        <w:tc>
          <w:tcPr>
            <w:tcW w:w="714" w:type="pct"/>
          </w:tcPr>
          <w:p w14:paraId="2C86305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32F9C20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Фармакологія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для наркозу.………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.....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.</w:t>
            </w:r>
          </w:p>
        </w:tc>
        <w:tc>
          <w:tcPr>
            <w:tcW w:w="510" w:type="pct"/>
            <w:vAlign w:val="center"/>
          </w:tcPr>
          <w:p w14:paraId="3295CF3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5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6</w:t>
            </w:r>
          </w:p>
        </w:tc>
      </w:tr>
      <w:tr w:rsidR="003A120B" w:rsidRPr="0063699D" w14:paraId="236973C2" w14:textId="77777777" w:rsidTr="003A120B">
        <w:tc>
          <w:tcPr>
            <w:tcW w:w="714" w:type="pct"/>
          </w:tcPr>
          <w:p w14:paraId="4131581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  <w:vAlign w:val="center"/>
          </w:tcPr>
          <w:p w14:paraId="1D0E096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Етиловий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спирт.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Фармакокінетика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і </w:t>
            </w:r>
          </w:p>
          <w:p w14:paraId="3E8BAF7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фармакодинаміка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у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медичній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0FD6B25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практиці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Отруєння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етиловим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спиртом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Алкоголізм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його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соціальні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аспекти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фармакотерапії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алкоголізму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………………………….</w:t>
            </w:r>
          </w:p>
        </w:tc>
        <w:tc>
          <w:tcPr>
            <w:tcW w:w="510" w:type="pct"/>
            <w:vAlign w:val="center"/>
          </w:tcPr>
          <w:p w14:paraId="3A85364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237F5CB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6814B10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CD8E7A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283C111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6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0</w:t>
            </w:r>
          </w:p>
        </w:tc>
      </w:tr>
      <w:tr w:rsidR="003A120B" w:rsidRPr="0063699D" w14:paraId="118A6282" w14:textId="77777777" w:rsidTr="003A120B">
        <w:tc>
          <w:tcPr>
            <w:tcW w:w="714" w:type="pct"/>
          </w:tcPr>
          <w:p w14:paraId="1F8A945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4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226AD18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наркотичних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76F44FA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анальгетиків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…………………………………………….</w:t>
            </w:r>
          </w:p>
        </w:tc>
        <w:tc>
          <w:tcPr>
            <w:tcW w:w="510" w:type="pct"/>
            <w:vAlign w:val="center"/>
          </w:tcPr>
          <w:p w14:paraId="159FA07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7DAD78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63</w:t>
            </w:r>
          </w:p>
        </w:tc>
      </w:tr>
      <w:tr w:rsidR="003A120B" w:rsidRPr="0063699D" w14:paraId="324B5AB8" w14:textId="77777777" w:rsidTr="003A120B">
        <w:tc>
          <w:tcPr>
            <w:tcW w:w="714" w:type="pct"/>
          </w:tcPr>
          <w:p w14:paraId="04F1C54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5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4A29390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Нестероїдні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протизапальні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</w:p>
          <w:p w14:paraId="2A7CFF3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Порівняльна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характеристика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представників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групи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…………………………….</w:t>
            </w:r>
          </w:p>
        </w:tc>
        <w:tc>
          <w:tcPr>
            <w:tcW w:w="510" w:type="pct"/>
            <w:vAlign w:val="center"/>
          </w:tcPr>
          <w:p w14:paraId="18585DC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1112E2A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1C8EEDF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6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8</w:t>
            </w:r>
          </w:p>
        </w:tc>
      </w:tr>
      <w:tr w:rsidR="003A120B" w:rsidRPr="0063699D" w14:paraId="1F1F3AF7" w14:textId="77777777" w:rsidTr="003A120B">
        <w:tc>
          <w:tcPr>
            <w:tcW w:w="714" w:type="pct"/>
          </w:tcPr>
          <w:p w14:paraId="0FE41DB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6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3D5492E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окремих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709576B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груп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психотропних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депримуючої</w:t>
            </w:r>
            <w:proofErr w:type="spellEnd"/>
          </w:p>
          <w:p w14:paraId="30F77A6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стимулюючої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……………………………………..</w:t>
            </w:r>
          </w:p>
        </w:tc>
        <w:tc>
          <w:tcPr>
            <w:tcW w:w="510" w:type="pct"/>
            <w:vAlign w:val="center"/>
          </w:tcPr>
          <w:p w14:paraId="211ED4D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36D85B1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52BDF3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74</w:t>
            </w:r>
          </w:p>
        </w:tc>
      </w:tr>
      <w:tr w:rsidR="003A120B" w:rsidRPr="0063699D" w14:paraId="6296C89A" w14:textId="77777777" w:rsidTr="003A120B">
        <w:tc>
          <w:tcPr>
            <w:tcW w:w="714" w:type="pct"/>
          </w:tcPr>
          <w:p w14:paraId="0C25E47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1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7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  <w:vAlign w:val="center"/>
          </w:tcPr>
          <w:p w14:paraId="24BB18D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хімічні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речовини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які</w:t>
            </w:r>
            <w:proofErr w:type="spellEnd"/>
          </w:p>
          <w:p w14:paraId="38B538B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викликають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зловживання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нарко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- і</w:t>
            </w:r>
          </w:p>
          <w:p w14:paraId="1B4C9B7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токсикоманії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 Медико-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соціальні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аспекти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</w:t>
            </w:r>
          </w:p>
          <w:p w14:paraId="64F4204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допомога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при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гострих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хронічних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отруєннях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……..</w:t>
            </w:r>
          </w:p>
        </w:tc>
        <w:tc>
          <w:tcPr>
            <w:tcW w:w="510" w:type="pct"/>
            <w:vAlign w:val="center"/>
          </w:tcPr>
          <w:p w14:paraId="0487490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5508F6A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53EAE9C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616C52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80</w:t>
            </w:r>
          </w:p>
        </w:tc>
      </w:tr>
      <w:tr w:rsidR="003A120B" w:rsidRPr="0063699D" w14:paraId="540B74A8" w14:textId="77777777" w:rsidTr="003A120B">
        <w:trPr>
          <w:cantSplit/>
        </w:trPr>
        <w:tc>
          <w:tcPr>
            <w:tcW w:w="4490" w:type="pct"/>
            <w:gridSpan w:val="2"/>
          </w:tcPr>
          <w:p w14:paraId="4D9AAEF6" w14:textId="77777777" w:rsidR="003A120B" w:rsidRPr="0063699D" w:rsidRDefault="003A120B" w:rsidP="003A120B">
            <w:pPr>
              <w:tabs>
                <w:tab w:val="left" w:pos="142"/>
              </w:tabs>
              <w:spacing w:after="0" w:line="260" w:lineRule="exact"/>
              <w:ind w:right="-283"/>
              <w:jc w:val="both"/>
              <w:rPr>
                <w:rFonts w:asciiTheme="majorBidi" w:hAnsiTheme="majorBidi" w:cstheme="majorBidi"/>
                <w:b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серцево-судинну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</w:p>
          <w:p w14:paraId="4236E63D" w14:textId="77777777" w:rsidR="003A120B" w:rsidRPr="0063699D" w:rsidRDefault="003A120B" w:rsidP="003A120B">
            <w:pPr>
              <w:tabs>
                <w:tab w:val="left" w:pos="142"/>
              </w:tabs>
              <w:spacing w:after="0" w:line="260" w:lineRule="exact"/>
              <w:ind w:right="-284"/>
              <w:contextualSpacing/>
              <w:jc w:val="both"/>
              <w:rPr>
                <w:rFonts w:asciiTheme="majorBidi" w:hAnsiTheme="majorBidi" w:cstheme="majorBidi"/>
                <w:b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систему</w:t>
            </w:r>
            <w:proofErr w:type="spellEnd"/>
          </w:p>
        </w:tc>
        <w:tc>
          <w:tcPr>
            <w:tcW w:w="510" w:type="pct"/>
            <w:vAlign w:val="center"/>
          </w:tcPr>
          <w:p w14:paraId="4F2B87F4" w14:textId="77777777" w:rsidR="003A120B" w:rsidRPr="0063699D" w:rsidRDefault="003A120B" w:rsidP="003A120B">
            <w:pPr>
              <w:tabs>
                <w:tab w:val="left" w:pos="142"/>
              </w:tabs>
              <w:spacing w:after="0" w:line="26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82</w:t>
            </w:r>
          </w:p>
        </w:tc>
      </w:tr>
      <w:tr w:rsidR="003A120B" w:rsidRPr="0063699D" w14:paraId="7EF55757" w14:textId="77777777" w:rsidTr="003A120B">
        <w:tc>
          <w:tcPr>
            <w:tcW w:w="714" w:type="pct"/>
          </w:tcPr>
          <w:p w14:paraId="568722C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18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194E0CA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Загальні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серцевої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62482CC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недостатності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Отруєння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серцевими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глікозидами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…………………………………….</w:t>
            </w:r>
          </w:p>
        </w:tc>
        <w:tc>
          <w:tcPr>
            <w:tcW w:w="510" w:type="pct"/>
            <w:vAlign w:val="center"/>
          </w:tcPr>
          <w:p w14:paraId="05EA741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0E732BE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73682F8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82</w:t>
            </w:r>
          </w:p>
        </w:tc>
      </w:tr>
      <w:tr w:rsidR="003A120B" w:rsidRPr="0063699D" w14:paraId="3FCB994B" w14:textId="77777777" w:rsidTr="003A120B">
        <w:tc>
          <w:tcPr>
            <w:tcW w:w="714" w:type="pct"/>
          </w:tcPr>
          <w:p w14:paraId="25248F1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19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691D07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Антиаритмічнізасоби.Сучасніпідходи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до</w:t>
            </w:r>
          </w:p>
          <w:p w14:paraId="22F6B1F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фармакотерапії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аритмій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…………………………………</w:t>
            </w:r>
          </w:p>
        </w:tc>
        <w:tc>
          <w:tcPr>
            <w:tcW w:w="510" w:type="pct"/>
            <w:vAlign w:val="center"/>
          </w:tcPr>
          <w:p w14:paraId="6D16BAB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1C067BE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88</w:t>
            </w:r>
          </w:p>
        </w:tc>
      </w:tr>
      <w:tr w:rsidR="003A120B" w:rsidRPr="0063699D" w14:paraId="033A1B70" w14:textId="77777777" w:rsidTr="003A120B">
        <w:tc>
          <w:tcPr>
            <w:tcW w:w="714" w:type="pct"/>
          </w:tcPr>
          <w:p w14:paraId="00C4A65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2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0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132D43A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Антигіпертензивні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Комбіноване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артеріальної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гіпертензії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………..</w:t>
            </w:r>
          </w:p>
        </w:tc>
        <w:tc>
          <w:tcPr>
            <w:tcW w:w="510" w:type="pct"/>
            <w:vAlign w:val="center"/>
          </w:tcPr>
          <w:p w14:paraId="4A880E9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val="ru-RU" w:eastAsia="ru-RU"/>
              </w:rPr>
            </w:pPr>
          </w:p>
          <w:p w14:paraId="60A3B3E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96</w:t>
            </w:r>
          </w:p>
        </w:tc>
      </w:tr>
      <w:tr w:rsidR="003A120B" w:rsidRPr="0063699D" w14:paraId="5AB125CF" w14:textId="77777777" w:rsidTr="003A120B">
        <w:tc>
          <w:tcPr>
            <w:tcW w:w="714" w:type="pct"/>
          </w:tcPr>
          <w:p w14:paraId="673B3BB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2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666F369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на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кровообіг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мозку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периферичний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кровообіг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Фармакотерапія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538D746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мігрені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Ангіопротектори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………………………………..</w:t>
            </w:r>
          </w:p>
        </w:tc>
        <w:tc>
          <w:tcPr>
            <w:tcW w:w="510" w:type="pct"/>
            <w:vAlign w:val="center"/>
          </w:tcPr>
          <w:p w14:paraId="74B671F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163E406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6D39BA6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107</w:t>
            </w:r>
          </w:p>
        </w:tc>
      </w:tr>
      <w:tr w:rsidR="003A120B" w:rsidRPr="0063699D" w14:paraId="447BA16C" w14:textId="77777777" w:rsidTr="003A120B">
        <w:trPr>
          <w:cantSplit/>
        </w:trPr>
        <w:tc>
          <w:tcPr>
            <w:tcW w:w="4490" w:type="pct"/>
            <w:gridSpan w:val="2"/>
          </w:tcPr>
          <w:p w14:paraId="5904641E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60" w:lineRule="exact"/>
              <w:ind w:right="-283"/>
              <w:jc w:val="both"/>
              <w:rPr>
                <w:rFonts w:asciiTheme="majorBidi" w:hAnsiTheme="majorBidi" w:cstheme="majorBidi"/>
                <w:b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процеси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обміну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речовин</w:t>
            </w:r>
            <w:proofErr w:type="spellEnd"/>
          </w:p>
        </w:tc>
        <w:tc>
          <w:tcPr>
            <w:tcW w:w="510" w:type="pct"/>
            <w:vAlign w:val="center"/>
          </w:tcPr>
          <w:p w14:paraId="1881BEA6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6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114</w:t>
            </w:r>
          </w:p>
        </w:tc>
      </w:tr>
      <w:tr w:rsidR="003A120B" w:rsidRPr="0063699D" w14:paraId="3A547953" w14:textId="77777777" w:rsidTr="003A120B">
        <w:tc>
          <w:tcPr>
            <w:tcW w:w="714" w:type="pct"/>
          </w:tcPr>
          <w:p w14:paraId="55EC922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Тема 2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2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6FAF23C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проблеми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цукрового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2CFB713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діабету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Інсуліни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Новітні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протидіабетичні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453222C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Небажана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…………………………..............</w:t>
            </w:r>
          </w:p>
        </w:tc>
        <w:tc>
          <w:tcPr>
            <w:tcW w:w="510" w:type="pct"/>
            <w:vAlign w:val="center"/>
          </w:tcPr>
          <w:p w14:paraId="2F6C9B5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7490F04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7760095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114</w:t>
            </w:r>
          </w:p>
        </w:tc>
      </w:tr>
      <w:tr w:rsidR="003A120B" w:rsidRPr="0063699D" w14:paraId="1CAAB1F6" w14:textId="77777777" w:rsidTr="003A120B">
        <w:tc>
          <w:tcPr>
            <w:tcW w:w="714" w:type="pct"/>
          </w:tcPr>
          <w:p w14:paraId="55BF29B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lastRenderedPageBreak/>
              <w:t>Тема 2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21B00CA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фосфорно-кальцієвий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обмін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остеопорозу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79E30F5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остеохондрозу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Протиподагричні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</w:p>
          <w:p w14:paraId="16D0ECF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Кислоти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луги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Препарати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лужних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6820014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лужноземельних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металів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……………………………….</w:t>
            </w:r>
          </w:p>
        </w:tc>
        <w:tc>
          <w:tcPr>
            <w:tcW w:w="510" w:type="pct"/>
            <w:vAlign w:val="center"/>
          </w:tcPr>
          <w:p w14:paraId="2EDD94B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059F633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EACE41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9B6C39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37A0FA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0CB87D4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120</w:t>
            </w:r>
          </w:p>
        </w:tc>
      </w:tr>
      <w:tr w:rsidR="003A120B" w:rsidRPr="0063699D" w14:paraId="0AA80E39" w14:textId="77777777" w:rsidTr="003A120B">
        <w:trPr>
          <w:cantSplit/>
          <w:trHeight w:val="73"/>
        </w:trPr>
        <w:tc>
          <w:tcPr>
            <w:tcW w:w="4490" w:type="pct"/>
            <w:gridSpan w:val="2"/>
          </w:tcPr>
          <w:p w14:paraId="5B79E170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bCs/>
                <w:snapToGrid w:val="0"/>
                <w:spacing w:val="-4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імунні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процеси</w:t>
            </w:r>
            <w:proofErr w:type="spellEnd"/>
            <w:r w:rsidRPr="0063699D">
              <w:rPr>
                <w:rFonts w:asciiTheme="majorBidi" w:hAnsiTheme="majorBidi" w:cstheme="majorBidi"/>
                <w:bCs/>
                <w:snapToGrid w:val="0"/>
                <w:spacing w:val="-4"/>
                <w:sz w:val="22"/>
                <w:lang w:val="ru-RU" w:eastAsia="ru-RU"/>
              </w:rPr>
              <w:t>…</w:t>
            </w:r>
            <w:r w:rsidRPr="0063699D">
              <w:rPr>
                <w:rFonts w:asciiTheme="majorBidi" w:hAnsiTheme="majorBidi" w:cstheme="majorBidi"/>
                <w:bCs/>
                <w:snapToGrid w:val="0"/>
                <w:spacing w:val="-4"/>
                <w:sz w:val="22"/>
                <w:lang w:eastAsia="ru-RU"/>
              </w:rPr>
              <w:t>...............</w:t>
            </w:r>
          </w:p>
        </w:tc>
        <w:tc>
          <w:tcPr>
            <w:tcW w:w="510" w:type="pct"/>
            <w:vAlign w:val="center"/>
          </w:tcPr>
          <w:p w14:paraId="6DCA72EE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129</w:t>
            </w:r>
          </w:p>
        </w:tc>
      </w:tr>
      <w:tr w:rsidR="003A120B" w:rsidRPr="0063699D" w14:paraId="5717926E" w14:textId="77777777" w:rsidTr="003A120B">
        <w:tc>
          <w:tcPr>
            <w:tcW w:w="714" w:type="pct"/>
          </w:tcPr>
          <w:p w14:paraId="6C365AA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24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7C3F959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Основні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засади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імунофармакології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</w:p>
          <w:p w14:paraId="2E5BEB6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Вакцини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імуноглобуліни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інші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складні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17618A0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біологічно-активні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препарати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13F92BA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умови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Повільно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діючі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590D4C5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протизапальні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…………………………………</w:t>
            </w:r>
          </w:p>
        </w:tc>
        <w:tc>
          <w:tcPr>
            <w:tcW w:w="510" w:type="pct"/>
            <w:vAlign w:val="center"/>
          </w:tcPr>
          <w:p w14:paraId="6E374E5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AC4850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02FD39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05D4A88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A526C7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129</w:t>
            </w:r>
          </w:p>
        </w:tc>
      </w:tr>
      <w:tr w:rsidR="003A120B" w:rsidRPr="0063699D" w14:paraId="4F9DA648" w14:textId="77777777" w:rsidTr="003A120B">
        <w:tc>
          <w:tcPr>
            <w:tcW w:w="714" w:type="pct"/>
          </w:tcPr>
          <w:p w14:paraId="3E595C3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25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533135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Стимулятори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метаболічних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процесів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.</w:t>
            </w:r>
          </w:p>
          <w:p w14:paraId="137A431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Ферментативні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інгібітори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ферментів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……..</w:t>
            </w:r>
          </w:p>
        </w:tc>
        <w:tc>
          <w:tcPr>
            <w:tcW w:w="510" w:type="pct"/>
            <w:vAlign w:val="center"/>
          </w:tcPr>
          <w:p w14:paraId="546C38D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6CE9E5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137</w:t>
            </w:r>
          </w:p>
        </w:tc>
      </w:tr>
      <w:tr w:rsidR="003A120B" w:rsidRPr="0063699D" w14:paraId="1DBA623F" w14:textId="77777777" w:rsidTr="003A120B">
        <w:tc>
          <w:tcPr>
            <w:tcW w:w="714" w:type="pct"/>
          </w:tcPr>
          <w:p w14:paraId="6E00EBD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26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3464DFE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проблеми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1CEEE60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протипухлинних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Радіопротектори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і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які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13FC7CF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сприяють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виведенню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радіонуклідів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………………….</w:t>
            </w:r>
          </w:p>
        </w:tc>
        <w:tc>
          <w:tcPr>
            <w:tcW w:w="510" w:type="pct"/>
            <w:vAlign w:val="center"/>
          </w:tcPr>
          <w:p w14:paraId="58527C9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6F83D3C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F5F4D7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762C54B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142</w:t>
            </w:r>
          </w:p>
        </w:tc>
      </w:tr>
      <w:tr w:rsidR="003A120B" w:rsidRPr="0063699D" w14:paraId="0D435987" w14:textId="77777777" w:rsidTr="003A120B">
        <w:tc>
          <w:tcPr>
            <w:tcW w:w="714" w:type="pct"/>
          </w:tcPr>
          <w:p w14:paraId="1257D13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27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4E0326D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Контрацептиви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Небажана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Основні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69F6E95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призначення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………………………………..</w:t>
            </w:r>
          </w:p>
        </w:tc>
        <w:tc>
          <w:tcPr>
            <w:tcW w:w="510" w:type="pct"/>
            <w:vAlign w:val="center"/>
          </w:tcPr>
          <w:p w14:paraId="40628E8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002249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148</w:t>
            </w:r>
          </w:p>
        </w:tc>
      </w:tr>
      <w:tr w:rsidR="003A120B" w:rsidRPr="0063699D" w14:paraId="6C9F29F7" w14:textId="77777777" w:rsidTr="003A120B">
        <w:trPr>
          <w:cantSplit/>
        </w:trPr>
        <w:tc>
          <w:tcPr>
            <w:tcW w:w="4490" w:type="pct"/>
            <w:gridSpan w:val="2"/>
          </w:tcPr>
          <w:p w14:paraId="6BCE5640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b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Протимікробні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протипаразитарні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bCs/>
                <w:snapToGrid w:val="0"/>
                <w:sz w:val="22"/>
                <w:lang w:eastAsia="ru-RU"/>
              </w:rPr>
              <w:t xml:space="preserve">……........................ </w:t>
            </w:r>
          </w:p>
        </w:tc>
        <w:tc>
          <w:tcPr>
            <w:tcW w:w="510" w:type="pct"/>
            <w:vAlign w:val="center"/>
          </w:tcPr>
          <w:p w14:paraId="65CFB6A8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152</w:t>
            </w:r>
          </w:p>
        </w:tc>
      </w:tr>
      <w:tr w:rsidR="003A120B" w:rsidRPr="0063699D" w14:paraId="050BA3AB" w14:textId="77777777" w:rsidTr="003A120B">
        <w:tc>
          <w:tcPr>
            <w:tcW w:w="714" w:type="pct"/>
          </w:tcPr>
          <w:p w14:paraId="3119C7E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Тема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28.</w:t>
            </w:r>
          </w:p>
        </w:tc>
        <w:tc>
          <w:tcPr>
            <w:tcW w:w="3776" w:type="pct"/>
          </w:tcPr>
          <w:p w14:paraId="451643A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хіміотерапії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Небажані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022F397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ефекти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сульфаніламідів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і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антибактеріальних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68BD2AA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різних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хімічних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груп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………………………….</w:t>
            </w:r>
          </w:p>
        </w:tc>
        <w:tc>
          <w:tcPr>
            <w:tcW w:w="510" w:type="pct"/>
            <w:vAlign w:val="center"/>
          </w:tcPr>
          <w:p w14:paraId="3C19418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FF2A24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0A47F19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152</w:t>
            </w:r>
          </w:p>
        </w:tc>
      </w:tr>
      <w:tr w:rsidR="003A120B" w:rsidRPr="0063699D" w14:paraId="6F896F57" w14:textId="77777777" w:rsidTr="003A120B">
        <w:tc>
          <w:tcPr>
            <w:tcW w:w="714" w:type="pct"/>
          </w:tcPr>
          <w:p w14:paraId="2A9295F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29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</w:p>
        </w:tc>
        <w:tc>
          <w:tcPr>
            <w:tcW w:w="3776" w:type="pct"/>
          </w:tcPr>
          <w:p w14:paraId="5490CD9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Антибіотики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проблеми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використання</w:t>
            </w:r>
            <w:proofErr w:type="spellEnd"/>
          </w:p>
          <w:p w14:paraId="522C336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і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принципи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раціонального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комбінування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Побічні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04BC176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окремих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груп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……………………………………….</w:t>
            </w:r>
          </w:p>
        </w:tc>
        <w:tc>
          <w:tcPr>
            <w:tcW w:w="510" w:type="pct"/>
            <w:vAlign w:val="center"/>
          </w:tcPr>
          <w:p w14:paraId="3EDAE4B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6E845A6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668DF8A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158</w:t>
            </w:r>
          </w:p>
        </w:tc>
      </w:tr>
      <w:tr w:rsidR="003A120B" w:rsidRPr="0063699D" w14:paraId="770209E5" w14:textId="77777777" w:rsidTr="003A120B">
        <w:tc>
          <w:tcPr>
            <w:tcW w:w="714" w:type="pct"/>
          </w:tcPr>
          <w:p w14:paraId="068157C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3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0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2B11AB8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і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фармакобезпека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</w:p>
          <w:p w14:paraId="5FEE87B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протитуберкульозних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протипротозойних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та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протигельмінтних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Протимікозні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противірусні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</w:p>
          <w:p w14:paraId="5CD9C60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сучасного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небажані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</w:t>
            </w:r>
          </w:p>
        </w:tc>
        <w:tc>
          <w:tcPr>
            <w:tcW w:w="510" w:type="pct"/>
            <w:vAlign w:val="center"/>
          </w:tcPr>
          <w:p w14:paraId="298FFEF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143561E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EF9FE1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3796698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05BA62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168</w:t>
            </w:r>
          </w:p>
        </w:tc>
      </w:tr>
      <w:tr w:rsidR="003A120B" w:rsidRPr="0063699D" w14:paraId="68DAE210" w14:textId="77777777" w:rsidTr="003A120B">
        <w:tc>
          <w:tcPr>
            <w:tcW w:w="714" w:type="pct"/>
          </w:tcPr>
          <w:p w14:paraId="24428D5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Тема 3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2834A22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Інсектициди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акарициди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протипедикульозні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063DE62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фуміганти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репеленти</w:t>
            </w:r>
            <w:proofErr w:type="spellEnd"/>
          </w:p>
          <w:p w14:paraId="0FB2FED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дератизаційні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Особливості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60E68EE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auto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сучасного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використання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небажані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……………….</w:t>
            </w:r>
          </w:p>
        </w:tc>
        <w:tc>
          <w:tcPr>
            <w:tcW w:w="510" w:type="pct"/>
            <w:vAlign w:val="center"/>
          </w:tcPr>
          <w:p w14:paraId="08056B9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2FC7B3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3B10734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01244E4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181</w:t>
            </w:r>
          </w:p>
        </w:tc>
      </w:tr>
      <w:tr w:rsidR="003A120B" w:rsidRPr="0063699D" w14:paraId="1EFAAC43" w14:textId="77777777" w:rsidTr="003A120B">
        <w:trPr>
          <w:cantSplit/>
        </w:trPr>
        <w:tc>
          <w:tcPr>
            <w:tcW w:w="4490" w:type="pct"/>
            <w:gridSpan w:val="2"/>
          </w:tcPr>
          <w:p w14:paraId="301F6079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both"/>
              <w:rPr>
                <w:rFonts w:asciiTheme="majorBidi" w:hAnsiTheme="majorBidi" w:cstheme="majorBidi"/>
                <w:bCs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Препарати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фармакотерапії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патології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окремих</w:t>
            </w:r>
            <w:proofErr w:type="spellEnd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b/>
                <w:sz w:val="22"/>
                <w:lang w:eastAsia="ru-RU"/>
              </w:rPr>
              <w:t>систем</w:t>
            </w:r>
            <w:proofErr w:type="spellEnd"/>
            <w:r w:rsidRPr="0063699D">
              <w:rPr>
                <w:rFonts w:asciiTheme="majorBidi" w:hAnsiTheme="majorBidi" w:cstheme="majorBidi"/>
                <w:bCs/>
                <w:snapToGrid w:val="0"/>
                <w:sz w:val="22"/>
                <w:lang w:val="ru-RU" w:eastAsia="ru-RU"/>
              </w:rPr>
              <w:t xml:space="preserve"> …</w:t>
            </w:r>
            <w:r w:rsidRPr="0063699D">
              <w:rPr>
                <w:rFonts w:asciiTheme="majorBidi" w:hAnsiTheme="majorBidi" w:cstheme="majorBidi"/>
                <w:bCs/>
                <w:snapToGrid w:val="0"/>
                <w:sz w:val="22"/>
                <w:lang w:eastAsia="ru-RU"/>
              </w:rPr>
              <w:t>.........</w:t>
            </w:r>
          </w:p>
        </w:tc>
        <w:tc>
          <w:tcPr>
            <w:tcW w:w="510" w:type="pct"/>
            <w:vAlign w:val="center"/>
          </w:tcPr>
          <w:p w14:paraId="3EC4CD09" w14:textId="77777777" w:rsidR="003A120B" w:rsidRPr="0063699D" w:rsidRDefault="003A120B" w:rsidP="003A120B">
            <w:pPr>
              <w:tabs>
                <w:tab w:val="left" w:pos="142"/>
              </w:tabs>
              <w:spacing w:before="100" w:beforeAutospacing="1" w:after="100" w:afterAutospacing="1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184</w:t>
            </w:r>
          </w:p>
        </w:tc>
      </w:tr>
      <w:tr w:rsidR="003A120B" w:rsidRPr="0063699D" w14:paraId="58AABDD5" w14:textId="77777777" w:rsidTr="003A120B">
        <w:tc>
          <w:tcPr>
            <w:tcW w:w="714" w:type="pct"/>
          </w:tcPr>
          <w:p w14:paraId="11AF3F9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32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B272EA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уявлення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фармакотерапію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7935188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виразкової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хвороби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шлунка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і 12-палої </w:t>
            </w:r>
          </w:p>
          <w:p w14:paraId="04FBC44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кишки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Гастропротектори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Гепатопротектори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</w:t>
            </w:r>
          </w:p>
        </w:tc>
        <w:tc>
          <w:tcPr>
            <w:tcW w:w="510" w:type="pct"/>
            <w:vAlign w:val="center"/>
          </w:tcPr>
          <w:p w14:paraId="49A660D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0EDCF72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E02B37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184</w:t>
            </w:r>
          </w:p>
        </w:tc>
      </w:tr>
      <w:tr w:rsidR="003A120B" w:rsidRPr="0063699D" w14:paraId="4A4DEDC2" w14:textId="77777777" w:rsidTr="003A120B">
        <w:tc>
          <w:tcPr>
            <w:tcW w:w="714" w:type="pct"/>
          </w:tcPr>
          <w:p w14:paraId="29416EAB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33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4E3F6B3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в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дерматології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  </w:t>
            </w:r>
          </w:p>
          <w:p w14:paraId="7201EA2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Дерматопротектори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Раноочисні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і </w:t>
            </w:r>
          </w:p>
          <w:p w14:paraId="4E8203E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ранозаживляючі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……………………………….</w:t>
            </w:r>
          </w:p>
        </w:tc>
        <w:tc>
          <w:tcPr>
            <w:tcW w:w="510" w:type="pct"/>
            <w:vAlign w:val="center"/>
          </w:tcPr>
          <w:p w14:paraId="6CDCDEC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705B700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7EE5A09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191</w:t>
            </w:r>
          </w:p>
        </w:tc>
      </w:tr>
      <w:tr w:rsidR="003A120B" w:rsidRPr="0063699D" w14:paraId="0B34D895" w14:textId="77777777" w:rsidTr="003A120B">
        <w:trPr>
          <w:trHeight w:val="305"/>
        </w:trPr>
        <w:tc>
          <w:tcPr>
            <w:tcW w:w="714" w:type="pct"/>
          </w:tcPr>
          <w:p w14:paraId="2AA71AE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34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67BFA0D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Лікарські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в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офтальмологічній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практиці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……..</w:t>
            </w:r>
          </w:p>
        </w:tc>
        <w:tc>
          <w:tcPr>
            <w:tcW w:w="510" w:type="pct"/>
            <w:vAlign w:val="center"/>
          </w:tcPr>
          <w:p w14:paraId="3D8AA6FC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   197</w:t>
            </w:r>
          </w:p>
        </w:tc>
      </w:tr>
      <w:tr w:rsidR="003A120B" w:rsidRPr="0063699D" w14:paraId="350C99A3" w14:textId="77777777" w:rsidTr="003A120B">
        <w:tc>
          <w:tcPr>
            <w:tcW w:w="714" w:type="pct"/>
          </w:tcPr>
          <w:p w14:paraId="0565871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35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22FCA20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Особливі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аспекти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пренатальної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50E189A3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педіатричної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фармакології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Застосування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776A25E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вагітним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жінкам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матерям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, </w:t>
            </w:r>
          </w:p>
          <w:p w14:paraId="3E3CFA2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годують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Сучасні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аспекти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</w:p>
          <w:p w14:paraId="44550E3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геріатричної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фармакології</w:t>
            </w:r>
            <w:proofErr w:type="spellEnd"/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……………………………</w:t>
            </w:r>
          </w:p>
        </w:tc>
        <w:tc>
          <w:tcPr>
            <w:tcW w:w="510" w:type="pct"/>
            <w:vAlign w:val="center"/>
          </w:tcPr>
          <w:p w14:paraId="0E0F5DB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7E8A705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003E0E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FD7624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14E1C9E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202</w:t>
            </w:r>
          </w:p>
        </w:tc>
      </w:tr>
      <w:tr w:rsidR="003A120B" w:rsidRPr="0063699D" w14:paraId="27E5C801" w14:textId="77777777" w:rsidTr="003A120B">
        <w:trPr>
          <w:trHeight w:val="213"/>
        </w:trPr>
        <w:tc>
          <w:tcPr>
            <w:tcW w:w="714" w:type="pct"/>
          </w:tcPr>
          <w:p w14:paraId="3F6EC474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36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17735F8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Засоби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,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що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на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міометрій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………………</w:t>
            </w:r>
          </w:p>
        </w:tc>
        <w:tc>
          <w:tcPr>
            <w:tcW w:w="510" w:type="pct"/>
            <w:vAlign w:val="center"/>
          </w:tcPr>
          <w:p w14:paraId="40235E4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210</w:t>
            </w:r>
          </w:p>
        </w:tc>
      </w:tr>
      <w:tr w:rsidR="003A120B" w:rsidRPr="0063699D" w14:paraId="29E9CDFF" w14:textId="77777777" w:rsidTr="003A120B">
        <w:trPr>
          <w:trHeight w:val="213"/>
        </w:trPr>
        <w:tc>
          <w:tcPr>
            <w:tcW w:w="714" w:type="pct"/>
          </w:tcPr>
          <w:p w14:paraId="353696E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107"/>
              <w:jc w:val="both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</w:p>
          <w:p w14:paraId="0A47A27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107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37-39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792F74F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Хронофармакологія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Гендерна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</w:p>
          <w:p w14:paraId="2CA6C5C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фармакологія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Фармакогенетика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. </w:t>
            </w:r>
          </w:p>
          <w:p w14:paraId="14FE36FE" w14:textId="77777777" w:rsidR="003A120B" w:rsidRPr="0063699D" w:rsidRDefault="003A120B" w:rsidP="003A120B">
            <w:pPr>
              <w:tabs>
                <w:tab w:val="left" w:pos="0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Генетичні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порушення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спадкові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захворювання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, </w:t>
            </w:r>
          </w:p>
          <w:p w14:paraId="77905DA0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які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впливають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на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дію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……………</w:t>
            </w:r>
          </w:p>
        </w:tc>
        <w:tc>
          <w:tcPr>
            <w:tcW w:w="510" w:type="pct"/>
            <w:vAlign w:val="center"/>
          </w:tcPr>
          <w:p w14:paraId="7864BB8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4B7B4CB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43AC92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6E4360E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217</w:t>
            </w:r>
          </w:p>
        </w:tc>
      </w:tr>
      <w:tr w:rsidR="003A120B" w:rsidRPr="0063699D" w14:paraId="221FDE90" w14:textId="77777777" w:rsidTr="003A120B">
        <w:trPr>
          <w:trHeight w:val="213"/>
        </w:trPr>
        <w:tc>
          <w:tcPr>
            <w:tcW w:w="714" w:type="pct"/>
          </w:tcPr>
          <w:p w14:paraId="0990732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40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59E458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Взаємодія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несумісність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засобів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………</w:t>
            </w:r>
          </w:p>
        </w:tc>
        <w:tc>
          <w:tcPr>
            <w:tcW w:w="510" w:type="pct"/>
            <w:vAlign w:val="center"/>
          </w:tcPr>
          <w:p w14:paraId="23DE4C3F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223</w:t>
            </w:r>
          </w:p>
        </w:tc>
      </w:tr>
      <w:tr w:rsidR="003A120B" w:rsidRPr="0063699D" w14:paraId="1E7480E1" w14:textId="77777777" w:rsidTr="003A120B">
        <w:trPr>
          <w:trHeight w:val="213"/>
        </w:trPr>
        <w:tc>
          <w:tcPr>
            <w:tcW w:w="714" w:type="pct"/>
          </w:tcPr>
          <w:p w14:paraId="3BA9ED5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lastRenderedPageBreak/>
              <w:t xml:space="preserve">Тема </w:t>
            </w: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41</w:t>
            </w:r>
            <w:r w:rsidRPr="0063699D">
              <w:rPr>
                <w:rFonts w:asciiTheme="majorBidi" w:hAnsiTheme="majorBidi" w:cstheme="majorBidi"/>
                <w:sz w:val="22"/>
                <w:lang w:val="ru-RU" w:eastAsia="ru-RU"/>
              </w:rPr>
              <w:t>.</w:t>
            </w:r>
          </w:p>
        </w:tc>
        <w:tc>
          <w:tcPr>
            <w:tcW w:w="3776" w:type="pct"/>
          </w:tcPr>
          <w:p w14:paraId="0102F0D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Небажані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ефекти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сучасних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лікарських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</w:p>
          <w:p w14:paraId="68DDE72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препаратів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Державний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експертний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центр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</w:p>
          <w:p w14:paraId="23F8CF5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МОЗ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України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: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структура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та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функції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.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Роль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і </w:t>
            </w:r>
          </w:p>
          <w:p w14:paraId="1B36B5DD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місце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лікаря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в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системі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фармакологічного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надзору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</w:p>
          <w:p w14:paraId="1CEBABCA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за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безпечним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призначенням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ліків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……………………….</w:t>
            </w:r>
          </w:p>
        </w:tc>
        <w:tc>
          <w:tcPr>
            <w:tcW w:w="510" w:type="pct"/>
            <w:vAlign w:val="center"/>
          </w:tcPr>
          <w:p w14:paraId="182A295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47FE676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9B9152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2C6C922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</w:p>
          <w:p w14:paraId="5C2F5248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3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227</w:t>
            </w:r>
          </w:p>
        </w:tc>
      </w:tr>
      <w:tr w:rsidR="003A120B" w:rsidRPr="0063699D" w14:paraId="40AE8CC1" w14:textId="77777777" w:rsidTr="003A120B">
        <w:trPr>
          <w:trHeight w:val="349"/>
        </w:trPr>
        <w:tc>
          <w:tcPr>
            <w:tcW w:w="4490" w:type="pct"/>
            <w:gridSpan w:val="2"/>
          </w:tcPr>
          <w:p w14:paraId="768100B7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4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Еталонивідповідей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на за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вдання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для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самоконтрол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ю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………………</w:t>
            </w:r>
          </w:p>
        </w:tc>
        <w:tc>
          <w:tcPr>
            <w:tcW w:w="510" w:type="pct"/>
          </w:tcPr>
          <w:p w14:paraId="4E056989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4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237</w:t>
            </w:r>
          </w:p>
        </w:tc>
      </w:tr>
      <w:tr w:rsidR="003A120B" w:rsidRPr="0063699D" w14:paraId="43C56D46" w14:textId="77777777" w:rsidTr="003A120B">
        <w:trPr>
          <w:cantSplit/>
          <w:trHeight w:val="365"/>
        </w:trPr>
        <w:tc>
          <w:tcPr>
            <w:tcW w:w="4490" w:type="pct"/>
            <w:gridSpan w:val="2"/>
          </w:tcPr>
          <w:p w14:paraId="035A95BE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4"/>
              <w:jc w:val="both"/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</w:pP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Список 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рекомендованої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 xml:space="preserve"> л</w:t>
            </w: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ітератури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 xml:space="preserve"> 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..............</w:t>
            </w:r>
            <w:r w:rsidRPr="0063699D">
              <w:rPr>
                <w:rFonts w:asciiTheme="majorBidi" w:hAnsiTheme="majorBidi" w:cstheme="majorBidi"/>
                <w:snapToGrid w:val="0"/>
                <w:sz w:val="22"/>
                <w:lang w:val="ru-RU" w:eastAsia="ru-RU"/>
              </w:rPr>
              <w:t>…………..……</w:t>
            </w:r>
          </w:p>
        </w:tc>
        <w:tc>
          <w:tcPr>
            <w:tcW w:w="510" w:type="pct"/>
          </w:tcPr>
          <w:p w14:paraId="452F5465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4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241</w:t>
            </w:r>
          </w:p>
        </w:tc>
      </w:tr>
      <w:tr w:rsidR="003A120B" w:rsidRPr="0063699D" w14:paraId="75EE7A24" w14:textId="77777777" w:rsidTr="003A120B">
        <w:trPr>
          <w:cantSplit/>
          <w:trHeight w:val="365"/>
        </w:trPr>
        <w:tc>
          <w:tcPr>
            <w:tcW w:w="4490" w:type="pct"/>
            <w:gridSpan w:val="2"/>
          </w:tcPr>
          <w:p w14:paraId="07FDF452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4"/>
              <w:jc w:val="both"/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</w:pPr>
            <w:proofErr w:type="spellStart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Зміст</w:t>
            </w:r>
            <w:proofErr w:type="spellEnd"/>
            <w:r w:rsidRPr="0063699D">
              <w:rPr>
                <w:rFonts w:asciiTheme="majorBidi" w:hAnsiTheme="majorBidi" w:cstheme="majorBidi"/>
                <w:snapToGrid w:val="0"/>
                <w:sz w:val="22"/>
                <w:lang w:eastAsia="ru-RU"/>
              </w:rPr>
              <w:t>…………………………………………………………………..</w:t>
            </w:r>
          </w:p>
        </w:tc>
        <w:tc>
          <w:tcPr>
            <w:tcW w:w="510" w:type="pct"/>
          </w:tcPr>
          <w:p w14:paraId="349291C1" w14:textId="77777777" w:rsidR="003A120B" w:rsidRPr="0063699D" w:rsidRDefault="003A120B" w:rsidP="003A120B">
            <w:pPr>
              <w:tabs>
                <w:tab w:val="left" w:pos="142"/>
              </w:tabs>
              <w:spacing w:after="0" w:line="240" w:lineRule="exact"/>
              <w:ind w:right="-284"/>
              <w:jc w:val="center"/>
              <w:rPr>
                <w:rFonts w:asciiTheme="majorBidi" w:hAnsiTheme="majorBidi" w:cstheme="majorBidi"/>
                <w:sz w:val="22"/>
                <w:lang w:eastAsia="ru-RU"/>
              </w:rPr>
            </w:pPr>
            <w:r w:rsidRPr="0063699D">
              <w:rPr>
                <w:rFonts w:asciiTheme="majorBidi" w:hAnsiTheme="majorBidi" w:cstheme="majorBidi"/>
                <w:sz w:val="22"/>
                <w:lang w:eastAsia="ru-RU"/>
              </w:rPr>
              <w:t>243</w:t>
            </w:r>
          </w:p>
        </w:tc>
      </w:tr>
    </w:tbl>
    <w:p w14:paraId="6A3D2439" w14:textId="77777777" w:rsidR="00FC2AAC" w:rsidRDefault="00FC2AAC"/>
    <w:sectPr w:rsidR="00FC2AA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02F47A1"/>
    <w:multiLevelType w:val="hybridMultilevel"/>
    <w:tmpl w:val="5E44C4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0630BBC"/>
    <w:multiLevelType w:val="hybridMultilevel"/>
    <w:tmpl w:val="94260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E75C7B"/>
    <w:multiLevelType w:val="hybridMultilevel"/>
    <w:tmpl w:val="4BB01BF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01A368E7"/>
    <w:multiLevelType w:val="hybridMultilevel"/>
    <w:tmpl w:val="81A2CA3A"/>
    <w:lvl w:ilvl="0" w:tplc="D09457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10" w15:restartNumberingAfterBreak="0">
    <w:nsid w:val="01C225BB"/>
    <w:multiLevelType w:val="hybridMultilevel"/>
    <w:tmpl w:val="5518F6E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264719E"/>
    <w:multiLevelType w:val="hybridMultilevel"/>
    <w:tmpl w:val="EF565A5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02A46A78"/>
    <w:multiLevelType w:val="hybridMultilevel"/>
    <w:tmpl w:val="791E04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2B16328"/>
    <w:multiLevelType w:val="hybridMultilevel"/>
    <w:tmpl w:val="9D8C9BD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2D26BB6"/>
    <w:multiLevelType w:val="hybridMultilevel"/>
    <w:tmpl w:val="F2A2B7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37551D8"/>
    <w:multiLevelType w:val="hybridMultilevel"/>
    <w:tmpl w:val="00A64B8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042645DB"/>
    <w:multiLevelType w:val="hybridMultilevel"/>
    <w:tmpl w:val="5F3854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4C23C9E"/>
    <w:multiLevelType w:val="hybridMultilevel"/>
    <w:tmpl w:val="913C0FF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04D626A6"/>
    <w:multiLevelType w:val="hybridMultilevel"/>
    <w:tmpl w:val="B6E034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64D6818"/>
    <w:multiLevelType w:val="hybridMultilevel"/>
    <w:tmpl w:val="60AABE3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067B5D2F"/>
    <w:multiLevelType w:val="hybridMultilevel"/>
    <w:tmpl w:val="3FFAE9D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68D7B42"/>
    <w:multiLevelType w:val="hybridMultilevel"/>
    <w:tmpl w:val="BB22B7E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06F34333"/>
    <w:multiLevelType w:val="hybridMultilevel"/>
    <w:tmpl w:val="9D8EDC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06FD4FC6"/>
    <w:multiLevelType w:val="hybridMultilevel"/>
    <w:tmpl w:val="4770104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7C01333"/>
    <w:multiLevelType w:val="hybridMultilevel"/>
    <w:tmpl w:val="71960C9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081D6E71"/>
    <w:multiLevelType w:val="hybridMultilevel"/>
    <w:tmpl w:val="67E654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0904180A"/>
    <w:multiLevelType w:val="hybridMultilevel"/>
    <w:tmpl w:val="F2540A1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094D7126"/>
    <w:multiLevelType w:val="hybridMultilevel"/>
    <w:tmpl w:val="2FA8CB3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09BB7AB0"/>
    <w:multiLevelType w:val="hybridMultilevel"/>
    <w:tmpl w:val="F45ABA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A592CDF"/>
    <w:multiLevelType w:val="hybridMultilevel"/>
    <w:tmpl w:val="338878C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0A685F14"/>
    <w:multiLevelType w:val="hybridMultilevel"/>
    <w:tmpl w:val="9FEA840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0A7720FE"/>
    <w:multiLevelType w:val="hybridMultilevel"/>
    <w:tmpl w:val="AAD2DE8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0A88368B"/>
    <w:multiLevelType w:val="hybridMultilevel"/>
    <w:tmpl w:val="699291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0A97073A"/>
    <w:multiLevelType w:val="hybridMultilevel"/>
    <w:tmpl w:val="D8AE275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0A9D67B9"/>
    <w:multiLevelType w:val="hybridMultilevel"/>
    <w:tmpl w:val="E4DC52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0C653895"/>
    <w:multiLevelType w:val="hybridMultilevel"/>
    <w:tmpl w:val="D7E023C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0C7461A5"/>
    <w:multiLevelType w:val="hybridMultilevel"/>
    <w:tmpl w:val="AA589DF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0CBA7D01"/>
    <w:multiLevelType w:val="hybridMultilevel"/>
    <w:tmpl w:val="9FFAB64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0CFF42CE"/>
    <w:multiLevelType w:val="hybridMultilevel"/>
    <w:tmpl w:val="37D4491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0D8E3261"/>
    <w:multiLevelType w:val="hybridMultilevel"/>
    <w:tmpl w:val="FB86F51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0EE216A8"/>
    <w:multiLevelType w:val="hybridMultilevel"/>
    <w:tmpl w:val="CDC234A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0EE3548F"/>
    <w:multiLevelType w:val="hybridMultilevel"/>
    <w:tmpl w:val="5EF4229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0EEF255E"/>
    <w:multiLevelType w:val="hybridMultilevel"/>
    <w:tmpl w:val="60AAC636"/>
    <w:lvl w:ilvl="0" w:tplc="04090011">
      <w:start w:val="1"/>
      <w:numFmt w:val="decimal"/>
      <w:lvlText w:val="%1)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0F026DA9"/>
    <w:multiLevelType w:val="hybridMultilevel"/>
    <w:tmpl w:val="90ACB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0F736884"/>
    <w:multiLevelType w:val="hybridMultilevel"/>
    <w:tmpl w:val="A76432C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10A53562"/>
    <w:multiLevelType w:val="hybridMultilevel"/>
    <w:tmpl w:val="3938AB6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 w15:restartNumberingAfterBreak="0">
    <w:nsid w:val="11312675"/>
    <w:multiLevelType w:val="hybridMultilevel"/>
    <w:tmpl w:val="0D8AB0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113E2375"/>
    <w:multiLevelType w:val="hybridMultilevel"/>
    <w:tmpl w:val="F428475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12544544"/>
    <w:multiLevelType w:val="hybridMultilevel"/>
    <w:tmpl w:val="0AA4934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9" w15:restartNumberingAfterBreak="0">
    <w:nsid w:val="1282310A"/>
    <w:multiLevelType w:val="hybridMultilevel"/>
    <w:tmpl w:val="25A8F4C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1322270E"/>
    <w:multiLevelType w:val="hybridMultilevel"/>
    <w:tmpl w:val="5C160DDC"/>
    <w:lvl w:ilvl="0" w:tplc="D0945780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1" w15:restartNumberingAfterBreak="0">
    <w:nsid w:val="134F03ED"/>
    <w:multiLevelType w:val="hybridMultilevel"/>
    <w:tmpl w:val="989E805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2" w15:restartNumberingAfterBreak="0">
    <w:nsid w:val="135F5674"/>
    <w:multiLevelType w:val="hybridMultilevel"/>
    <w:tmpl w:val="D48812F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3" w15:restartNumberingAfterBreak="0">
    <w:nsid w:val="1383461A"/>
    <w:multiLevelType w:val="hybridMultilevel"/>
    <w:tmpl w:val="2188E82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4" w15:restartNumberingAfterBreak="0">
    <w:nsid w:val="139D1460"/>
    <w:multiLevelType w:val="hybridMultilevel"/>
    <w:tmpl w:val="C25AA60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 w15:restartNumberingAfterBreak="0">
    <w:nsid w:val="143A251B"/>
    <w:multiLevelType w:val="hybridMultilevel"/>
    <w:tmpl w:val="601EF32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6" w15:restartNumberingAfterBreak="0">
    <w:nsid w:val="146D4E30"/>
    <w:multiLevelType w:val="hybridMultilevel"/>
    <w:tmpl w:val="B31CC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4995420"/>
    <w:multiLevelType w:val="hybridMultilevel"/>
    <w:tmpl w:val="17F683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8" w15:restartNumberingAfterBreak="0">
    <w:nsid w:val="14D154B5"/>
    <w:multiLevelType w:val="hybridMultilevel"/>
    <w:tmpl w:val="B7EE9E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152D11A8"/>
    <w:multiLevelType w:val="hybridMultilevel"/>
    <w:tmpl w:val="376A50E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0" w15:restartNumberingAfterBreak="0">
    <w:nsid w:val="15C553B3"/>
    <w:multiLevelType w:val="hybridMultilevel"/>
    <w:tmpl w:val="9FF2B64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15CF4BD6"/>
    <w:multiLevelType w:val="hybridMultilevel"/>
    <w:tmpl w:val="486CB3DC"/>
    <w:lvl w:ilvl="0" w:tplc="DE40E0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62" w15:restartNumberingAfterBreak="0">
    <w:nsid w:val="1670005E"/>
    <w:multiLevelType w:val="hybridMultilevel"/>
    <w:tmpl w:val="8000DFB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3" w15:restartNumberingAfterBreak="0">
    <w:nsid w:val="16E17B3F"/>
    <w:multiLevelType w:val="hybridMultilevel"/>
    <w:tmpl w:val="E6340B1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4" w15:restartNumberingAfterBreak="0">
    <w:nsid w:val="16E923C1"/>
    <w:multiLevelType w:val="hybridMultilevel"/>
    <w:tmpl w:val="CC86DED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5" w15:restartNumberingAfterBreak="0">
    <w:nsid w:val="17507E38"/>
    <w:multiLevelType w:val="hybridMultilevel"/>
    <w:tmpl w:val="E51E688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 w15:restartNumberingAfterBreak="0">
    <w:nsid w:val="17B77224"/>
    <w:multiLevelType w:val="hybridMultilevel"/>
    <w:tmpl w:val="4BF2E4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17C937EE"/>
    <w:multiLevelType w:val="hybridMultilevel"/>
    <w:tmpl w:val="7C08CDE4"/>
    <w:lvl w:ilvl="0" w:tplc="DE40E0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8" w15:restartNumberingAfterBreak="0">
    <w:nsid w:val="18757E98"/>
    <w:multiLevelType w:val="hybridMultilevel"/>
    <w:tmpl w:val="E1D67B1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9" w15:restartNumberingAfterBreak="0">
    <w:nsid w:val="18B160F1"/>
    <w:multiLevelType w:val="hybridMultilevel"/>
    <w:tmpl w:val="865CDAA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0" w15:restartNumberingAfterBreak="0">
    <w:nsid w:val="18FC3F63"/>
    <w:multiLevelType w:val="hybridMultilevel"/>
    <w:tmpl w:val="E1AAD4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191A3363"/>
    <w:multiLevelType w:val="hybridMultilevel"/>
    <w:tmpl w:val="4DDEBB88"/>
    <w:lvl w:ilvl="0" w:tplc="D0945780">
      <w:start w:val="1"/>
      <w:numFmt w:val="upperLetter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2" w15:restartNumberingAfterBreak="0">
    <w:nsid w:val="19F73F78"/>
    <w:multiLevelType w:val="hybridMultilevel"/>
    <w:tmpl w:val="3B1C16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 w15:restartNumberingAfterBreak="0">
    <w:nsid w:val="1A392EA4"/>
    <w:multiLevelType w:val="singleLevel"/>
    <w:tmpl w:val="F2ECF45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74" w15:restartNumberingAfterBreak="0">
    <w:nsid w:val="1A607E19"/>
    <w:multiLevelType w:val="hybridMultilevel"/>
    <w:tmpl w:val="CEDED68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5" w15:restartNumberingAfterBreak="0">
    <w:nsid w:val="1A7828B7"/>
    <w:multiLevelType w:val="hybridMultilevel"/>
    <w:tmpl w:val="648842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1A7E7C9F"/>
    <w:multiLevelType w:val="hybridMultilevel"/>
    <w:tmpl w:val="5F2C8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1AB65CDA"/>
    <w:multiLevelType w:val="hybridMultilevel"/>
    <w:tmpl w:val="A8BEED9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 w15:restartNumberingAfterBreak="0">
    <w:nsid w:val="1AD51229"/>
    <w:multiLevelType w:val="hybridMultilevel"/>
    <w:tmpl w:val="A3B2702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9" w15:restartNumberingAfterBreak="0">
    <w:nsid w:val="1BD56E04"/>
    <w:multiLevelType w:val="hybridMultilevel"/>
    <w:tmpl w:val="DD0C8F9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1C1933B7"/>
    <w:multiLevelType w:val="hybridMultilevel"/>
    <w:tmpl w:val="7CE272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C517C89"/>
    <w:multiLevelType w:val="hybridMultilevel"/>
    <w:tmpl w:val="AFC4610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1CE1205D"/>
    <w:multiLevelType w:val="hybridMultilevel"/>
    <w:tmpl w:val="8868A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1D6A3196"/>
    <w:multiLevelType w:val="hybridMultilevel"/>
    <w:tmpl w:val="2B2A6B6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4" w15:restartNumberingAfterBreak="0">
    <w:nsid w:val="1DF61C50"/>
    <w:multiLevelType w:val="hybridMultilevel"/>
    <w:tmpl w:val="D8A4A76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5" w15:restartNumberingAfterBreak="0">
    <w:nsid w:val="1DF61DA9"/>
    <w:multiLevelType w:val="hybridMultilevel"/>
    <w:tmpl w:val="47F4C4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6" w15:restartNumberingAfterBreak="0">
    <w:nsid w:val="1E304AA1"/>
    <w:multiLevelType w:val="hybridMultilevel"/>
    <w:tmpl w:val="AD8667D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7" w15:restartNumberingAfterBreak="0">
    <w:nsid w:val="1E8166D4"/>
    <w:multiLevelType w:val="hybridMultilevel"/>
    <w:tmpl w:val="4E9E67B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8" w15:restartNumberingAfterBreak="0">
    <w:nsid w:val="1F897041"/>
    <w:multiLevelType w:val="hybridMultilevel"/>
    <w:tmpl w:val="7170674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9" w15:restartNumberingAfterBreak="0">
    <w:nsid w:val="1FB17AEF"/>
    <w:multiLevelType w:val="hybridMultilevel"/>
    <w:tmpl w:val="E9BC738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20301065"/>
    <w:multiLevelType w:val="hybridMultilevel"/>
    <w:tmpl w:val="5F8E305E"/>
    <w:lvl w:ilvl="0" w:tplc="DE40E0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1" w15:restartNumberingAfterBreak="0">
    <w:nsid w:val="20575EA8"/>
    <w:multiLevelType w:val="hybridMultilevel"/>
    <w:tmpl w:val="603EB08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2" w15:restartNumberingAfterBreak="0">
    <w:nsid w:val="206924EB"/>
    <w:multiLevelType w:val="hybridMultilevel"/>
    <w:tmpl w:val="0A86F96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3" w15:restartNumberingAfterBreak="0">
    <w:nsid w:val="20A20C21"/>
    <w:multiLevelType w:val="hybridMultilevel"/>
    <w:tmpl w:val="DD242DB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4" w15:restartNumberingAfterBreak="0">
    <w:nsid w:val="21C52B7E"/>
    <w:multiLevelType w:val="hybridMultilevel"/>
    <w:tmpl w:val="88BC37F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226E7CE3"/>
    <w:multiLevelType w:val="hybridMultilevel"/>
    <w:tmpl w:val="E78C6F4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6" w15:restartNumberingAfterBreak="0">
    <w:nsid w:val="2332763F"/>
    <w:multiLevelType w:val="hybridMultilevel"/>
    <w:tmpl w:val="1E88B86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7" w15:restartNumberingAfterBreak="0">
    <w:nsid w:val="235654D4"/>
    <w:multiLevelType w:val="hybridMultilevel"/>
    <w:tmpl w:val="41F6C67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8" w15:restartNumberingAfterBreak="0">
    <w:nsid w:val="23616AEC"/>
    <w:multiLevelType w:val="hybridMultilevel"/>
    <w:tmpl w:val="3F06315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9" w15:restartNumberingAfterBreak="0">
    <w:nsid w:val="237C14CF"/>
    <w:multiLevelType w:val="hybridMultilevel"/>
    <w:tmpl w:val="1C1CD82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0" w15:restartNumberingAfterBreak="0">
    <w:nsid w:val="23936963"/>
    <w:multiLevelType w:val="hybridMultilevel"/>
    <w:tmpl w:val="7BD41B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23BD33ED"/>
    <w:multiLevelType w:val="hybridMultilevel"/>
    <w:tmpl w:val="535EC550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2" w15:restartNumberingAfterBreak="0">
    <w:nsid w:val="23F11D74"/>
    <w:multiLevelType w:val="hybridMultilevel"/>
    <w:tmpl w:val="2918F5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240D3AEE"/>
    <w:multiLevelType w:val="hybridMultilevel"/>
    <w:tmpl w:val="DCFE9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24260B61"/>
    <w:multiLevelType w:val="hybridMultilevel"/>
    <w:tmpl w:val="5D6A3AE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5" w15:restartNumberingAfterBreak="0">
    <w:nsid w:val="24492C92"/>
    <w:multiLevelType w:val="hybridMultilevel"/>
    <w:tmpl w:val="1230409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6" w15:restartNumberingAfterBreak="0">
    <w:nsid w:val="248F49CB"/>
    <w:multiLevelType w:val="hybridMultilevel"/>
    <w:tmpl w:val="8792509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7" w15:restartNumberingAfterBreak="0">
    <w:nsid w:val="25527B4D"/>
    <w:multiLevelType w:val="hybridMultilevel"/>
    <w:tmpl w:val="3702C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8" w15:restartNumberingAfterBreak="0">
    <w:nsid w:val="26221C84"/>
    <w:multiLevelType w:val="hybridMultilevel"/>
    <w:tmpl w:val="5D6A0C0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9" w15:restartNumberingAfterBreak="0">
    <w:nsid w:val="26484DFA"/>
    <w:multiLevelType w:val="hybridMultilevel"/>
    <w:tmpl w:val="6F42C1B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0" w15:restartNumberingAfterBreak="0">
    <w:nsid w:val="266B0F77"/>
    <w:multiLevelType w:val="hybridMultilevel"/>
    <w:tmpl w:val="FA3A48D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1" w15:restartNumberingAfterBreak="0">
    <w:nsid w:val="26C03DC1"/>
    <w:multiLevelType w:val="hybridMultilevel"/>
    <w:tmpl w:val="B8E6F98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2" w15:restartNumberingAfterBreak="0">
    <w:nsid w:val="26D60E47"/>
    <w:multiLevelType w:val="hybridMultilevel"/>
    <w:tmpl w:val="E730CC7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3" w15:restartNumberingAfterBreak="0">
    <w:nsid w:val="27883687"/>
    <w:multiLevelType w:val="hybridMultilevel"/>
    <w:tmpl w:val="21A4E7B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4" w15:restartNumberingAfterBreak="0">
    <w:nsid w:val="27910DDD"/>
    <w:multiLevelType w:val="hybridMultilevel"/>
    <w:tmpl w:val="0CF21D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27A81236"/>
    <w:multiLevelType w:val="hybridMultilevel"/>
    <w:tmpl w:val="A782C53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6" w15:restartNumberingAfterBreak="0">
    <w:nsid w:val="290F52F4"/>
    <w:multiLevelType w:val="hybridMultilevel"/>
    <w:tmpl w:val="330A534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2A35686D"/>
    <w:multiLevelType w:val="hybridMultilevel"/>
    <w:tmpl w:val="9740E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2AB634EC"/>
    <w:multiLevelType w:val="hybridMultilevel"/>
    <w:tmpl w:val="FE70A7B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9" w15:restartNumberingAfterBreak="0">
    <w:nsid w:val="2B725E91"/>
    <w:multiLevelType w:val="hybridMultilevel"/>
    <w:tmpl w:val="6F963A4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0" w15:restartNumberingAfterBreak="0">
    <w:nsid w:val="2B7E300D"/>
    <w:multiLevelType w:val="hybridMultilevel"/>
    <w:tmpl w:val="3D904D7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1" w15:restartNumberingAfterBreak="0">
    <w:nsid w:val="2BAD4A94"/>
    <w:multiLevelType w:val="hybridMultilevel"/>
    <w:tmpl w:val="93D6DCA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2" w15:restartNumberingAfterBreak="0">
    <w:nsid w:val="2BB87FD2"/>
    <w:multiLevelType w:val="hybridMultilevel"/>
    <w:tmpl w:val="BBCE797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2BE76614"/>
    <w:multiLevelType w:val="hybridMultilevel"/>
    <w:tmpl w:val="51C6743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2C4D4E06"/>
    <w:multiLevelType w:val="hybridMultilevel"/>
    <w:tmpl w:val="237459F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2D8D3897"/>
    <w:multiLevelType w:val="hybridMultilevel"/>
    <w:tmpl w:val="5A667DF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6" w15:restartNumberingAfterBreak="0">
    <w:nsid w:val="2E20347D"/>
    <w:multiLevelType w:val="hybridMultilevel"/>
    <w:tmpl w:val="9AEE3CD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7" w15:restartNumberingAfterBreak="0">
    <w:nsid w:val="2E8436EA"/>
    <w:multiLevelType w:val="hybridMultilevel"/>
    <w:tmpl w:val="EAA69C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2EDA2D6C"/>
    <w:multiLevelType w:val="hybridMultilevel"/>
    <w:tmpl w:val="6FEE5A1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2F407817"/>
    <w:multiLevelType w:val="hybridMultilevel"/>
    <w:tmpl w:val="C7D82EE6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0" w15:restartNumberingAfterBreak="0">
    <w:nsid w:val="2FD13122"/>
    <w:multiLevelType w:val="hybridMultilevel"/>
    <w:tmpl w:val="5894AF5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30380E17"/>
    <w:multiLevelType w:val="hybridMultilevel"/>
    <w:tmpl w:val="9AC628A4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2" w15:restartNumberingAfterBreak="0">
    <w:nsid w:val="30381A87"/>
    <w:multiLevelType w:val="hybridMultilevel"/>
    <w:tmpl w:val="DC68447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3" w15:restartNumberingAfterBreak="0">
    <w:nsid w:val="31431731"/>
    <w:multiLevelType w:val="hybridMultilevel"/>
    <w:tmpl w:val="E6ACF03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4" w15:restartNumberingAfterBreak="0">
    <w:nsid w:val="315A7A34"/>
    <w:multiLevelType w:val="hybridMultilevel"/>
    <w:tmpl w:val="DCF2C73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5" w15:restartNumberingAfterBreak="0">
    <w:nsid w:val="32687151"/>
    <w:multiLevelType w:val="hybridMultilevel"/>
    <w:tmpl w:val="001ED51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6" w15:restartNumberingAfterBreak="0">
    <w:nsid w:val="32995627"/>
    <w:multiLevelType w:val="hybridMultilevel"/>
    <w:tmpl w:val="B248EAC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7" w15:restartNumberingAfterBreak="0">
    <w:nsid w:val="329B2791"/>
    <w:multiLevelType w:val="hybridMultilevel"/>
    <w:tmpl w:val="4F2236D0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8" w15:restartNumberingAfterBreak="0">
    <w:nsid w:val="32B167AB"/>
    <w:multiLevelType w:val="hybridMultilevel"/>
    <w:tmpl w:val="9E1897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32CF77FD"/>
    <w:multiLevelType w:val="hybridMultilevel"/>
    <w:tmpl w:val="FB8A920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0" w15:restartNumberingAfterBreak="0">
    <w:nsid w:val="32EE05E7"/>
    <w:multiLevelType w:val="hybridMultilevel"/>
    <w:tmpl w:val="5248119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1" w15:restartNumberingAfterBreak="0">
    <w:nsid w:val="331C679A"/>
    <w:multiLevelType w:val="hybridMultilevel"/>
    <w:tmpl w:val="7A1AC3B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2" w15:restartNumberingAfterBreak="0">
    <w:nsid w:val="346A0DE0"/>
    <w:multiLevelType w:val="hybridMultilevel"/>
    <w:tmpl w:val="E286EDF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34A43C4E"/>
    <w:multiLevelType w:val="hybridMultilevel"/>
    <w:tmpl w:val="756AF40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4" w15:restartNumberingAfterBreak="0">
    <w:nsid w:val="350246B6"/>
    <w:multiLevelType w:val="hybridMultilevel"/>
    <w:tmpl w:val="4B82131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5" w15:restartNumberingAfterBreak="0">
    <w:nsid w:val="351B041E"/>
    <w:multiLevelType w:val="hybridMultilevel"/>
    <w:tmpl w:val="4BD0C2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35274B37"/>
    <w:multiLevelType w:val="hybridMultilevel"/>
    <w:tmpl w:val="A578724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7" w15:restartNumberingAfterBreak="0">
    <w:nsid w:val="359F4E88"/>
    <w:multiLevelType w:val="hybridMultilevel"/>
    <w:tmpl w:val="154C5FB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8" w15:restartNumberingAfterBreak="0">
    <w:nsid w:val="36273579"/>
    <w:multiLevelType w:val="hybridMultilevel"/>
    <w:tmpl w:val="350C7C6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9" w15:restartNumberingAfterBreak="0">
    <w:nsid w:val="364D53E2"/>
    <w:multiLevelType w:val="hybridMultilevel"/>
    <w:tmpl w:val="9132D6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3670287E"/>
    <w:multiLevelType w:val="hybridMultilevel"/>
    <w:tmpl w:val="4CA0F3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1" w15:restartNumberingAfterBreak="0">
    <w:nsid w:val="36907197"/>
    <w:multiLevelType w:val="hybridMultilevel"/>
    <w:tmpl w:val="EC609D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36B02DCA"/>
    <w:multiLevelType w:val="hybridMultilevel"/>
    <w:tmpl w:val="AFE45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37A03FDD"/>
    <w:multiLevelType w:val="hybridMultilevel"/>
    <w:tmpl w:val="7F487F34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4" w15:restartNumberingAfterBreak="0">
    <w:nsid w:val="37FD200F"/>
    <w:multiLevelType w:val="hybridMultilevel"/>
    <w:tmpl w:val="3C6C61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38E14D56"/>
    <w:multiLevelType w:val="hybridMultilevel"/>
    <w:tmpl w:val="45CE784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38EB5BAD"/>
    <w:multiLevelType w:val="hybridMultilevel"/>
    <w:tmpl w:val="B0F053F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7" w15:restartNumberingAfterBreak="0">
    <w:nsid w:val="3B37634E"/>
    <w:multiLevelType w:val="hybridMultilevel"/>
    <w:tmpl w:val="E95AA0C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8" w15:restartNumberingAfterBreak="0">
    <w:nsid w:val="3B444D4D"/>
    <w:multiLevelType w:val="hybridMultilevel"/>
    <w:tmpl w:val="E9283D36"/>
    <w:lvl w:ilvl="0" w:tplc="C70216BE">
      <w:start w:val="1"/>
      <w:numFmt w:val="decimal"/>
      <w:lvlText w:val="%1."/>
      <w:lvlJc w:val="left"/>
      <w:pPr>
        <w:ind w:left="1069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9" w15:restartNumberingAfterBreak="0">
    <w:nsid w:val="3BB01397"/>
    <w:multiLevelType w:val="hybridMultilevel"/>
    <w:tmpl w:val="99BAEDC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0" w15:restartNumberingAfterBreak="0">
    <w:nsid w:val="3BB84DC9"/>
    <w:multiLevelType w:val="hybridMultilevel"/>
    <w:tmpl w:val="D6A882E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1" w15:restartNumberingAfterBreak="0">
    <w:nsid w:val="3BC23461"/>
    <w:multiLevelType w:val="hybridMultilevel"/>
    <w:tmpl w:val="5F48C9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3C03742A"/>
    <w:multiLevelType w:val="hybridMultilevel"/>
    <w:tmpl w:val="7C80A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3CE25B81"/>
    <w:multiLevelType w:val="hybridMultilevel"/>
    <w:tmpl w:val="73B092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3D39008D"/>
    <w:multiLevelType w:val="hybridMultilevel"/>
    <w:tmpl w:val="E60033B2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5" w15:restartNumberingAfterBreak="0">
    <w:nsid w:val="3D552825"/>
    <w:multiLevelType w:val="hybridMultilevel"/>
    <w:tmpl w:val="B324DE3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6" w15:restartNumberingAfterBreak="0">
    <w:nsid w:val="3D790103"/>
    <w:multiLevelType w:val="hybridMultilevel"/>
    <w:tmpl w:val="FA08AE4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7" w15:restartNumberingAfterBreak="0">
    <w:nsid w:val="3E354B1A"/>
    <w:multiLevelType w:val="hybridMultilevel"/>
    <w:tmpl w:val="BF165DD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8" w15:restartNumberingAfterBreak="0">
    <w:nsid w:val="3E521DA6"/>
    <w:multiLevelType w:val="hybridMultilevel"/>
    <w:tmpl w:val="4540032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9" w15:restartNumberingAfterBreak="0">
    <w:nsid w:val="3E5B6192"/>
    <w:multiLevelType w:val="hybridMultilevel"/>
    <w:tmpl w:val="6F4C25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3EFE4F13"/>
    <w:multiLevelType w:val="hybridMultilevel"/>
    <w:tmpl w:val="9FA6407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1" w15:restartNumberingAfterBreak="0">
    <w:nsid w:val="3F3C339B"/>
    <w:multiLevelType w:val="hybridMultilevel"/>
    <w:tmpl w:val="125E18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05B11E4"/>
    <w:multiLevelType w:val="hybridMultilevel"/>
    <w:tmpl w:val="0E0E7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1DF4813"/>
    <w:multiLevelType w:val="hybridMultilevel"/>
    <w:tmpl w:val="8FB6D5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42FF7126"/>
    <w:multiLevelType w:val="hybridMultilevel"/>
    <w:tmpl w:val="2EF6DD6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5" w15:restartNumberingAfterBreak="0">
    <w:nsid w:val="43247B3E"/>
    <w:multiLevelType w:val="hybridMultilevel"/>
    <w:tmpl w:val="8FE4A84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6" w15:restartNumberingAfterBreak="0">
    <w:nsid w:val="433C2618"/>
    <w:multiLevelType w:val="hybridMultilevel"/>
    <w:tmpl w:val="6018DF7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7" w15:restartNumberingAfterBreak="0">
    <w:nsid w:val="434A2FF9"/>
    <w:multiLevelType w:val="hybridMultilevel"/>
    <w:tmpl w:val="1B0E41D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8" w15:restartNumberingAfterBreak="0">
    <w:nsid w:val="43735BB8"/>
    <w:multiLevelType w:val="hybridMultilevel"/>
    <w:tmpl w:val="F446DCF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 w15:restartNumberingAfterBreak="0">
    <w:nsid w:val="43A31835"/>
    <w:multiLevelType w:val="hybridMultilevel"/>
    <w:tmpl w:val="C366CF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 w15:restartNumberingAfterBreak="0">
    <w:nsid w:val="43FA183D"/>
    <w:multiLevelType w:val="hybridMultilevel"/>
    <w:tmpl w:val="0BF2A1A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1" w15:restartNumberingAfterBreak="0">
    <w:nsid w:val="43FC6BB6"/>
    <w:multiLevelType w:val="hybridMultilevel"/>
    <w:tmpl w:val="F7A4EB8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2" w15:restartNumberingAfterBreak="0">
    <w:nsid w:val="44064DAB"/>
    <w:multiLevelType w:val="hybridMultilevel"/>
    <w:tmpl w:val="D6A4E2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 w15:restartNumberingAfterBreak="0">
    <w:nsid w:val="447E53A0"/>
    <w:multiLevelType w:val="hybridMultilevel"/>
    <w:tmpl w:val="F10C1FB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4" w15:restartNumberingAfterBreak="0">
    <w:nsid w:val="44D14E3F"/>
    <w:multiLevelType w:val="hybridMultilevel"/>
    <w:tmpl w:val="28F48A8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5" w15:restartNumberingAfterBreak="0">
    <w:nsid w:val="45A45EAC"/>
    <w:multiLevelType w:val="hybridMultilevel"/>
    <w:tmpl w:val="48CC131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6" w15:restartNumberingAfterBreak="0">
    <w:nsid w:val="45A80254"/>
    <w:multiLevelType w:val="hybridMultilevel"/>
    <w:tmpl w:val="0436002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7" w15:restartNumberingAfterBreak="0">
    <w:nsid w:val="45AC288B"/>
    <w:multiLevelType w:val="hybridMultilevel"/>
    <w:tmpl w:val="20CA68D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8" w15:restartNumberingAfterBreak="0">
    <w:nsid w:val="45CB4FCD"/>
    <w:multiLevelType w:val="hybridMultilevel"/>
    <w:tmpl w:val="42123520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9" w15:restartNumberingAfterBreak="0">
    <w:nsid w:val="45D3034D"/>
    <w:multiLevelType w:val="hybridMultilevel"/>
    <w:tmpl w:val="7E10B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46433511"/>
    <w:multiLevelType w:val="hybridMultilevel"/>
    <w:tmpl w:val="04CC6C8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1" w15:restartNumberingAfterBreak="0">
    <w:nsid w:val="469B67D4"/>
    <w:multiLevelType w:val="hybridMultilevel"/>
    <w:tmpl w:val="1AAA5A9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2" w15:restartNumberingAfterBreak="0">
    <w:nsid w:val="4725239F"/>
    <w:multiLevelType w:val="hybridMultilevel"/>
    <w:tmpl w:val="7FBA84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4729314B"/>
    <w:multiLevelType w:val="hybridMultilevel"/>
    <w:tmpl w:val="EDDCAC1A"/>
    <w:lvl w:ilvl="0" w:tplc="5E6AA4CE">
      <w:start w:val="3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47C51822"/>
    <w:multiLevelType w:val="hybridMultilevel"/>
    <w:tmpl w:val="11CC22B6"/>
    <w:lvl w:ilvl="0" w:tplc="04090011">
      <w:start w:val="1"/>
      <w:numFmt w:val="decimal"/>
      <w:lvlText w:val="%1)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5" w15:restartNumberingAfterBreak="0">
    <w:nsid w:val="47E31C69"/>
    <w:multiLevelType w:val="hybridMultilevel"/>
    <w:tmpl w:val="62608B9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6" w15:restartNumberingAfterBreak="0">
    <w:nsid w:val="47F537E8"/>
    <w:multiLevelType w:val="hybridMultilevel"/>
    <w:tmpl w:val="FB048C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 w15:restartNumberingAfterBreak="0">
    <w:nsid w:val="483D1B03"/>
    <w:multiLevelType w:val="hybridMultilevel"/>
    <w:tmpl w:val="FD008D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8" w15:restartNumberingAfterBreak="0">
    <w:nsid w:val="484F452E"/>
    <w:multiLevelType w:val="hybridMultilevel"/>
    <w:tmpl w:val="4F26E55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 w15:restartNumberingAfterBreak="0">
    <w:nsid w:val="48746074"/>
    <w:multiLevelType w:val="hybridMultilevel"/>
    <w:tmpl w:val="2B6C33E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0" w15:restartNumberingAfterBreak="0">
    <w:nsid w:val="48801337"/>
    <w:multiLevelType w:val="hybridMultilevel"/>
    <w:tmpl w:val="A68AA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48DF596C"/>
    <w:multiLevelType w:val="hybridMultilevel"/>
    <w:tmpl w:val="B344C91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2" w15:restartNumberingAfterBreak="0">
    <w:nsid w:val="492C5BC0"/>
    <w:multiLevelType w:val="hybridMultilevel"/>
    <w:tmpl w:val="2444914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3" w15:restartNumberingAfterBreak="0">
    <w:nsid w:val="49965689"/>
    <w:multiLevelType w:val="hybridMultilevel"/>
    <w:tmpl w:val="18609050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2138" w:hanging="360"/>
      </w:pPr>
    </w:lvl>
    <w:lvl w:ilvl="2" w:tplc="0409001B" w:tentative="1">
      <w:start w:val="1"/>
      <w:numFmt w:val="lowerRoman"/>
      <w:lvlText w:val="%3."/>
      <w:lvlJc w:val="right"/>
      <w:pPr>
        <w:ind w:left="2858" w:hanging="180"/>
      </w:pPr>
    </w:lvl>
    <w:lvl w:ilvl="3" w:tplc="0409000F" w:tentative="1">
      <w:start w:val="1"/>
      <w:numFmt w:val="decimal"/>
      <w:lvlText w:val="%4."/>
      <w:lvlJc w:val="left"/>
      <w:pPr>
        <w:ind w:left="3578" w:hanging="360"/>
      </w:pPr>
    </w:lvl>
    <w:lvl w:ilvl="4" w:tplc="04090019" w:tentative="1">
      <w:start w:val="1"/>
      <w:numFmt w:val="lowerLetter"/>
      <w:lvlText w:val="%5."/>
      <w:lvlJc w:val="left"/>
      <w:pPr>
        <w:ind w:left="4298" w:hanging="360"/>
      </w:pPr>
    </w:lvl>
    <w:lvl w:ilvl="5" w:tplc="0409001B" w:tentative="1">
      <w:start w:val="1"/>
      <w:numFmt w:val="lowerRoman"/>
      <w:lvlText w:val="%6."/>
      <w:lvlJc w:val="right"/>
      <w:pPr>
        <w:ind w:left="5018" w:hanging="180"/>
      </w:pPr>
    </w:lvl>
    <w:lvl w:ilvl="6" w:tplc="0409000F" w:tentative="1">
      <w:start w:val="1"/>
      <w:numFmt w:val="decimal"/>
      <w:lvlText w:val="%7."/>
      <w:lvlJc w:val="left"/>
      <w:pPr>
        <w:ind w:left="5738" w:hanging="360"/>
      </w:pPr>
    </w:lvl>
    <w:lvl w:ilvl="7" w:tplc="04090019" w:tentative="1">
      <w:start w:val="1"/>
      <w:numFmt w:val="lowerLetter"/>
      <w:lvlText w:val="%8."/>
      <w:lvlJc w:val="left"/>
      <w:pPr>
        <w:ind w:left="6458" w:hanging="360"/>
      </w:pPr>
    </w:lvl>
    <w:lvl w:ilvl="8" w:tplc="0409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04" w15:restartNumberingAfterBreak="0">
    <w:nsid w:val="4A5B5127"/>
    <w:multiLevelType w:val="hybridMultilevel"/>
    <w:tmpl w:val="0D84C13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5" w15:restartNumberingAfterBreak="0">
    <w:nsid w:val="4A7939EC"/>
    <w:multiLevelType w:val="hybridMultilevel"/>
    <w:tmpl w:val="96F81B1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6" w15:restartNumberingAfterBreak="0">
    <w:nsid w:val="4B732ED1"/>
    <w:multiLevelType w:val="hybridMultilevel"/>
    <w:tmpl w:val="925AF2A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7" w15:restartNumberingAfterBreak="0">
    <w:nsid w:val="4C121662"/>
    <w:multiLevelType w:val="hybridMultilevel"/>
    <w:tmpl w:val="AD226A7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8" w15:restartNumberingAfterBreak="0">
    <w:nsid w:val="4CA513BF"/>
    <w:multiLevelType w:val="hybridMultilevel"/>
    <w:tmpl w:val="7464BB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4CCE444B"/>
    <w:multiLevelType w:val="hybridMultilevel"/>
    <w:tmpl w:val="4738B15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0" w15:restartNumberingAfterBreak="0">
    <w:nsid w:val="4D4D57BC"/>
    <w:multiLevelType w:val="hybridMultilevel"/>
    <w:tmpl w:val="143CB8A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1" w15:restartNumberingAfterBreak="0">
    <w:nsid w:val="4DBC7D9F"/>
    <w:multiLevelType w:val="hybridMultilevel"/>
    <w:tmpl w:val="1B0CF69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2" w15:restartNumberingAfterBreak="0">
    <w:nsid w:val="4DC24B37"/>
    <w:multiLevelType w:val="hybridMultilevel"/>
    <w:tmpl w:val="D884E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 w15:restartNumberingAfterBreak="0">
    <w:nsid w:val="4E1825ED"/>
    <w:multiLevelType w:val="hybridMultilevel"/>
    <w:tmpl w:val="390CF49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4" w15:restartNumberingAfterBreak="0">
    <w:nsid w:val="4E851563"/>
    <w:multiLevelType w:val="hybridMultilevel"/>
    <w:tmpl w:val="336C075E"/>
    <w:lvl w:ilvl="0" w:tplc="D094578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215" w15:restartNumberingAfterBreak="0">
    <w:nsid w:val="4F19404A"/>
    <w:multiLevelType w:val="hybridMultilevel"/>
    <w:tmpl w:val="36F6068A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6" w15:restartNumberingAfterBreak="0">
    <w:nsid w:val="4FA836A4"/>
    <w:multiLevelType w:val="hybridMultilevel"/>
    <w:tmpl w:val="D1EE50E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7" w15:restartNumberingAfterBreak="0">
    <w:nsid w:val="4FC803E8"/>
    <w:multiLevelType w:val="hybridMultilevel"/>
    <w:tmpl w:val="6FDE30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4FFB1A89"/>
    <w:multiLevelType w:val="hybridMultilevel"/>
    <w:tmpl w:val="5066B8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9" w15:restartNumberingAfterBreak="0">
    <w:nsid w:val="50186118"/>
    <w:multiLevelType w:val="hybridMultilevel"/>
    <w:tmpl w:val="7046BD1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50646596"/>
    <w:multiLevelType w:val="hybridMultilevel"/>
    <w:tmpl w:val="D52A56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50F914C5"/>
    <w:multiLevelType w:val="hybridMultilevel"/>
    <w:tmpl w:val="F8C0630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2" w15:restartNumberingAfterBreak="0">
    <w:nsid w:val="511F6BCB"/>
    <w:multiLevelType w:val="hybridMultilevel"/>
    <w:tmpl w:val="0CCEB23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3" w15:restartNumberingAfterBreak="0">
    <w:nsid w:val="516012A9"/>
    <w:multiLevelType w:val="hybridMultilevel"/>
    <w:tmpl w:val="FDBA4B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4" w15:restartNumberingAfterBreak="0">
    <w:nsid w:val="518A58F7"/>
    <w:multiLevelType w:val="hybridMultilevel"/>
    <w:tmpl w:val="78003B8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5" w15:restartNumberingAfterBreak="0">
    <w:nsid w:val="51BA2596"/>
    <w:multiLevelType w:val="hybridMultilevel"/>
    <w:tmpl w:val="6E6485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6" w15:restartNumberingAfterBreak="0">
    <w:nsid w:val="51E87BFA"/>
    <w:multiLevelType w:val="hybridMultilevel"/>
    <w:tmpl w:val="EBB64A1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7" w15:restartNumberingAfterBreak="0">
    <w:nsid w:val="523461FB"/>
    <w:multiLevelType w:val="hybridMultilevel"/>
    <w:tmpl w:val="3F948F9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8" w15:restartNumberingAfterBreak="0">
    <w:nsid w:val="525B227A"/>
    <w:multiLevelType w:val="hybridMultilevel"/>
    <w:tmpl w:val="C5BAE68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9" w15:restartNumberingAfterBreak="0">
    <w:nsid w:val="526B0786"/>
    <w:multiLevelType w:val="hybridMultilevel"/>
    <w:tmpl w:val="A22AAC9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0" w15:restartNumberingAfterBreak="0">
    <w:nsid w:val="53C2114F"/>
    <w:multiLevelType w:val="hybridMultilevel"/>
    <w:tmpl w:val="7268873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 w15:restartNumberingAfterBreak="0">
    <w:nsid w:val="53E94A84"/>
    <w:multiLevelType w:val="hybridMultilevel"/>
    <w:tmpl w:val="FA846650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2" w15:restartNumberingAfterBreak="0">
    <w:nsid w:val="541A40CB"/>
    <w:multiLevelType w:val="hybridMultilevel"/>
    <w:tmpl w:val="ED32536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3" w15:restartNumberingAfterBreak="0">
    <w:nsid w:val="544A6A98"/>
    <w:multiLevelType w:val="hybridMultilevel"/>
    <w:tmpl w:val="312CB72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4" w15:restartNumberingAfterBreak="0">
    <w:nsid w:val="54767513"/>
    <w:multiLevelType w:val="hybridMultilevel"/>
    <w:tmpl w:val="52F2A3B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5" w15:restartNumberingAfterBreak="0">
    <w:nsid w:val="54772C59"/>
    <w:multiLevelType w:val="hybridMultilevel"/>
    <w:tmpl w:val="F676CB7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6" w15:restartNumberingAfterBreak="0">
    <w:nsid w:val="553932E0"/>
    <w:multiLevelType w:val="hybridMultilevel"/>
    <w:tmpl w:val="128AA2B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7" w15:restartNumberingAfterBreak="0">
    <w:nsid w:val="557A037F"/>
    <w:multiLevelType w:val="hybridMultilevel"/>
    <w:tmpl w:val="BF884DF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8" w15:restartNumberingAfterBreak="0">
    <w:nsid w:val="560E136F"/>
    <w:multiLevelType w:val="hybridMultilevel"/>
    <w:tmpl w:val="8D380F10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9" w15:restartNumberingAfterBreak="0">
    <w:nsid w:val="560E1D8A"/>
    <w:multiLevelType w:val="hybridMultilevel"/>
    <w:tmpl w:val="D056E9C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0" w15:restartNumberingAfterBreak="0">
    <w:nsid w:val="566D5D3D"/>
    <w:multiLevelType w:val="hybridMultilevel"/>
    <w:tmpl w:val="687A84A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1" w15:restartNumberingAfterBreak="0">
    <w:nsid w:val="568B6CEE"/>
    <w:multiLevelType w:val="hybridMultilevel"/>
    <w:tmpl w:val="57A0EE7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2" w15:restartNumberingAfterBreak="0">
    <w:nsid w:val="569B3BB1"/>
    <w:multiLevelType w:val="hybridMultilevel"/>
    <w:tmpl w:val="7DF0EBB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3" w15:restartNumberingAfterBreak="0">
    <w:nsid w:val="56DF6DE4"/>
    <w:multiLevelType w:val="hybridMultilevel"/>
    <w:tmpl w:val="121039B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4" w15:restartNumberingAfterBreak="0">
    <w:nsid w:val="575C349B"/>
    <w:multiLevelType w:val="hybridMultilevel"/>
    <w:tmpl w:val="AB86A1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57B33535"/>
    <w:multiLevelType w:val="hybridMultilevel"/>
    <w:tmpl w:val="FF202D7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6" w15:restartNumberingAfterBreak="0">
    <w:nsid w:val="57C14DFF"/>
    <w:multiLevelType w:val="hybridMultilevel"/>
    <w:tmpl w:val="EE4C87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 w15:restartNumberingAfterBreak="0">
    <w:nsid w:val="57E6538E"/>
    <w:multiLevelType w:val="hybridMultilevel"/>
    <w:tmpl w:val="05E45ED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8" w15:restartNumberingAfterBreak="0">
    <w:nsid w:val="58C70958"/>
    <w:multiLevelType w:val="hybridMultilevel"/>
    <w:tmpl w:val="4FCCAC5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9" w15:restartNumberingAfterBreak="0">
    <w:nsid w:val="58DC339C"/>
    <w:multiLevelType w:val="hybridMultilevel"/>
    <w:tmpl w:val="43CEC68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0" w15:restartNumberingAfterBreak="0">
    <w:nsid w:val="592535C5"/>
    <w:multiLevelType w:val="hybridMultilevel"/>
    <w:tmpl w:val="0256FF0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59B958C0"/>
    <w:multiLevelType w:val="hybridMultilevel"/>
    <w:tmpl w:val="EC20458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2" w15:restartNumberingAfterBreak="0">
    <w:nsid w:val="59BD7FA3"/>
    <w:multiLevelType w:val="hybridMultilevel"/>
    <w:tmpl w:val="E8B8655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5A4B3148"/>
    <w:multiLevelType w:val="hybridMultilevel"/>
    <w:tmpl w:val="8480B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4" w15:restartNumberingAfterBreak="0">
    <w:nsid w:val="5A523392"/>
    <w:multiLevelType w:val="hybridMultilevel"/>
    <w:tmpl w:val="4AEA7F1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5" w15:restartNumberingAfterBreak="0">
    <w:nsid w:val="5AA6511B"/>
    <w:multiLevelType w:val="hybridMultilevel"/>
    <w:tmpl w:val="5BE860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5B1B58D4"/>
    <w:multiLevelType w:val="hybridMultilevel"/>
    <w:tmpl w:val="2AEE5B5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7" w15:restartNumberingAfterBreak="0">
    <w:nsid w:val="5B517C06"/>
    <w:multiLevelType w:val="hybridMultilevel"/>
    <w:tmpl w:val="84FC579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8" w15:restartNumberingAfterBreak="0">
    <w:nsid w:val="5C255455"/>
    <w:multiLevelType w:val="hybridMultilevel"/>
    <w:tmpl w:val="F338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9" w15:restartNumberingAfterBreak="0">
    <w:nsid w:val="5C601238"/>
    <w:multiLevelType w:val="hybridMultilevel"/>
    <w:tmpl w:val="23D4FBF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0" w15:restartNumberingAfterBreak="0">
    <w:nsid w:val="5C660AB1"/>
    <w:multiLevelType w:val="hybridMultilevel"/>
    <w:tmpl w:val="C85AAA1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1" w15:restartNumberingAfterBreak="0">
    <w:nsid w:val="5C880CEA"/>
    <w:multiLevelType w:val="hybridMultilevel"/>
    <w:tmpl w:val="3CE8ED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5C8C2E3A"/>
    <w:multiLevelType w:val="hybridMultilevel"/>
    <w:tmpl w:val="5E14ABE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3" w15:restartNumberingAfterBreak="0">
    <w:nsid w:val="5CE15DBA"/>
    <w:multiLevelType w:val="hybridMultilevel"/>
    <w:tmpl w:val="6DD891D0"/>
    <w:lvl w:ilvl="0" w:tplc="DE40E0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4" w15:restartNumberingAfterBreak="0">
    <w:nsid w:val="5CE62762"/>
    <w:multiLevelType w:val="hybridMultilevel"/>
    <w:tmpl w:val="41CC8B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5" w15:restartNumberingAfterBreak="0">
    <w:nsid w:val="5D221DAC"/>
    <w:multiLevelType w:val="hybridMultilevel"/>
    <w:tmpl w:val="19925D9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5D583F9F"/>
    <w:multiLevelType w:val="hybridMultilevel"/>
    <w:tmpl w:val="1390BDB0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7" w15:restartNumberingAfterBreak="0">
    <w:nsid w:val="5D6D5C5F"/>
    <w:multiLevelType w:val="hybridMultilevel"/>
    <w:tmpl w:val="EB246C86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8" w15:restartNumberingAfterBreak="0">
    <w:nsid w:val="5DA07AA6"/>
    <w:multiLevelType w:val="hybridMultilevel"/>
    <w:tmpl w:val="240C45E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5DAA0ADD"/>
    <w:multiLevelType w:val="hybridMultilevel"/>
    <w:tmpl w:val="EAB85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5DD751C4"/>
    <w:multiLevelType w:val="hybridMultilevel"/>
    <w:tmpl w:val="B5DC67F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1" w15:restartNumberingAfterBreak="0">
    <w:nsid w:val="5DD90D2C"/>
    <w:multiLevelType w:val="hybridMultilevel"/>
    <w:tmpl w:val="EAF44A8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 w15:restartNumberingAfterBreak="0">
    <w:nsid w:val="5DF60396"/>
    <w:multiLevelType w:val="hybridMultilevel"/>
    <w:tmpl w:val="8D08E01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3" w15:restartNumberingAfterBreak="0">
    <w:nsid w:val="5E081AEC"/>
    <w:multiLevelType w:val="hybridMultilevel"/>
    <w:tmpl w:val="045454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4" w15:restartNumberingAfterBreak="0">
    <w:nsid w:val="5E35681B"/>
    <w:multiLevelType w:val="hybridMultilevel"/>
    <w:tmpl w:val="4F8657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5" w15:restartNumberingAfterBreak="0">
    <w:nsid w:val="5EDE3AAC"/>
    <w:multiLevelType w:val="hybridMultilevel"/>
    <w:tmpl w:val="15DAAF66"/>
    <w:lvl w:ilvl="0" w:tplc="04090015">
      <w:start w:val="1"/>
      <w:numFmt w:val="upperLetter"/>
      <w:lvlText w:val="%1."/>
      <w:lvlJc w:val="left"/>
      <w:pPr>
        <w:ind w:left="1789" w:hanging="360"/>
      </w:p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76" w15:restartNumberingAfterBreak="0">
    <w:nsid w:val="5F45260B"/>
    <w:multiLevelType w:val="hybridMultilevel"/>
    <w:tmpl w:val="796211C6"/>
    <w:lvl w:ilvl="0" w:tplc="040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77" w15:restartNumberingAfterBreak="0">
    <w:nsid w:val="5FA216A0"/>
    <w:multiLevelType w:val="hybridMultilevel"/>
    <w:tmpl w:val="6538A21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8" w15:restartNumberingAfterBreak="0">
    <w:nsid w:val="5FAE72F6"/>
    <w:multiLevelType w:val="hybridMultilevel"/>
    <w:tmpl w:val="0C743FE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9" w15:restartNumberingAfterBreak="0">
    <w:nsid w:val="5FDD7D28"/>
    <w:multiLevelType w:val="hybridMultilevel"/>
    <w:tmpl w:val="96420F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60B704C6"/>
    <w:multiLevelType w:val="hybridMultilevel"/>
    <w:tmpl w:val="B1FED38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1" w15:restartNumberingAfterBreak="0">
    <w:nsid w:val="60C40CB9"/>
    <w:multiLevelType w:val="hybridMultilevel"/>
    <w:tmpl w:val="B4A2495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2" w15:restartNumberingAfterBreak="0">
    <w:nsid w:val="60EB71B0"/>
    <w:multiLevelType w:val="hybridMultilevel"/>
    <w:tmpl w:val="849E426C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3" w15:restartNumberingAfterBreak="0">
    <w:nsid w:val="610015CB"/>
    <w:multiLevelType w:val="hybridMultilevel"/>
    <w:tmpl w:val="856288D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4" w15:restartNumberingAfterBreak="0">
    <w:nsid w:val="610841DF"/>
    <w:multiLevelType w:val="hybridMultilevel"/>
    <w:tmpl w:val="82AEF33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5" w15:restartNumberingAfterBreak="0">
    <w:nsid w:val="611D5A24"/>
    <w:multiLevelType w:val="hybridMultilevel"/>
    <w:tmpl w:val="D9067F0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6" w15:restartNumberingAfterBreak="0">
    <w:nsid w:val="613A2F98"/>
    <w:multiLevelType w:val="hybridMultilevel"/>
    <w:tmpl w:val="18BAEA2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7" w15:restartNumberingAfterBreak="0">
    <w:nsid w:val="61622BBA"/>
    <w:multiLevelType w:val="hybridMultilevel"/>
    <w:tmpl w:val="5BB6E256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8" w15:restartNumberingAfterBreak="0">
    <w:nsid w:val="618500B3"/>
    <w:multiLevelType w:val="hybridMultilevel"/>
    <w:tmpl w:val="F698B9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9" w15:restartNumberingAfterBreak="0">
    <w:nsid w:val="61997C3B"/>
    <w:multiLevelType w:val="hybridMultilevel"/>
    <w:tmpl w:val="5622B276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0" w15:restartNumberingAfterBreak="0">
    <w:nsid w:val="61EB4761"/>
    <w:multiLevelType w:val="hybridMultilevel"/>
    <w:tmpl w:val="2908955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1" w15:restartNumberingAfterBreak="0">
    <w:nsid w:val="61FA7E3B"/>
    <w:multiLevelType w:val="hybridMultilevel"/>
    <w:tmpl w:val="F0A6BB4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2" w15:restartNumberingAfterBreak="0">
    <w:nsid w:val="62941AD1"/>
    <w:multiLevelType w:val="hybridMultilevel"/>
    <w:tmpl w:val="EDB6F8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3" w15:restartNumberingAfterBreak="0">
    <w:nsid w:val="62EC3EC9"/>
    <w:multiLevelType w:val="hybridMultilevel"/>
    <w:tmpl w:val="B89846F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4" w15:restartNumberingAfterBreak="0">
    <w:nsid w:val="63033EF2"/>
    <w:multiLevelType w:val="hybridMultilevel"/>
    <w:tmpl w:val="F6ACAD4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5" w15:restartNumberingAfterBreak="0">
    <w:nsid w:val="645E3BF9"/>
    <w:multiLevelType w:val="hybridMultilevel"/>
    <w:tmpl w:val="F8743B7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6" w15:restartNumberingAfterBreak="0">
    <w:nsid w:val="6497484E"/>
    <w:multiLevelType w:val="hybridMultilevel"/>
    <w:tmpl w:val="2EC8370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7" w15:restartNumberingAfterBreak="0">
    <w:nsid w:val="65330F9F"/>
    <w:multiLevelType w:val="hybridMultilevel"/>
    <w:tmpl w:val="15A00D5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8" w15:restartNumberingAfterBreak="0">
    <w:nsid w:val="656C2E3B"/>
    <w:multiLevelType w:val="hybridMultilevel"/>
    <w:tmpl w:val="704A34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 w15:restartNumberingAfterBreak="0">
    <w:nsid w:val="65BA5748"/>
    <w:multiLevelType w:val="hybridMultilevel"/>
    <w:tmpl w:val="7800358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0" w15:restartNumberingAfterBreak="0">
    <w:nsid w:val="660F20EE"/>
    <w:multiLevelType w:val="hybridMultilevel"/>
    <w:tmpl w:val="19F04A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1" w15:restartNumberingAfterBreak="0">
    <w:nsid w:val="664D5531"/>
    <w:multiLevelType w:val="hybridMultilevel"/>
    <w:tmpl w:val="0FAA358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66AF0637"/>
    <w:multiLevelType w:val="hybridMultilevel"/>
    <w:tmpl w:val="230E20D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3" w15:restartNumberingAfterBreak="0">
    <w:nsid w:val="66E5257B"/>
    <w:multiLevelType w:val="hybridMultilevel"/>
    <w:tmpl w:val="474239E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4" w15:restartNumberingAfterBreak="0">
    <w:nsid w:val="66F631E3"/>
    <w:multiLevelType w:val="hybridMultilevel"/>
    <w:tmpl w:val="1C88FA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5" w15:restartNumberingAfterBreak="0">
    <w:nsid w:val="66F93DEB"/>
    <w:multiLevelType w:val="hybridMultilevel"/>
    <w:tmpl w:val="314A4F1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6" w15:restartNumberingAfterBreak="0">
    <w:nsid w:val="672B32F3"/>
    <w:multiLevelType w:val="hybridMultilevel"/>
    <w:tmpl w:val="846EF56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7" w15:restartNumberingAfterBreak="0">
    <w:nsid w:val="6755069B"/>
    <w:multiLevelType w:val="hybridMultilevel"/>
    <w:tmpl w:val="4BF69A4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8" w15:restartNumberingAfterBreak="0">
    <w:nsid w:val="683B5F25"/>
    <w:multiLevelType w:val="hybridMultilevel"/>
    <w:tmpl w:val="9B80F7E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9" w15:restartNumberingAfterBreak="0">
    <w:nsid w:val="695D6E84"/>
    <w:multiLevelType w:val="hybridMultilevel"/>
    <w:tmpl w:val="F60E04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69D96898"/>
    <w:multiLevelType w:val="hybridMultilevel"/>
    <w:tmpl w:val="A0880C3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1" w15:restartNumberingAfterBreak="0">
    <w:nsid w:val="6A256475"/>
    <w:multiLevelType w:val="hybridMultilevel"/>
    <w:tmpl w:val="56BCEF3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2" w15:restartNumberingAfterBreak="0">
    <w:nsid w:val="6A2D1F68"/>
    <w:multiLevelType w:val="hybridMultilevel"/>
    <w:tmpl w:val="213A39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3" w15:restartNumberingAfterBreak="0">
    <w:nsid w:val="6AB61CF9"/>
    <w:multiLevelType w:val="hybridMultilevel"/>
    <w:tmpl w:val="40905C1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4" w15:restartNumberingAfterBreak="0">
    <w:nsid w:val="6B2D5F95"/>
    <w:multiLevelType w:val="hybridMultilevel"/>
    <w:tmpl w:val="37A8B6BC"/>
    <w:lvl w:ilvl="0" w:tplc="DE40E0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1" w:hanging="360"/>
      </w:pPr>
    </w:lvl>
    <w:lvl w:ilvl="2" w:tplc="0409001B" w:tentative="1">
      <w:start w:val="1"/>
      <w:numFmt w:val="lowerRoman"/>
      <w:lvlText w:val="%3."/>
      <w:lvlJc w:val="right"/>
      <w:pPr>
        <w:ind w:left="2171" w:hanging="180"/>
      </w:pPr>
    </w:lvl>
    <w:lvl w:ilvl="3" w:tplc="0409000F" w:tentative="1">
      <w:start w:val="1"/>
      <w:numFmt w:val="decimal"/>
      <w:lvlText w:val="%4."/>
      <w:lvlJc w:val="left"/>
      <w:pPr>
        <w:ind w:left="2891" w:hanging="360"/>
      </w:pPr>
    </w:lvl>
    <w:lvl w:ilvl="4" w:tplc="04090019" w:tentative="1">
      <w:start w:val="1"/>
      <w:numFmt w:val="lowerLetter"/>
      <w:lvlText w:val="%5."/>
      <w:lvlJc w:val="left"/>
      <w:pPr>
        <w:ind w:left="3611" w:hanging="360"/>
      </w:pPr>
    </w:lvl>
    <w:lvl w:ilvl="5" w:tplc="0409001B" w:tentative="1">
      <w:start w:val="1"/>
      <w:numFmt w:val="lowerRoman"/>
      <w:lvlText w:val="%6."/>
      <w:lvlJc w:val="right"/>
      <w:pPr>
        <w:ind w:left="4331" w:hanging="180"/>
      </w:pPr>
    </w:lvl>
    <w:lvl w:ilvl="6" w:tplc="0409000F" w:tentative="1">
      <w:start w:val="1"/>
      <w:numFmt w:val="decimal"/>
      <w:lvlText w:val="%7."/>
      <w:lvlJc w:val="left"/>
      <w:pPr>
        <w:ind w:left="5051" w:hanging="360"/>
      </w:pPr>
    </w:lvl>
    <w:lvl w:ilvl="7" w:tplc="04090019" w:tentative="1">
      <w:start w:val="1"/>
      <w:numFmt w:val="lowerLetter"/>
      <w:lvlText w:val="%8."/>
      <w:lvlJc w:val="left"/>
      <w:pPr>
        <w:ind w:left="5771" w:hanging="360"/>
      </w:pPr>
    </w:lvl>
    <w:lvl w:ilvl="8" w:tplc="040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315" w15:restartNumberingAfterBreak="0">
    <w:nsid w:val="6B8B02BD"/>
    <w:multiLevelType w:val="hybridMultilevel"/>
    <w:tmpl w:val="548029D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6" w15:restartNumberingAfterBreak="0">
    <w:nsid w:val="6BE15875"/>
    <w:multiLevelType w:val="hybridMultilevel"/>
    <w:tmpl w:val="A3240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 w15:restartNumberingAfterBreak="0">
    <w:nsid w:val="6C03765B"/>
    <w:multiLevelType w:val="hybridMultilevel"/>
    <w:tmpl w:val="92ECECF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8" w15:restartNumberingAfterBreak="0">
    <w:nsid w:val="6C0D7F66"/>
    <w:multiLevelType w:val="hybridMultilevel"/>
    <w:tmpl w:val="755496E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9" w15:restartNumberingAfterBreak="0">
    <w:nsid w:val="6C8610B7"/>
    <w:multiLevelType w:val="hybridMultilevel"/>
    <w:tmpl w:val="C54C954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0" w15:restartNumberingAfterBreak="0">
    <w:nsid w:val="6DCB5054"/>
    <w:multiLevelType w:val="hybridMultilevel"/>
    <w:tmpl w:val="E4E60C54"/>
    <w:lvl w:ilvl="0" w:tplc="04090011">
      <w:start w:val="1"/>
      <w:numFmt w:val="decimal"/>
      <w:lvlText w:val="%1)"/>
      <w:lvlJc w:val="left"/>
      <w:pPr>
        <w:ind w:left="1429" w:hanging="360"/>
      </w:pPr>
    </w:lvl>
    <w:lvl w:ilvl="1" w:tplc="AE50A608">
      <w:start w:val="1"/>
      <w:numFmt w:val="decimal"/>
      <w:lvlText w:val="%2."/>
      <w:lvlJc w:val="left"/>
      <w:pPr>
        <w:ind w:left="214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1" w15:restartNumberingAfterBreak="0">
    <w:nsid w:val="6DDE31F7"/>
    <w:multiLevelType w:val="hybridMultilevel"/>
    <w:tmpl w:val="0C14A1D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2" w15:restartNumberingAfterBreak="0">
    <w:nsid w:val="6DE413EA"/>
    <w:multiLevelType w:val="hybridMultilevel"/>
    <w:tmpl w:val="7D48BAD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 w15:restartNumberingAfterBreak="0">
    <w:nsid w:val="6DEC418E"/>
    <w:multiLevelType w:val="hybridMultilevel"/>
    <w:tmpl w:val="05804E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4" w15:restartNumberingAfterBreak="0">
    <w:nsid w:val="6DF93108"/>
    <w:multiLevelType w:val="hybridMultilevel"/>
    <w:tmpl w:val="8B54AF1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5" w15:restartNumberingAfterBreak="0">
    <w:nsid w:val="6E0746BA"/>
    <w:multiLevelType w:val="hybridMultilevel"/>
    <w:tmpl w:val="FD622FA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6" w15:restartNumberingAfterBreak="0">
    <w:nsid w:val="6E33787F"/>
    <w:multiLevelType w:val="hybridMultilevel"/>
    <w:tmpl w:val="E24C0CA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7" w15:restartNumberingAfterBreak="0">
    <w:nsid w:val="6E655680"/>
    <w:multiLevelType w:val="hybridMultilevel"/>
    <w:tmpl w:val="534ACDF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8" w15:restartNumberingAfterBreak="0">
    <w:nsid w:val="6E730188"/>
    <w:multiLevelType w:val="hybridMultilevel"/>
    <w:tmpl w:val="CA5E0AD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9" w15:restartNumberingAfterBreak="0">
    <w:nsid w:val="6EB56BC7"/>
    <w:multiLevelType w:val="hybridMultilevel"/>
    <w:tmpl w:val="2168F3E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0" w15:restartNumberingAfterBreak="0">
    <w:nsid w:val="6EEB7700"/>
    <w:multiLevelType w:val="hybridMultilevel"/>
    <w:tmpl w:val="2D84A84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1" w15:restartNumberingAfterBreak="0">
    <w:nsid w:val="6F6413CF"/>
    <w:multiLevelType w:val="hybridMultilevel"/>
    <w:tmpl w:val="35EAC7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2" w15:restartNumberingAfterBreak="0">
    <w:nsid w:val="6F9320E5"/>
    <w:multiLevelType w:val="hybridMultilevel"/>
    <w:tmpl w:val="5F1073C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 w15:restartNumberingAfterBreak="0">
    <w:nsid w:val="6F9B63D9"/>
    <w:multiLevelType w:val="hybridMultilevel"/>
    <w:tmpl w:val="719A92D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4" w15:restartNumberingAfterBreak="0">
    <w:nsid w:val="6FC52390"/>
    <w:multiLevelType w:val="hybridMultilevel"/>
    <w:tmpl w:val="10062E1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5" w15:restartNumberingAfterBreak="0">
    <w:nsid w:val="6FF611CD"/>
    <w:multiLevelType w:val="hybridMultilevel"/>
    <w:tmpl w:val="3FEA4DC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6" w15:restartNumberingAfterBreak="0">
    <w:nsid w:val="6FFB330E"/>
    <w:multiLevelType w:val="hybridMultilevel"/>
    <w:tmpl w:val="B64887E4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7" w15:restartNumberingAfterBreak="0">
    <w:nsid w:val="708022DD"/>
    <w:multiLevelType w:val="hybridMultilevel"/>
    <w:tmpl w:val="821286C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8" w15:restartNumberingAfterBreak="0">
    <w:nsid w:val="70E70E47"/>
    <w:multiLevelType w:val="hybridMultilevel"/>
    <w:tmpl w:val="D194AF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9" w15:restartNumberingAfterBreak="0">
    <w:nsid w:val="7164686D"/>
    <w:multiLevelType w:val="hybridMultilevel"/>
    <w:tmpl w:val="EECA60D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0" w15:restartNumberingAfterBreak="0">
    <w:nsid w:val="71A92975"/>
    <w:multiLevelType w:val="hybridMultilevel"/>
    <w:tmpl w:val="71D450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1" w15:restartNumberingAfterBreak="0">
    <w:nsid w:val="726141C8"/>
    <w:multiLevelType w:val="hybridMultilevel"/>
    <w:tmpl w:val="985A609E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2" w15:restartNumberingAfterBreak="0">
    <w:nsid w:val="72A91D36"/>
    <w:multiLevelType w:val="hybridMultilevel"/>
    <w:tmpl w:val="8E2CA1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3" w15:restartNumberingAfterBreak="0">
    <w:nsid w:val="73443736"/>
    <w:multiLevelType w:val="hybridMultilevel"/>
    <w:tmpl w:val="7D64C2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4" w15:restartNumberingAfterBreak="0">
    <w:nsid w:val="739F650E"/>
    <w:multiLevelType w:val="hybridMultilevel"/>
    <w:tmpl w:val="0D605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 w15:restartNumberingAfterBreak="0">
    <w:nsid w:val="73FB25A0"/>
    <w:multiLevelType w:val="hybridMultilevel"/>
    <w:tmpl w:val="3836FF7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6" w15:restartNumberingAfterBreak="0">
    <w:nsid w:val="741A5875"/>
    <w:multiLevelType w:val="hybridMultilevel"/>
    <w:tmpl w:val="B6B84AE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7" w15:restartNumberingAfterBreak="0">
    <w:nsid w:val="74466B1C"/>
    <w:multiLevelType w:val="hybridMultilevel"/>
    <w:tmpl w:val="9B1E6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 w15:restartNumberingAfterBreak="0">
    <w:nsid w:val="7447184A"/>
    <w:multiLevelType w:val="hybridMultilevel"/>
    <w:tmpl w:val="F51013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 w15:restartNumberingAfterBreak="0">
    <w:nsid w:val="74A708C3"/>
    <w:multiLevelType w:val="hybridMultilevel"/>
    <w:tmpl w:val="99F86EE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0" w15:restartNumberingAfterBreak="0">
    <w:nsid w:val="74B0554A"/>
    <w:multiLevelType w:val="hybridMultilevel"/>
    <w:tmpl w:val="A002F3BA"/>
    <w:lvl w:ilvl="0" w:tplc="04090011">
      <w:start w:val="1"/>
      <w:numFmt w:val="decimal"/>
      <w:lvlText w:val="%1)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1" w15:restartNumberingAfterBreak="0">
    <w:nsid w:val="751A4449"/>
    <w:multiLevelType w:val="hybridMultilevel"/>
    <w:tmpl w:val="B5FE625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2" w15:restartNumberingAfterBreak="0">
    <w:nsid w:val="751F7290"/>
    <w:multiLevelType w:val="hybridMultilevel"/>
    <w:tmpl w:val="9CBA0EC4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3" w15:restartNumberingAfterBreak="0">
    <w:nsid w:val="75353422"/>
    <w:multiLevelType w:val="hybridMultilevel"/>
    <w:tmpl w:val="97F2A02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4" w15:restartNumberingAfterBreak="0">
    <w:nsid w:val="75F47459"/>
    <w:multiLevelType w:val="hybridMultilevel"/>
    <w:tmpl w:val="AD9CDA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5" w15:restartNumberingAfterBreak="0">
    <w:nsid w:val="75FE7563"/>
    <w:multiLevelType w:val="hybridMultilevel"/>
    <w:tmpl w:val="6212C6A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6" w15:restartNumberingAfterBreak="0">
    <w:nsid w:val="763638B3"/>
    <w:multiLevelType w:val="hybridMultilevel"/>
    <w:tmpl w:val="E714A23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7" w15:restartNumberingAfterBreak="0">
    <w:nsid w:val="763C237C"/>
    <w:multiLevelType w:val="hybridMultilevel"/>
    <w:tmpl w:val="F90007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8" w15:restartNumberingAfterBreak="0">
    <w:nsid w:val="76C5340D"/>
    <w:multiLevelType w:val="hybridMultilevel"/>
    <w:tmpl w:val="2172751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9" w15:restartNumberingAfterBreak="0">
    <w:nsid w:val="76E75A90"/>
    <w:multiLevelType w:val="hybridMultilevel"/>
    <w:tmpl w:val="F9ACEE88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0" w15:restartNumberingAfterBreak="0">
    <w:nsid w:val="76EA47AC"/>
    <w:multiLevelType w:val="hybridMultilevel"/>
    <w:tmpl w:val="88D02C9A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1" w15:restartNumberingAfterBreak="0">
    <w:nsid w:val="76EF12D7"/>
    <w:multiLevelType w:val="hybridMultilevel"/>
    <w:tmpl w:val="ECBC907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2" w15:restartNumberingAfterBreak="0">
    <w:nsid w:val="77262D0A"/>
    <w:multiLevelType w:val="hybridMultilevel"/>
    <w:tmpl w:val="16E228D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3" w15:restartNumberingAfterBreak="0">
    <w:nsid w:val="7736308A"/>
    <w:multiLevelType w:val="hybridMultilevel"/>
    <w:tmpl w:val="B98E04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4" w15:restartNumberingAfterBreak="0">
    <w:nsid w:val="77FE0A8B"/>
    <w:multiLevelType w:val="hybridMultilevel"/>
    <w:tmpl w:val="702A7A4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5" w15:restartNumberingAfterBreak="0">
    <w:nsid w:val="781E7842"/>
    <w:multiLevelType w:val="hybridMultilevel"/>
    <w:tmpl w:val="A5E0204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6" w15:restartNumberingAfterBreak="0">
    <w:nsid w:val="786D525E"/>
    <w:multiLevelType w:val="hybridMultilevel"/>
    <w:tmpl w:val="49A4759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7" w15:restartNumberingAfterBreak="0">
    <w:nsid w:val="78860AB4"/>
    <w:multiLevelType w:val="hybridMultilevel"/>
    <w:tmpl w:val="9CA8636C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8" w15:restartNumberingAfterBreak="0">
    <w:nsid w:val="791C0847"/>
    <w:multiLevelType w:val="hybridMultilevel"/>
    <w:tmpl w:val="8E280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9" w15:restartNumberingAfterBreak="0">
    <w:nsid w:val="79A63253"/>
    <w:multiLevelType w:val="hybridMultilevel"/>
    <w:tmpl w:val="A3A45468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0" w15:restartNumberingAfterBreak="0">
    <w:nsid w:val="7B553A30"/>
    <w:multiLevelType w:val="hybridMultilevel"/>
    <w:tmpl w:val="E3D6304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1" w15:restartNumberingAfterBreak="0">
    <w:nsid w:val="7B985847"/>
    <w:multiLevelType w:val="hybridMultilevel"/>
    <w:tmpl w:val="A5E031C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2" w15:restartNumberingAfterBreak="0">
    <w:nsid w:val="7BF65F1A"/>
    <w:multiLevelType w:val="hybridMultilevel"/>
    <w:tmpl w:val="59B60F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3" w15:restartNumberingAfterBreak="0">
    <w:nsid w:val="7BFF3F7D"/>
    <w:multiLevelType w:val="hybridMultilevel"/>
    <w:tmpl w:val="AE046B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4" w15:restartNumberingAfterBreak="0">
    <w:nsid w:val="7C92318D"/>
    <w:multiLevelType w:val="hybridMultilevel"/>
    <w:tmpl w:val="5D4A60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 w15:restartNumberingAfterBreak="0">
    <w:nsid w:val="7CA63B61"/>
    <w:multiLevelType w:val="hybridMultilevel"/>
    <w:tmpl w:val="52921FE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6" w15:restartNumberingAfterBreak="0">
    <w:nsid w:val="7CD95DBB"/>
    <w:multiLevelType w:val="hybridMultilevel"/>
    <w:tmpl w:val="26665D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 w15:restartNumberingAfterBreak="0">
    <w:nsid w:val="7D4629F5"/>
    <w:multiLevelType w:val="hybridMultilevel"/>
    <w:tmpl w:val="C0840A7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 w15:restartNumberingAfterBreak="0">
    <w:nsid w:val="7D5454C7"/>
    <w:multiLevelType w:val="hybridMultilevel"/>
    <w:tmpl w:val="5A1E853E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9" w15:restartNumberingAfterBreak="0">
    <w:nsid w:val="7DB42FAD"/>
    <w:multiLevelType w:val="hybridMultilevel"/>
    <w:tmpl w:val="7C2C387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0" w15:restartNumberingAfterBreak="0">
    <w:nsid w:val="7E196511"/>
    <w:multiLevelType w:val="hybridMultilevel"/>
    <w:tmpl w:val="35FC71E0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1" w15:restartNumberingAfterBreak="0">
    <w:nsid w:val="7E3B0370"/>
    <w:multiLevelType w:val="hybridMultilevel"/>
    <w:tmpl w:val="378C47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2" w15:restartNumberingAfterBreak="0">
    <w:nsid w:val="7EA55220"/>
    <w:multiLevelType w:val="hybridMultilevel"/>
    <w:tmpl w:val="D3305016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3" w15:restartNumberingAfterBreak="0">
    <w:nsid w:val="7FC748BD"/>
    <w:multiLevelType w:val="hybridMultilevel"/>
    <w:tmpl w:val="5F92DCF2"/>
    <w:lvl w:ilvl="0" w:tplc="04090015">
      <w:start w:val="1"/>
      <w:numFmt w:val="upp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244"/>
  </w:num>
  <w:num w:numId="8">
    <w:abstractNumId w:val="172"/>
  </w:num>
  <w:num w:numId="9">
    <w:abstractNumId w:val="43"/>
  </w:num>
  <w:num w:numId="10">
    <w:abstractNumId w:val="347"/>
  </w:num>
  <w:num w:numId="11">
    <w:abstractNumId w:val="152"/>
  </w:num>
  <w:num w:numId="12">
    <w:abstractNumId w:val="192"/>
  </w:num>
  <w:num w:numId="13">
    <w:abstractNumId w:val="56"/>
  </w:num>
  <w:num w:numId="14">
    <w:abstractNumId w:val="309"/>
  </w:num>
  <w:num w:numId="15">
    <w:abstractNumId w:val="169"/>
  </w:num>
  <w:num w:numId="16">
    <w:abstractNumId w:val="66"/>
  </w:num>
  <w:num w:numId="17">
    <w:abstractNumId w:val="212"/>
  </w:num>
  <w:num w:numId="18">
    <w:abstractNumId w:val="217"/>
  </w:num>
  <w:num w:numId="19">
    <w:abstractNumId w:val="316"/>
  </w:num>
  <w:num w:numId="20">
    <w:abstractNumId w:val="103"/>
  </w:num>
  <w:num w:numId="21">
    <w:abstractNumId w:val="114"/>
  </w:num>
  <w:num w:numId="22">
    <w:abstractNumId w:val="363"/>
  </w:num>
  <w:num w:numId="23">
    <w:abstractNumId w:val="58"/>
  </w:num>
  <w:num w:numId="24">
    <w:abstractNumId w:val="271"/>
  </w:num>
  <w:num w:numId="25">
    <w:abstractNumId w:val="220"/>
  </w:num>
  <w:num w:numId="26">
    <w:abstractNumId w:val="348"/>
  </w:num>
  <w:num w:numId="27">
    <w:abstractNumId w:val="16"/>
  </w:num>
  <w:num w:numId="28">
    <w:abstractNumId w:val="258"/>
  </w:num>
  <w:num w:numId="29">
    <w:abstractNumId w:val="198"/>
  </w:num>
  <w:num w:numId="30">
    <w:abstractNumId w:val="377"/>
  </w:num>
  <w:num w:numId="31">
    <w:abstractNumId w:val="155"/>
  </w:num>
  <w:num w:numId="32">
    <w:abstractNumId w:val="173"/>
  </w:num>
  <w:num w:numId="33">
    <w:abstractNumId w:val="332"/>
  </w:num>
  <w:num w:numId="34">
    <w:abstractNumId w:val="196"/>
  </w:num>
  <w:num w:numId="35">
    <w:abstractNumId w:val="300"/>
  </w:num>
  <w:num w:numId="36">
    <w:abstractNumId w:val="127"/>
  </w:num>
  <w:num w:numId="37">
    <w:abstractNumId w:val="376"/>
  </w:num>
  <w:num w:numId="38">
    <w:abstractNumId w:val="18"/>
  </w:num>
  <w:num w:numId="39">
    <w:abstractNumId w:val="351"/>
  </w:num>
  <w:num w:numId="40">
    <w:abstractNumId w:val="23"/>
  </w:num>
  <w:num w:numId="41">
    <w:abstractNumId w:val="138"/>
  </w:num>
  <w:num w:numId="42">
    <w:abstractNumId w:val="171"/>
  </w:num>
  <w:num w:numId="43">
    <w:abstractNumId w:val="279"/>
  </w:num>
  <w:num w:numId="44">
    <w:abstractNumId w:val="319"/>
  </w:num>
  <w:num w:numId="45">
    <w:abstractNumId w:val="154"/>
  </w:num>
  <w:num w:numId="46">
    <w:abstractNumId w:val="149"/>
  </w:num>
  <w:num w:numId="47">
    <w:abstractNumId w:val="374"/>
  </w:num>
  <w:num w:numId="48">
    <w:abstractNumId w:val="340"/>
  </w:num>
  <w:num w:numId="49">
    <w:abstractNumId w:val="255"/>
  </w:num>
  <w:num w:numId="50">
    <w:abstractNumId w:val="60"/>
  </w:num>
  <w:num w:numId="51">
    <w:abstractNumId w:val="161"/>
  </w:num>
  <w:num w:numId="52">
    <w:abstractNumId w:val="35"/>
  </w:num>
  <w:num w:numId="53">
    <w:abstractNumId w:val="269"/>
  </w:num>
  <w:num w:numId="54">
    <w:abstractNumId w:val="136"/>
  </w:num>
  <w:num w:numId="55">
    <w:abstractNumId w:val="375"/>
  </w:num>
  <w:num w:numId="56">
    <w:abstractNumId w:val="178"/>
  </w:num>
  <w:num w:numId="57">
    <w:abstractNumId w:val="272"/>
  </w:num>
  <w:num w:numId="58">
    <w:abstractNumId w:val="235"/>
  </w:num>
  <w:num w:numId="59">
    <w:abstractNumId w:val="70"/>
  </w:num>
  <w:num w:numId="60">
    <w:abstractNumId w:val="349"/>
  </w:num>
  <w:num w:numId="61">
    <w:abstractNumId w:val="290"/>
  </w:num>
  <w:num w:numId="62">
    <w:abstractNumId w:val="77"/>
  </w:num>
  <w:num w:numId="63">
    <w:abstractNumId w:val="197"/>
  </w:num>
  <w:num w:numId="64">
    <w:abstractNumId w:val="292"/>
  </w:num>
  <w:num w:numId="65">
    <w:abstractNumId w:val="13"/>
  </w:num>
  <w:num w:numId="66">
    <w:abstractNumId w:val="230"/>
  </w:num>
  <w:num w:numId="67">
    <w:abstractNumId w:val="261"/>
  </w:num>
  <w:num w:numId="68">
    <w:abstractNumId w:val="12"/>
  </w:num>
  <w:num w:numId="69">
    <w:abstractNumId w:val="246"/>
  </w:num>
  <w:num w:numId="70">
    <w:abstractNumId w:val="381"/>
  </w:num>
  <w:num w:numId="71">
    <w:abstractNumId w:val="265"/>
  </w:num>
  <w:num w:numId="72">
    <w:abstractNumId w:val="128"/>
  </w:num>
  <w:num w:numId="73">
    <w:abstractNumId w:val="20"/>
  </w:num>
  <w:num w:numId="74">
    <w:abstractNumId w:val="322"/>
  </w:num>
  <w:num w:numId="75">
    <w:abstractNumId w:val="179"/>
  </w:num>
  <w:num w:numId="76">
    <w:abstractNumId w:val="130"/>
  </w:num>
  <w:num w:numId="77">
    <w:abstractNumId w:val="163"/>
  </w:num>
  <w:num w:numId="78">
    <w:abstractNumId w:val="94"/>
  </w:num>
  <w:num w:numId="79">
    <w:abstractNumId w:val="76"/>
  </w:num>
  <w:num w:numId="80">
    <w:abstractNumId w:val="208"/>
  </w:num>
  <w:num w:numId="81">
    <w:abstractNumId w:val="304"/>
  </w:num>
  <w:num w:numId="82">
    <w:abstractNumId w:val="100"/>
  </w:num>
  <w:num w:numId="83">
    <w:abstractNumId w:val="250"/>
  </w:num>
  <w:num w:numId="84">
    <w:abstractNumId w:val="145"/>
  </w:num>
  <w:num w:numId="85">
    <w:abstractNumId w:val="301"/>
  </w:num>
  <w:num w:numId="86">
    <w:abstractNumId w:val="116"/>
  </w:num>
  <w:num w:numId="87">
    <w:abstractNumId w:val="89"/>
  </w:num>
  <w:num w:numId="88">
    <w:abstractNumId w:val="41"/>
  </w:num>
  <w:num w:numId="89">
    <w:abstractNumId w:val="124"/>
  </w:num>
  <w:num w:numId="90">
    <w:abstractNumId w:val="142"/>
  </w:num>
  <w:num w:numId="91">
    <w:abstractNumId w:val="28"/>
  </w:num>
  <w:num w:numId="92">
    <w:abstractNumId w:val="252"/>
  </w:num>
  <w:num w:numId="93">
    <w:abstractNumId w:val="268"/>
  </w:num>
  <w:num w:numId="94">
    <w:abstractNumId w:val="151"/>
  </w:num>
  <w:num w:numId="95">
    <w:abstractNumId w:val="123"/>
  </w:num>
  <w:num w:numId="96">
    <w:abstractNumId w:val="193"/>
  </w:num>
  <w:num w:numId="97">
    <w:abstractNumId w:val="90"/>
  </w:num>
  <w:num w:numId="98">
    <w:abstractNumId w:val="61"/>
  </w:num>
  <w:num w:numId="99">
    <w:abstractNumId w:val="314"/>
  </w:num>
  <w:num w:numId="100">
    <w:abstractNumId w:val="117"/>
  </w:num>
  <w:num w:numId="101">
    <w:abstractNumId w:val="356"/>
  </w:num>
  <w:num w:numId="102">
    <w:abstractNumId w:val="313"/>
  </w:num>
  <w:num w:numId="103">
    <w:abstractNumId w:val="249"/>
  </w:num>
  <w:num w:numId="104">
    <w:abstractNumId w:val="139"/>
  </w:num>
  <w:num w:numId="105">
    <w:abstractNumId w:val="324"/>
  </w:num>
  <w:num w:numId="106">
    <w:abstractNumId w:val="146"/>
  </w:num>
  <w:num w:numId="107">
    <w:abstractNumId w:val="341"/>
  </w:num>
  <w:num w:numId="108">
    <w:abstractNumId w:val="282"/>
  </w:num>
  <w:num w:numId="109">
    <w:abstractNumId w:val="132"/>
  </w:num>
  <w:num w:numId="110">
    <w:abstractNumId w:val="306"/>
  </w:num>
  <w:num w:numId="111">
    <w:abstractNumId w:val="150"/>
  </w:num>
  <w:num w:numId="112">
    <w:abstractNumId w:val="75"/>
  </w:num>
  <w:num w:numId="113">
    <w:abstractNumId w:val="164"/>
  </w:num>
  <w:num w:numId="114">
    <w:abstractNumId w:val="315"/>
  </w:num>
  <w:num w:numId="115">
    <w:abstractNumId w:val="85"/>
  </w:num>
  <w:num w:numId="116">
    <w:abstractNumId w:val="372"/>
  </w:num>
  <w:num w:numId="117">
    <w:abstractNumId w:val="296"/>
  </w:num>
  <w:num w:numId="118">
    <w:abstractNumId w:val="215"/>
  </w:num>
  <w:num w:numId="119">
    <w:abstractNumId w:val="188"/>
  </w:num>
  <w:num w:numId="120">
    <w:abstractNumId w:val="131"/>
  </w:num>
  <w:num w:numId="121">
    <w:abstractNumId w:val="82"/>
  </w:num>
  <w:num w:numId="122">
    <w:abstractNumId w:val="200"/>
  </w:num>
  <w:num w:numId="123">
    <w:abstractNumId w:val="254"/>
  </w:num>
  <w:num w:numId="124">
    <w:abstractNumId w:val="369"/>
  </w:num>
  <w:num w:numId="125">
    <w:abstractNumId w:val="367"/>
  </w:num>
  <w:num w:numId="126">
    <w:abstractNumId w:val="187"/>
  </w:num>
  <w:num w:numId="127">
    <w:abstractNumId w:val="280"/>
  </w:num>
  <w:num w:numId="128">
    <w:abstractNumId w:val="287"/>
  </w:num>
  <w:num w:numId="129">
    <w:abstractNumId w:val="247"/>
  </w:num>
  <w:num w:numId="130">
    <w:abstractNumId w:val="191"/>
  </w:num>
  <w:num w:numId="131">
    <w:abstractNumId w:val="339"/>
  </w:num>
  <w:num w:numId="132">
    <w:abstractNumId w:val="119"/>
  </w:num>
  <w:num w:numId="133">
    <w:abstractNumId w:val="99"/>
  </w:num>
  <w:num w:numId="134">
    <w:abstractNumId w:val="62"/>
  </w:num>
  <w:num w:numId="135">
    <w:abstractNumId w:val="383"/>
  </w:num>
  <w:num w:numId="136">
    <w:abstractNumId w:val="159"/>
  </w:num>
  <w:num w:numId="137">
    <w:abstractNumId w:val="26"/>
  </w:num>
  <w:num w:numId="138">
    <w:abstractNumId w:val="251"/>
  </w:num>
  <w:num w:numId="139">
    <w:abstractNumId w:val="134"/>
  </w:num>
  <w:num w:numId="140">
    <w:abstractNumId w:val="162"/>
  </w:num>
  <w:num w:numId="141">
    <w:abstractNumId w:val="144"/>
  </w:num>
  <w:num w:numId="142">
    <w:abstractNumId w:val="143"/>
  </w:num>
  <w:num w:numId="143">
    <w:abstractNumId w:val="305"/>
  </w:num>
  <w:num w:numId="144">
    <w:abstractNumId w:val="294"/>
  </w:num>
  <w:num w:numId="145">
    <w:abstractNumId w:val="104"/>
  </w:num>
  <w:num w:numId="146">
    <w:abstractNumId w:val="121"/>
  </w:num>
  <w:num w:numId="147">
    <w:abstractNumId w:val="17"/>
  </w:num>
  <w:num w:numId="148">
    <w:abstractNumId w:val="118"/>
  </w:num>
  <w:num w:numId="149">
    <w:abstractNumId w:val="360"/>
  </w:num>
  <w:num w:numId="150">
    <w:abstractNumId w:val="256"/>
  </w:num>
  <w:num w:numId="151">
    <w:abstractNumId w:val="63"/>
  </w:num>
  <w:num w:numId="152">
    <w:abstractNumId w:val="101"/>
  </w:num>
  <w:num w:numId="153">
    <w:abstractNumId w:val="80"/>
  </w:num>
  <w:num w:numId="154">
    <w:abstractNumId w:val="264"/>
  </w:num>
  <w:num w:numId="155">
    <w:abstractNumId w:val="96"/>
  </w:num>
  <w:num w:numId="156">
    <w:abstractNumId w:val="140"/>
  </w:num>
  <w:num w:numId="157">
    <w:abstractNumId w:val="263"/>
  </w:num>
  <w:num w:numId="158">
    <w:abstractNumId w:val="302"/>
  </w:num>
  <w:num w:numId="159">
    <w:abstractNumId w:val="64"/>
  </w:num>
  <w:num w:numId="160">
    <w:abstractNumId w:val="141"/>
  </w:num>
  <w:num w:numId="161">
    <w:abstractNumId w:val="303"/>
  </w:num>
  <w:num w:numId="162">
    <w:abstractNumId w:val="27"/>
  </w:num>
  <w:num w:numId="163">
    <w:abstractNumId w:val="87"/>
  </w:num>
  <w:num w:numId="164">
    <w:abstractNumId w:val="364"/>
  </w:num>
  <w:num w:numId="165">
    <w:abstractNumId w:val="277"/>
  </w:num>
  <w:num w:numId="166">
    <w:abstractNumId w:val="147"/>
  </w:num>
  <w:num w:numId="167">
    <w:abstractNumId w:val="65"/>
  </w:num>
  <w:num w:numId="168">
    <w:abstractNumId w:val="211"/>
  </w:num>
  <w:num w:numId="169">
    <w:abstractNumId w:val="222"/>
  </w:num>
  <w:num w:numId="170">
    <w:abstractNumId w:val="57"/>
  </w:num>
  <w:num w:numId="171">
    <w:abstractNumId w:val="194"/>
  </w:num>
  <w:num w:numId="172">
    <w:abstractNumId w:val="350"/>
  </w:num>
  <w:num w:numId="173">
    <w:abstractNumId w:val="42"/>
  </w:num>
  <w:num w:numId="174">
    <w:abstractNumId w:val="320"/>
  </w:num>
  <w:num w:numId="175">
    <w:abstractNumId w:val="102"/>
  </w:num>
  <w:num w:numId="176">
    <w:abstractNumId w:val="67"/>
  </w:num>
  <w:num w:numId="177">
    <w:abstractNumId w:val="224"/>
  </w:num>
  <w:num w:numId="178">
    <w:abstractNumId w:val="195"/>
  </w:num>
  <w:num w:numId="179">
    <w:abstractNumId w:val="326"/>
  </w:num>
  <w:num w:numId="180">
    <w:abstractNumId w:val="59"/>
  </w:num>
  <w:num w:numId="181">
    <w:abstractNumId w:val="318"/>
  </w:num>
  <w:num w:numId="182">
    <w:abstractNumId w:val="379"/>
  </w:num>
  <w:num w:numId="183">
    <w:abstractNumId w:val="49"/>
  </w:num>
  <w:num w:numId="184">
    <w:abstractNumId w:val="30"/>
  </w:num>
  <w:num w:numId="185">
    <w:abstractNumId w:val="55"/>
  </w:num>
  <w:num w:numId="186">
    <w:abstractNumId w:val="107"/>
  </w:num>
  <w:num w:numId="187">
    <w:abstractNumId w:val="81"/>
  </w:num>
  <w:num w:numId="188">
    <w:abstractNumId w:val="86"/>
  </w:num>
  <w:num w:numId="189">
    <w:abstractNumId w:val="22"/>
  </w:num>
  <w:num w:numId="190">
    <w:abstractNumId w:val="274"/>
  </w:num>
  <w:num w:numId="191">
    <w:abstractNumId w:val="231"/>
  </w:num>
  <w:num w:numId="192">
    <w:abstractNumId w:val="288"/>
  </w:num>
  <w:num w:numId="193">
    <w:abstractNumId w:val="137"/>
  </w:num>
  <w:num w:numId="194">
    <w:abstractNumId w:val="182"/>
  </w:num>
  <w:num w:numId="195">
    <w:abstractNumId w:val="343"/>
  </w:num>
  <w:num w:numId="196">
    <w:abstractNumId w:val="204"/>
  </w:num>
  <w:num w:numId="197">
    <w:abstractNumId w:val="95"/>
  </w:num>
  <w:num w:numId="198">
    <w:abstractNumId w:val="185"/>
  </w:num>
  <w:num w:numId="199">
    <w:abstractNumId w:val="175"/>
  </w:num>
  <w:num w:numId="200">
    <w:abstractNumId w:val="226"/>
  </w:num>
  <w:num w:numId="201">
    <w:abstractNumId w:val="353"/>
  </w:num>
  <w:num w:numId="202">
    <w:abstractNumId w:val="157"/>
  </w:num>
  <w:num w:numId="203">
    <w:abstractNumId w:val="180"/>
  </w:num>
  <w:num w:numId="204">
    <w:abstractNumId w:val="257"/>
  </w:num>
  <w:num w:numId="205">
    <w:abstractNumId w:val="210"/>
  </w:num>
  <w:num w:numId="206">
    <w:abstractNumId w:val="50"/>
  </w:num>
  <w:num w:numId="207">
    <w:abstractNumId w:val="71"/>
  </w:num>
  <w:num w:numId="208">
    <w:abstractNumId w:val="9"/>
  </w:num>
  <w:num w:numId="209">
    <w:abstractNumId w:val="214"/>
  </w:num>
  <w:num w:numId="210">
    <w:abstractNumId w:val="158"/>
  </w:num>
  <w:num w:numId="211">
    <w:abstractNumId w:val="359"/>
  </w:num>
  <w:num w:numId="212">
    <w:abstractNumId w:val="203"/>
  </w:num>
  <w:num w:numId="213">
    <w:abstractNumId w:val="281"/>
  </w:num>
  <w:num w:numId="214">
    <w:abstractNumId w:val="83"/>
  </w:num>
  <w:num w:numId="215">
    <w:abstractNumId w:val="344"/>
  </w:num>
  <w:num w:numId="216">
    <w:abstractNumId w:val="223"/>
  </w:num>
  <w:num w:numId="217">
    <w:abstractNumId w:val="370"/>
  </w:num>
  <w:num w:numId="218">
    <w:abstractNumId w:val="291"/>
  </w:num>
  <w:num w:numId="219">
    <w:abstractNumId w:val="336"/>
  </w:num>
  <w:num w:numId="220">
    <w:abstractNumId w:val="225"/>
  </w:num>
  <w:num w:numId="221">
    <w:abstractNumId w:val="93"/>
  </w:num>
  <w:num w:numId="222">
    <w:abstractNumId w:val="34"/>
  </w:num>
  <w:num w:numId="223">
    <w:abstractNumId w:val="122"/>
  </w:num>
  <w:num w:numId="224">
    <w:abstractNumId w:val="79"/>
  </w:num>
  <w:num w:numId="225">
    <w:abstractNumId w:val="25"/>
  </w:num>
  <w:num w:numId="226">
    <w:abstractNumId w:val="112"/>
  </w:num>
  <w:num w:numId="227">
    <w:abstractNumId w:val="78"/>
  </w:num>
  <w:num w:numId="228">
    <w:abstractNumId w:val="190"/>
  </w:num>
  <w:num w:numId="229">
    <w:abstractNumId w:val="11"/>
  </w:num>
  <w:num w:numId="230">
    <w:abstractNumId w:val="125"/>
  </w:num>
  <w:num w:numId="231">
    <w:abstractNumId w:val="166"/>
  </w:num>
  <w:num w:numId="232">
    <w:abstractNumId w:val="216"/>
  </w:num>
  <w:num w:numId="233">
    <w:abstractNumId w:val="327"/>
  </w:num>
  <w:num w:numId="234">
    <w:abstractNumId w:val="297"/>
  </w:num>
  <w:num w:numId="235">
    <w:abstractNumId w:val="234"/>
  </w:num>
  <w:num w:numId="236">
    <w:abstractNumId w:val="153"/>
  </w:num>
  <w:num w:numId="237">
    <w:abstractNumId w:val="276"/>
  </w:num>
  <w:num w:numId="238">
    <w:abstractNumId w:val="156"/>
  </w:num>
  <w:num w:numId="239">
    <w:abstractNumId w:val="266"/>
  </w:num>
  <w:num w:numId="240">
    <w:abstractNumId w:val="361"/>
  </w:num>
  <w:num w:numId="241">
    <w:abstractNumId w:val="310"/>
  </w:num>
  <w:num w:numId="242">
    <w:abstractNumId w:val="382"/>
  </w:num>
  <w:num w:numId="243">
    <w:abstractNumId w:val="97"/>
  </w:num>
  <w:num w:numId="244">
    <w:abstractNumId w:val="308"/>
  </w:num>
  <w:num w:numId="245">
    <w:abstractNumId w:val="233"/>
  </w:num>
  <w:num w:numId="246">
    <w:abstractNumId w:val="105"/>
  </w:num>
  <w:num w:numId="247">
    <w:abstractNumId w:val="334"/>
  </w:num>
  <w:num w:numId="248">
    <w:abstractNumId w:val="186"/>
  </w:num>
  <w:num w:numId="249">
    <w:abstractNumId w:val="285"/>
  </w:num>
  <w:num w:numId="250">
    <w:abstractNumId w:val="40"/>
  </w:num>
  <w:num w:numId="251">
    <w:abstractNumId w:val="240"/>
  </w:num>
  <w:num w:numId="252">
    <w:abstractNumId w:val="14"/>
  </w:num>
  <w:num w:numId="253">
    <w:abstractNumId w:val="202"/>
  </w:num>
  <w:num w:numId="254">
    <w:abstractNumId w:val="289"/>
  </w:num>
  <w:num w:numId="255">
    <w:abstractNumId w:val="248"/>
  </w:num>
  <w:num w:numId="256">
    <w:abstractNumId w:val="380"/>
  </w:num>
  <w:num w:numId="257">
    <w:abstractNumId w:val="184"/>
  </w:num>
  <w:num w:numId="258">
    <w:abstractNumId w:val="167"/>
  </w:num>
  <w:num w:numId="259">
    <w:abstractNumId w:val="329"/>
  </w:num>
  <w:num w:numId="260">
    <w:abstractNumId w:val="323"/>
  </w:num>
  <w:num w:numId="261">
    <w:abstractNumId w:val="342"/>
  </w:num>
  <w:num w:numId="262">
    <w:abstractNumId w:val="129"/>
  </w:num>
  <w:num w:numId="263">
    <w:abstractNumId w:val="177"/>
  </w:num>
  <w:num w:numId="264">
    <w:abstractNumId w:val="46"/>
  </w:num>
  <w:num w:numId="265">
    <w:abstractNumId w:val="378"/>
  </w:num>
  <w:num w:numId="266">
    <w:abstractNumId w:val="54"/>
  </w:num>
  <w:num w:numId="267">
    <w:abstractNumId w:val="295"/>
  </w:num>
  <w:num w:numId="268">
    <w:abstractNumId w:val="47"/>
  </w:num>
  <w:num w:numId="269">
    <w:abstractNumId w:val="325"/>
  </w:num>
  <w:num w:numId="270">
    <w:abstractNumId w:val="84"/>
  </w:num>
  <w:num w:numId="271">
    <w:abstractNumId w:val="213"/>
  </w:num>
  <w:num w:numId="272">
    <w:abstractNumId w:val="259"/>
  </w:num>
  <w:num w:numId="273">
    <w:abstractNumId w:val="176"/>
  </w:num>
  <w:num w:numId="274">
    <w:abstractNumId w:val="346"/>
  </w:num>
  <w:num w:numId="275">
    <w:abstractNumId w:val="111"/>
  </w:num>
  <w:num w:numId="276">
    <w:abstractNumId w:val="109"/>
  </w:num>
  <w:num w:numId="277">
    <w:abstractNumId w:val="299"/>
  </w:num>
  <w:num w:numId="278">
    <w:abstractNumId w:val="29"/>
  </w:num>
  <w:num w:numId="279">
    <w:abstractNumId w:val="170"/>
  </w:num>
  <w:num w:numId="280">
    <w:abstractNumId w:val="219"/>
  </w:num>
  <w:num w:numId="281">
    <w:abstractNumId w:val="232"/>
  </w:num>
  <w:num w:numId="282">
    <w:abstractNumId w:val="365"/>
  </w:num>
  <w:num w:numId="283">
    <w:abstractNumId w:val="108"/>
  </w:num>
  <w:num w:numId="284">
    <w:abstractNumId w:val="293"/>
  </w:num>
  <w:num w:numId="285">
    <w:abstractNumId w:val="366"/>
  </w:num>
  <w:num w:numId="286">
    <w:abstractNumId w:val="241"/>
  </w:num>
  <w:num w:numId="287">
    <w:abstractNumId w:val="51"/>
  </w:num>
  <w:num w:numId="288">
    <w:abstractNumId w:val="352"/>
  </w:num>
  <w:num w:numId="289">
    <w:abstractNumId w:val="135"/>
  </w:num>
  <w:num w:numId="290">
    <w:abstractNumId w:val="183"/>
  </w:num>
  <w:num w:numId="291">
    <w:abstractNumId w:val="229"/>
  </w:num>
  <w:num w:numId="292">
    <w:abstractNumId w:val="45"/>
  </w:num>
  <w:num w:numId="293">
    <w:abstractNumId w:val="286"/>
  </w:num>
  <w:num w:numId="294">
    <w:abstractNumId w:val="239"/>
  </w:num>
  <w:num w:numId="295">
    <w:abstractNumId w:val="278"/>
  </w:num>
  <w:num w:numId="296">
    <w:abstractNumId w:val="168"/>
  </w:num>
  <w:num w:numId="297">
    <w:abstractNumId w:val="207"/>
  </w:num>
  <w:num w:numId="298">
    <w:abstractNumId w:val="39"/>
  </w:num>
  <w:num w:numId="299">
    <w:abstractNumId w:val="110"/>
  </w:num>
  <w:num w:numId="300">
    <w:abstractNumId w:val="199"/>
  </w:num>
  <w:num w:numId="301">
    <w:abstractNumId w:val="337"/>
  </w:num>
  <w:num w:numId="302">
    <w:abstractNumId w:val="174"/>
  </w:num>
  <w:num w:numId="303">
    <w:abstractNumId w:val="243"/>
  </w:num>
  <w:num w:numId="304">
    <w:abstractNumId w:val="335"/>
  </w:num>
  <w:num w:numId="305">
    <w:abstractNumId w:val="148"/>
  </w:num>
  <w:num w:numId="306">
    <w:abstractNumId w:val="91"/>
  </w:num>
  <w:num w:numId="307">
    <w:abstractNumId w:val="237"/>
  </w:num>
  <w:num w:numId="308">
    <w:abstractNumId w:val="68"/>
  </w:num>
  <w:num w:numId="309">
    <w:abstractNumId w:val="283"/>
  </w:num>
  <w:num w:numId="310">
    <w:abstractNumId w:val="307"/>
  </w:num>
  <w:num w:numId="311">
    <w:abstractNumId w:val="160"/>
  </w:num>
  <w:num w:numId="312">
    <w:abstractNumId w:val="345"/>
  </w:num>
  <w:num w:numId="313">
    <w:abstractNumId w:val="330"/>
  </w:num>
  <w:num w:numId="314">
    <w:abstractNumId w:val="331"/>
  </w:num>
  <w:num w:numId="315">
    <w:abstractNumId w:val="72"/>
  </w:num>
  <w:num w:numId="316">
    <w:abstractNumId w:val="357"/>
  </w:num>
  <w:num w:numId="317">
    <w:abstractNumId w:val="165"/>
  </w:num>
  <w:num w:numId="318">
    <w:abstractNumId w:val="181"/>
  </w:num>
  <w:num w:numId="319">
    <w:abstractNumId w:val="317"/>
  </w:num>
  <w:num w:numId="320">
    <w:abstractNumId w:val="221"/>
  </w:num>
  <w:num w:numId="321">
    <w:abstractNumId w:val="113"/>
  </w:num>
  <w:num w:numId="322">
    <w:abstractNumId w:val="10"/>
  </w:num>
  <w:num w:numId="323">
    <w:abstractNumId w:val="262"/>
  </w:num>
  <w:num w:numId="324">
    <w:abstractNumId w:val="201"/>
  </w:num>
  <w:num w:numId="325">
    <w:abstractNumId w:val="218"/>
  </w:num>
  <w:num w:numId="326">
    <w:abstractNumId w:val="228"/>
  </w:num>
  <w:num w:numId="327">
    <w:abstractNumId w:val="284"/>
  </w:num>
  <w:num w:numId="328">
    <w:abstractNumId w:val="106"/>
  </w:num>
  <w:num w:numId="329">
    <w:abstractNumId w:val="311"/>
  </w:num>
  <w:num w:numId="330">
    <w:abstractNumId w:val="236"/>
  </w:num>
  <w:num w:numId="331">
    <w:abstractNumId w:val="15"/>
  </w:num>
  <w:num w:numId="332">
    <w:abstractNumId w:val="69"/>
  </w:num>
  <w:num w:numId="333">
    <w:abstractNumId w:val="205"/>
  </w:num>
  <w:num w:numId="334">
    <w:abstractNumId w:val="373"/>
  </w:num>
  <w:num w:numId="335">
    <w:abstractNumId w:val="354"/>
  </w:num>
  <w:num w:numId="336">
    <w:abstractNumId w:val="368"/>
  </w:num>
  <w:num w:numId="337">
    <w:abstractNumId w:val="189"/>
  </w:num>
  <w:num w:numId="338">
    <w:abstractNumId w:val="328"/>
  </w:num>
  <w:num w:numId="339">
    <w:abstractNumId w:val="126"/>
  </w:num>
  <w:num w:numId="340">
    <w:abstractNumId w:val="227"/>
  </w:num>
  <w:num w:numId="341">
    <w:abstractNumId w:val="242"/>
  </w:num>
  <w:num w:numId="342">
    <w:abstractNumId w:val="338"/>
  </w:num>
  <w:num w:numId="343">
    <w:abstractNumId w:val="312"/>
  </w:num>
  <w:num w:numId="344">
    <w:abstractNumId w:val="298"/>
  </w:num>
  <w:num w:numId="345">
    <w:abstractNumId w:val="333"/>
  </w:num>
  <w:num w:numId="346">
    <w:abstractNumId w:val="267"/>
  </w:num>
  <w:num w:numId="347">
    <w:abstractNumId w:val="238"/>
  </w:num>
  <w:num w:numId="348">
    <w:abstractNumId w:val="44"/>
  </w:num>
  <w:num w:numId="349">
    <w:abstractNumId w:val="24"/>
  </w:num>
  <w:num w:numId="350">
    <w:abstractNumId w:val="33"/>
  </w:num>
  <w:num w:numId="351">
    <w:abstractNumId w:val="7"/>
  </w:num>
  <w:num w:numId="352">
    <w:abstractNumId w:val="6"/>
  </w:num>
  <w:num w:numId="353">
    <w:abstractNumId w:val="273"/>
  </w:num>
  <w:num w:numId="354">
    <w:abstractNumId w:val="260"/>
  </w:num>
  <w:num w:numId="355">
    <w:abstractNumId w:val="245"/>
  </w:num>
  <w:num w:numId="356">
    <w:abstractNumId w:val="362"/>
  </w:num>
  <w:num w:numId="357">
    <w:abstractNumId w:val="31"/>
  </w:num>
  <w:num w:numId="358">
    <w:abstractNumId w:val="74"/>
  </w:num>
  <w:num w:numId="359">
    <w:abstractNumId w:val="21"/>
  </w:num>
  <w:num w:numId="360">
    <w:abstractNumId w:val="36"/>
  </w:num>
  <w:num w:numId="361">
    <w:abstractNumId w:val="52"/>
  </w:num>
  <w:num w:numId="362">
    <w:abstractNumId w:val="206"/>
  </w:num>
  <w:num w:numId="363">
    <w:abstractNumId w:val="19"/>
  </w:num>
  <w:num w:numId="364">
    <w:abstractNumId w:val="8"/>
  </w:num>
  <w:num w:numId="365">
    <w:abstractNumId w:val="48"/>
  </w:num>
  <w:num w:numId="366">
    <w:abstractNumId w:val="38"/>
  </w:num>
  <w:num w:numId="367">
    <w:abstractNumId w:val="88"/>
  </w:num>
  <w:num w:numId="368">
    <w:abstractNumId w:val="98"/>
  </w:num>
  <w:num w:numId="369">
    <w:abstractNumId w:val="253"/>
  </w:num>
  <w:num w:numId="370">
    <w:abstractNumId w:val="358"/>
  </w:num>
  <w:num w:numId="371">
    <w:abstractNumId w:val="209"/>
  </w:num>
  <w:num w:numId="372">
    <w:abstractNumId w:val="120"/>
  </w:num>
  <w:num w:numId="373">
    <w:abstractNumId w:val="133"/>
  </w:num>
  <w:num w:numId="374">
    <w:abstractNumId w:val="37"/>
  </w:num>
  <w:num w:numId="375">
    <w:abstractNumId w:val="355"/>
  </w:num>
  <w:num w:numId="376">
    <w:abstractNumId w:val="321"/>
  </w:num>
  <w:num w:numId="377">
    <w:abstractNumId w:val="92"/>
  </w:num>
  <w:num w:numId="378">
    <w:abstractNumId w:val="53"/>
  </w:num>
  <w:num w:numId="379">
    <w:abstractNumId w:val="275"/>
  </w:num>
  <w:num w:numId="380">
    <w:abstractNumId w:val="371"/>
  </w:num>
  <w:num w:numId="381">
    <w:abstractNumId w:val="32"/>
  </w:num>
  <w:num w:numId="382">
    <w:abstractNumId w:val="115"/>
  </w:num>
  <w:num w:numId="383">
    <w:abstractNumId w:val="73"/>
  </w:num>
  <w:num w:numId="384">
    <w:abstractNumId w:val="270"/>
  </w:num>
  <w:numIdMacAtCleanup w:val="3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D0D33"/>
    <w:rsid w:val="001271F8"/>
    <w:rsid w:val="0015074B"/>
    <w:rsid w:val="0029639D"/>
    <w:rsid w:val="002C53B3"/>
    <w:rsid w:val="00326F90"/>
    <w:rsid w:val="003A120B"/>
    <w:rsid w:val="0041343F"/>
    <w:rsid w:val="00483A1F"/>
    <w:rsid w:val="004B08D8"/>
    <w:rsid w:val="004F29C2"/>
    <w:rsid w:val="0059166B"/>
    <w:rsid w:val="0063699D"/>
    <w:rsid w:val="009B4572"/>
    <w:rsid w:val="00A30B9B"/>
    <w:rsid w:val="00A565D1"/>
    <w:rsid w:val="00A904C4"/>
    <w:rsid w:val="00AA1D8D"/>
    <w:rsid w:val="00B2143D"/>
    <w:rsid w:val="00B47730"/>
    <w:rsid w:val="00B64C4A"/>
    <w:rsid w:val="00BC68CF"/>
    <w:rsid w:val="00BF6839"/>
    <w:rsid w:val="00CB0664"/>
    <w:rsid w:val="00D70875"/>
    <w:rsid w:val="00DB60CC"/>
    <w:rsid w:val="00DF6C43"/>
    <w:rsid w:val="00E42468"/>
    <w:rsid w:val="00FC2AA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818F365"/>
  <w14:defaultImageDpi w14:val="300"/>
  <w15:docId w15:val="{E0157B96-2DE1-394C-98DB-31AB39E8F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eastAsia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13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4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c.gov.ua/index.php/ua/" TargetMode="External"/><Relationship Id="rId13" Type="http://schemas.openxmlformats.org/officeDocument/2006/relationships/hyperlink" Target="http://www.nbuv.gov.ua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nbuv.gov.u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medscape.org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library.gov.ua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rugs.com" TargetMode="External"/><Relationship Id="rId10" Type="http://schemas.openxmlformats.org/officeDocument/2006/relationships/hyperlink" Target="http://www.library.gov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phu.org/" TargetMode="External"/><Relationship Id="rId14" Type="http://schemas.openxmlformats.org/officeDocument/2006/relationships/hyperlink" Target="http://www.nbuv.gov.u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46C50D-34D4-47D1-A28B-317F2AB4F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244</Pages>
  <Words>56947</Words>
  <Characters>324599</Characters>
  <Application>Microsoft Office Word</Application>
  <DocSecurity>0</DocSecurity>
  <Lines>2704</Lines>
  <Paragraphs>761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380785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Аль-Надаві Нора Джавад</cp:lastModifiedBy>
  <cp:revision>2</cp:revision>
  <cp:lastPrinted>2025-12-11T08:52:00Z</cp:lastPrinted>
  <dcterms:created xsi:type="dcterms:W3CDTF">2026-01-02T15:41:00Z</dcterms:created>
  <dcterms:modified xsi:type="dcterms:W3CDTF">2026-01-02T15:41:00Z</dcterms:modified>
  <cp:category/>
</cp:coreProperties>
</file>